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8851" w14:textId="7DC4991A" w:rsidR="00885C0D" w:rsidRDefault="0050153A" w:rsidP="0050153A">
      <w:pPr>
        <w:pStyle w:val="Title"/>
        <w:jc w:val="center"/>
        <w:rPr>
          <w:rFonts w:ascii="Arial" w:hAnsi="Arial" w:cs="KFGQPC Uthman Taha Naskh"/>
          <w:b/>
          <w:bCs/>
        </w:rPr>
      </w:pPr>
      <w:r>
        <w:rPr>
          <w:rFonts w:ascii="Scheherazade New" w:hAnsi="Scheherazade New" w:cs="Scheherazade New"/>
          <w:b/>
          <w:bCs/>
          <w:sz w:val="36"/>
          <w:szCs w:val="36"/>
        </w:rPr>
        <w:t xml:space="preserve"> </w:t>
      </w:r>
      <w:r w:rsidR="0045208A">
        <w:rPr>
          <w:rFonts w:ascii="Scheherazade New" w:hAnsi="Scheherazade New" w:cs="Scheherazade New"/>
          <w:b/>
          <w:bCs/>
          <w:sz w:val="36"/>
          <w:szCs w:val="36"/>
        </w:rPr>
        <w:t>-</w:t>
      </w:r>
      <w:r>
        <w:rPr>
          <w:rFonts w:ascii="Arial" w:hAnsi="Arial" w:cs="KFGQPC Uthman Taha Naskh"/>
          <w:b/>
          <w:bCs/>
        </w:rPr>
        <w:t xml:space="preserve"> </w:t>
      </w:r>
      <w:r w:rsidR="003D74BE" w:rsidRPr="003D74BE">
        <w:rPr>
          <w:rFonts w:ascii="Arial" w:hAnsi="Arial" w:cs="KFGQPC Uthman Taha Naskh"/>
          <w:b/>
          <w:bCs/>
          <w:rtl/>
        </w:rPr>
        <w:t>التَّعَاوِيذُ وَالتَّمَائِمُ</w:t>
      </w:r>
      <w:r w:rsidR="009500C7">
        <w:rPr>
          <w:rFonts w:ascii="Arial" w:hAnsi="Arial" w:cs="KFGQPC Uthman Taha Naskh"/>
          <w:b/>
          <w:bCs/>
        </w:rPr>
        <w:t xml:space="preserve"> </w:t>
      </w:r>
      <w:r w:rsidR="0045208A">
        <w:rPr>
          <w:rFonts w:ascii="Scheherazade New" w:hAnsi="Scheherazade New" w:cs="Scheherazade New"/>
          <w:b/>
          <w:bCs/>
          <w:sz w:val="36"/>
          <w:szCs w:val="36"/>
        </w:rPr>
        <w:t>-</w:t>
      </w:r>
    </w:p>
    <w:p w14:paraId="13D5797F" w14:textId="52B51A56" w:rsidR="00885C0D" w:rsidRPr="00885C0D" w:rsidRDefault="003D74BE" w:rsidP="00885C0D">
      <w:pPr>
        <w:pStyle w:val="Title"/>
        <w:bidi/>
        <w:jc w:val="center"/>
        <w:rPr>
          <w:rFonts w:ascii="MV Utheemu" w:hAnsi="MV Utheemu" w:cs="MV Utheemu"/>
          <w:b/>
          <w:bCs/>
          <w:sz w:val="72"/>
          <w:szCs w:val="72"/>
          <w:rtl/>
          <w:lang w:bidi="dv-MV"/>
        </w:rPr>
      </w:pPr>
      <w:r>
        <w:rPr>
          <w:rFonts w:ascii="MV Utheemu" w:hAnsi="MV Utheemu" w:cs="MV Utheemu" w:hint="cs"/>
          <w:b/>
          <w:bCs/>
          <w:sz w:val="72"/>
          <w:szCs w:val="72"/>
          <w:rtl/>
          <w:lang w:bidi="dv-MV"/>
        </w:rPr>
        <w:t>ތަވީދުތަކާއި ތަމާއިމް</w:t>
      </w:r>
      <w:r w:rsidR="007403EA">
        <w:rPr>
          <w:rFonts w:ascii="MV Utheemu" w:hAnsi="MV Utheemu" w:cs="MV Utheemu" w:hint="cs"/>
          <w:b/>
          <w:bCs/>
          <w:sz w:val="72"/>
          <w:szCs w:val="72"/>
          <w:rtl/>
          <w:lang w:bidi="dv-MV"/>
        </w:rPr>
        <w:t>ތަކު</w:t>
      </w:r>
      <w:r w:rsidR="0047558B">
        <w:rPr>
          <w:rFonts w:ascii="MV Utheemu" w:hAnsi="MV Utheemu" w:cs="MV Utheemu" w:hint="cs"/>
          <w:b/>
          <w:bCs/>
          <w:sz w:val="72"/>
          <w:szCs w:val="72"/>
          <w:rtl/>
          <w:lang w:bidi="dv-MV"/>
        </w:rPr>
        <w:t>ގެ ޢާންމު ތަޢާރަފް</w:t>
      </w:r>
    </w:p>
    <w:p w14:paraId="27171306" w14:textId="15D793EC" w:rsidR="00A54517" w:rsidRPr="00E304C7" w:rsidRDefault="006874C3" w:rsidP="00E209B8">
      <w:pPr>
        <w:bidi/>
        <w:jc w:val="center"/>
        <w:rPr>
          <w:rFonts w:ascii="Noto Naskh Arabic" w:hAnsi="Noto Naskh Arabic" w:cs="MV Boli"/>
          <w:sz w:val="20"/>
          <w:szCs w:val="20"/>
          <w:rtl/>
          <w:lang w:bidi="dv-MV"/>
        </w:rPr>
      </w:pPr>
      <w:r w:rsidRPr="00E304C7">
        <w:rPr>
          <w:rFonts w:ascii="Noto Naskh Arabic" w:hAnsi="Noto Naskh Arabic" w:cs="Noto Naskh Arabic"/>
          <w:sz w:val="20"/>
          <w:szCs w:val="20"/>
          <w:rtl/>
        </w:rPr>
        <w:t>﷽</w:t>
      </w:r>
    </w:p>
    <w:p w14:paraId="429BE641" w14:textId="333466EF" w:rsidR="003D74BE" w:rsidRPr="00E304C7" w:rsidRDefault="003D74BE" w:rsidP="00D82C1C">
      <w:pPr>
        <w:bidi/>
        <w:jc w:val="center"/>
        <w:rPr>
          <w:rFonts w:ascii="Noto Naskh Arabic" w:hAnsi="Noto Naskh Arabic" w:cs="MV Boli"/>
          <w:b/>
          <w:bCs/>
          <w:sz w:val="32"/>
          <w:szCs w:val="32"/>
          <w:rtl/>
          <w:lang w:bidi="dv-MV"/>
        </w:rPr>
      </w:pPr>
      <w:r w:rsidRPr="00E304C7">
        <w:rPr>
          <w:rFonts w:ascii="Noto Naskh Arabic" w:hAnsi="Noto Naskh Arabic" w:cs="KFGQPC Uthman Taha Naskh"/>
          <w:b/>
          <w:bCs/>
          <w:sz w:val="32"/>
          <w:szCs w:val="32"/>
          <w:rtl/>
        </w:rPr>
        <w:t>الحمدُ للهِ رَبِّ العالَمينَ، والصلاةُ والسلامُ على رسولِ اللهِ، وبعدُ</w:t>
      </w:r>
    </w:p>
    <w:tbl>
      <w:tblPr>
        <w:tblStyle w:val="TableGrid"/>
        <w:bidiVisual/>
        <w:tblW w:w="0" w:type="auto"/>
        <w:shd w:val="clear" w:color="auto" w:fill="FDE9D9" w:themeFill="accent6" w:themeFillTint="33"/>
        <w:tblLook w:val="04A0" w:firstRow="1" w:lastRow="0" w:firstColumn="1" w:lastColumn="0" w:noHBand="0" w:noVBand="1"/>
      </w:tblPr>
      <w:tblGrid>
        <w:gridCol w:w="10250"/>
      </w:tblGrid>
      <w:tr w:rsidR="005B79EB" w:rsidRPr="005B79EB" w14:paraId="4D3C26C7" w14:textId="77777777" w:rsidTr="005B79EB">
        <w:tc>
          <w:tcPr>
            <w:tcW w:w="10250" w:type="dxa"/>
            <w:shd w:val="clear" w:color="auto" w:fill="FDE9D9" w:themeFill="accent6" w:themeFillTint="33"/>
          </w:tcPr>
          <w:p w14:paraId="513A8639" w14:textId="07975F54" w:rsidR="005B79EB" w:rsidRPr="005B79EB" w:rsidRDefault="005B79EB" w:rsidP="005B79EB">
            <w:pPr>
              <w:bidi/>
              <w:jc w:val="both"/>
              <w:rPr>
                <w:rFonts w:ascii="MV Utheemu" w:hAnsi="MV Utheemu" w:cs="MV Utheemu"/>
                <w:sz w:val="28"/>
                <w:szCs w:val="28"/>
                <w:rtl/>
                <w:lang w:bidi="dv-MV"/>
              </w:rPr>
            </w:pPr>
            <w:r>
              <w:rPr>
                <w:rFonts w:ascii="MV Utheemu" w:hAnsi="MV Utheemu" w:cs="MV Utheemu"/>
                <w:sz w:val="28"/>
                <w:szCs w:val="28"/>
                <w:lang w:bidi="dv-MV"/>
              </w:rPr>
              <w:t xml:space="preserve"> </w:t>
            </w:r>
            <w:r>
              <w:rPr>
                <w:rFonts w:ascii="MV Utheemu" w:hAnsi="MV Utheemu" w:cs="MV Utheemu" w:hint="cs"/>
                <w:sz w:val="28"/>
                <w:szCs w:val="28"/>
                <w:lang w:bidi="dv-MV"/>
              </w:rPr>
              <w:sym w:font="AGA Arabesque" w:char="F021"/>
            </w:r>
            <w:r w:rsidRPr="00EE4A31">
              <w:rPr>
                <w:rFonts w:ascii="MV Utheemu" w:hAnsi="MV Utheemu" w:cs="MV Utheemu" w:hint="cs"/>
                <w:b/>
                <w:bCs w:val="0"/>
                <w:sz w:val="24"/>
                <w:szCs w:val="24"/>
                <w:rtl/>
                <w:lang w:bidi="dv-MV"/>
              </w:rPr>
              <w:t>މި</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ލިޔުމަކީ</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އަޅުގަނޑު</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ކިތާބުއް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ތައުޙީދު</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މުޠާލަޢާކުރިއިރު،</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ތަވީދާއި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ތަމީމާގެ</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ޙުކުމްތަކުގެ</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ތަފްޞީލަށް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ދިއުމުގެ</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ކުރިން،</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އޭގެ</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ބަހަވީ</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މާނައަށާއި،</w:t>
            </w:r>
            <w:r w:rsidRPr="00EE4A31">
              <w:rPr>
                <w:rFonts w:ascii="MV Utheemu" w:hAnsi="MV Utheemu" w:cs="MV Utheemu"/>
                <w:b/>
                <w:bCs w:val="0"/>
                <w:sz w:val="24"/>
                <w:szCs w:val="24"/>
                <w:rtl/>
                <w:lang w:bidi="dv-MV"/>
              </w:rPr>
              <w:t xml:space="preserve"> </w:t>
            </w:r>
            <w:r w:rsidR="002E6084" w:rsidRPr="00EE4A31">
              <w:rPr>
                <w:rFonts w:ascii="MV Utheemu" w:hAnsi="MV Utheemu" w:cs="MV Utheemu" w:hint="cs"/>
                <w:b/>
                <w:bCs w:val="0"/>
                <w:sz w:val="24"/>
                <w:szCs w:val="24"/>
                <w:rtl/>
                <w:lang w:bidi="dv-MV"/>
              </w:rPr>
              <w:t>އަ</w:t>
            </w:r>
            <w:r w:rsidR="008F045F" w:rsidRPr="00EE4A31">
              <w:rPr>
                <w:rFonts w:ascii="MV Utheemu" w:hAnsi="MV Utheemu" w:cs="MV Utheemu" w:hint="cs"/>
                <w:b/>
                <w:bCs w:val="0"/>
                <w:sz w:val="24"/>
                <w:szCs w:val="24"/>
                <w:rtl/>
                <w:lang w:bidi="dv-MV"/>
              </w:rPr>
              <w:t>ރަ</w:t>
            </w:r>
            <w:r w:rsidR="002E6084" w:rsidRPr="00EE4A31">
              <w:rPr>
                <w:rFonts w:ascii="MV Utheemu" w:hAnsi="MV Utheemu" w:cs="MV Utheemu" w:hint="cs"/>
                <w:b/>
                <w:bCs w:val="0"/>
                <w:sz w:val="24"/>
                <w:szCs w:val="24"/>
                <w:rtl/>
                <w:lang w:bidi="dv-MV"/>
              </w:rPr>
              <w:t xml:space="preserve">ބި އަދި </w:t>
            </w:r>
            <w:r w:rsidRPr="00EE4A31">
              <w:rPr>
                <w:rFonts w:ascii="MV Utheemu" w:hAnsi="MV Utheemu" w:cs="MV Utheemu" w:hint="cs"/>
                <w:b/>
                <w:bCs w:val="0"/>
                <w:sz w:val="24"/>
                <w:szCs w:val="24"/>
                <w:rtl/>
                <w:lang w:bidi="dv-MV"/>
              </w:rPr>
              <w:t>ދިވެހި</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ބަހުގައި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ލަފުޒުތައް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ބޭނުންކޮށްއުޅޭ</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އަޞްލުތަކަށް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ބަލައިލުމަށްޓަކައި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އަމިއްލަ</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ނަފްސަށް</w:t>
            </w:r>
            <w:r w:rsidR="004836EA" w:rsidRPr="00EE4A31">
              <w:rPr>
                <w:rFonts w:ascii="MV Utheemu" w:hAnsi="MV Utheemu" w:cs="MV Utheemu" w:hint="cs"/>
                <w:b/>
                <w:bCs w:val="0"/>
                <w:sz w:val="24"/>
                <w:szCs w:val="24"/>
                <w:rtl/>
                <w:lang w:bidi="dv-MV"/>
              </w:rPr>
              <w:t xml:space="preserve"> މަންފަޢަކުރުމަށް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ލިޔެފައިވާ</w:t>
            </w:r>
            <w:r w:rsidRPr="00EE4A31">
              <w:rPr>
                <w:rFonts w:ascii="MV Utheemu" w:hAnsi="MV Utheemu" w:cs="MV Utheemu"/>
                <w:b/>
                <w:bCs w:val="0"/>
                <w:sz w:val="24"/>
                <w:szCs w:val="24"/>
                <w:rtl/>
                <w:lang w:bidi="dv-MV"/>
              </w:rPr>
              <w:t xml:space="preserve"> </w:t>
            </w:r>
            <w:r w:rsidR="00BA0C11" w:rsidRPr="00EE4A31">
              <w:rPr>
                <w:rFonts w:ascii="MV Utheemu" w:hAnsi="MV Utheemu" w:cs="MV Utheemu" w:hint="cs"/>
                <w:b/>
                <w:bCs w:val="0"/>
                <w:sz w:val="24"/>
                <w:szCs w:val="24"/>
                <w:rtl/>
                <w:lang w:bidi="dv-MV"/>
              </w:rPr>
              <w:t>ތައުލީޤެކެވެ.</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މިއިން</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ތިބާއަށް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ފައިދާއެއް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ކޮށްފިނަމަ</w:t>
            </w:r>
            <w:r w:rsidRPr="00EE4A31">
              <w:rPr>
                <w:rFonts w:ascii="MV Utheemu" w:hAnsi="MV Utheemu" w:cs="MV Utheemu"/>
                <w:b/>
                <w:bCs w:val="0"/>
                <w:sz w:val="24"/>
                <w:szCs w:val="24"/>
                <w:rtl/>
                <w:lang w:bidi="dv-MV"/>
              </w:rPr>
              <w:t xml:space="preserve"> </w:t>
            </w:r>
            <w:r w:rsidR="004F6304" w:rsidRPr="00EE4A31">
              <w:rPr>
                <w:rFonts w:ascii="Arabic Typesetting" w:hAnsi="Arabic Typesetting" w:cs="Arabic Typesetting"/>
                <w:color w:val="262626" w:themeColor="text1" w:themeTint="D9"/>
                <w:sz w:val="32"/>
                <w:szCs w:val="32"/>
              </w:rPr>
              <w:sym w:font="KFGQPC Arabic Symbols 01" w:char="F025"/>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ޙަމްދު</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ހުއްޓެވެ</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ކުށެއް</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ވާނަމަ،</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އެކަލާނގެ</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ރައްކާތެރިކަމަށް</w:t>
            </w:r>
            <w:r w:rsidRPr="00EE4A31">
              <w:rPr>
                <w:rFonts w:ascii="MV Utheemu" w:hAnsi="MV Utheemu" w:cs="MV Utheemu"/>
                <w:b/>
                <w:bCs w:val="0"/>
                <w:sz w:val="24"/>
                <w:szCs w:val="24"/>
                <w:rtl/>
                <w:lang w:bidi="dv-MV"/>
              </w:rPr>
              <w:t xml:space="preserve"> </w:t>
            </w:r>
            <w:r w:rsidRPr="00EE4A31">
              <w:rPr>
                <w:rFonts w:ascii="MV Utheemu" w:hAnsi="MV Utheemu" w:cs="MV Utheemu" w:hint="cs"/>
                <w:b/>
                <w:bCs w:val="0"/>
                <w:sz w:val="24"/>
                <w:szCs w:val="24"/>
                <w:rtl/>
                <w:lang w:bidi="dv-MV"/>
              </w:rPr>
              <w:t>އެދެމެވެ</w:t>
            </w:r>
            <w:r w:rsidRPr="00EE4A31">
              <w:rPr>
                <w:rFonts w:ascii="MV Utheemu" w:hAnsi="MV Utheemu" w:cs="MV Utheemu"/>
                <w:b/>
                <w:bCs w:val="0"/>
                <w:sz w:val="24"/>
                <w:szCs w:val="24"/>
                <w:rtl/>
                <w:lang w:bidi="dv-MV"/>
              </w:rPr>
              <w:t>.</w:t>
            </w:r>
          </w:p>
        </w:tc>
      </w:tr>
    </w:tbl>
    <w:p w14:paraId="2FE0FC90" w14:textId="3908920B" w:rsidR="005B79EB" w:rsidRPr="00B67453" w:rsidRDefault="005B79EB" w:rsidP="005B79EB">
      <w:pPr>
        <w:bidi/>
        <w:jc w:val="both"/>
        <w:rPr>
          <w:rFonts w:ascii="MV Utheemu" w:hAnsi="MV Utheemu" w:cs="MV Utheemu"/>
          <w:b/>
          <w:bCs/>
          <w:color w:val="262626" w:themeColor="text1" w:themeTint="D9"/>
          <w:sz w:val="6"/>
          <w:szCs w:val="6"/>
          <w:lang w:bidi="dv-MV"/>
        </w:rPr>
      </w:pPr>
    </w:p>
    <w:p w14:paraId="12B7CD16" w14:textId="557B9019" w:rsidR="003D74BE" w:rsidRPr="00C9199F" w:rsidRDefault="005B79EB" w:rsidP="005B79EB">
      <w:pPr>
        <w:bidi/>
        <w:jc w:val="both"/>
        <w:rPr>
          <w:rFonts w:ascii="AK Rasmee" w:hAnsi="AK Rasmee" w:cs="MV Boli"/>
          <w:b/>
          <w:bCs/>
          <w:color w:val="0F243E" w:themeColor="text2" w:themeShade="80"/>
          <w:sz w:val="36"/>
          <w:szCs w:val="36"/>
          <w:rtl/>
          <w:lang w:bidi="dv-MV"/>
        </w:rPr>
      </w:pPr>
      <w:r w:rsidRPr="00D1581F">
        <w:rPr>
          <w:rFonts w:ascii="Scheherazade New" w:hAnsi="Scheherazade New" w:cs="Scheherazade New"/>
          <w:b/>
          <w:bCs/>
          <w:color w:val="0F243E" w:themeColor="text2" w:themeShade="80"/>
          <w:sz w:val="36"/>
          <w:szCs w:val="36"/>
          <w:rtl/>
        </w:rPr>
        <w:t>۞</w:t>
      </w:r>
      <w:r>
        <w:rPr>
          <w:rFonts w:ascii="Scheherazade New" w:hAnsi="Scheherazade New" w:cs="Scheherazade New"/>
          <w:b/>
          <w:bCs/>
          <w:color w:val="0F243E" w:themeColor="text2" w:themeShade="80"/>
          <w:sz w:val="36"/>
          <w:szCs w:val="36"/>
        </w:rPr>
        <w:t xml:space="preserve"> </w:t>
      </w:r>
      <w:r w:rsidR="003D74BE" w:rsidRPr="003D74BE">
        <w:rPr>
          <w:rFonts w:ascii="MV Utheemu" w:hAnsi="MV Utheemu" w:cs="MV Utheemu" w:hint="cs"/>
          <w:b/>
          <w:bCs/>
          <w:color w:val="403152" w:themeColor="accent4" w:themeShade="80"/>
          <w:sz w:val="36"/>
          <w:szCs w:val="36"/>
          <w:rtl/>
          <w:lang w:bidi="dv-MV"/>
        </w:rPr>
        <w:t>ތަވީދު</w:t>
      </w:r>
      <w:r w:rsidR="003D74BE" w:rsidRPr="003D74BE">
        <w:rPr>
          <w:rFonts w:ascii="AK Rasmee" w:hAnsi="AK Rasmee" w:cs="KFGQPC Uthman Taha Naskh" w:hint="cs"/>
          <w:b/>
          <w:bCs/>
          <w:color w:val="0F243E" w:themeColor="text2" w:themeShade="80"/>
          <w:sz w:val="36"/>
          <w:szCs w:val="36"/>
          <w:rtl/>
        </w:rPr>
        <w:t xml:space="preserve"> </w:t>
      </w:r>
      <w:r w:rsidR="00677800" w:rsidRPr="00677800">
        <w:rPr>
          <w:rFonts w:ascii="AK Rasmee" w:hAnsi="AK Rasmee" w:cs="KFGQPC Uthman Taha Naskh"/>
          <w:b/>
          <w:bCs/>
          <w:color w:val="0F243E" w:themeColor="text2" w:themeShade="80"/>
          <w:sz w:val="36"/>
          <w:szCs w:val="36"/>
          <w:rtl/>
        </w:rPr>
        <w:t xml:space="preserve">التَّعْوِيذُ / </w:t>
      </w:r>
      <w:r w:rsidR="00C9199F" w:rsidRPr="003D74BE">
        <w:rPr>
          <w:rFonts w:ascii="MV Utheemu" w:hAnsi="MV Utheemu" w:cs="MV Utheemu" w:hint="cs"/>
          <w:b/>
          <w:bCs/>
          <w:color w:val="403152" w:themeColor="accent4" w:themeShade="80"/>
          <w:sz w:val="36"/>
          <w:szCs w:val="36"/>
          <w:rtl/>
          <w:lang w:bidi="dv-MV"/>
        </w:rPr>
        <w:t>ތަވީދު</w:t>
      </w:r>
      <w:r w:rsidR="00C9199F">
        <w:rPr>
          <w:rFonts w:ascii="MV Utheemu" w:hAnsi="MV Utheemu" w:cs="MV Utheemu" w:hint="cs"/>
          <w:b/>
          <w:bCs/>
          <w:color w:val="403152" w:themeColor="accent4" w:themeShade="80"/>
          <w:sz w:val="36"/>
          <w:szCs w:val="36"/>
          <w:rtl/>
          <w:lang w:bidi="dv-MV"/>
        </w:rPr>
        <w:t xml:space="preserve">ތައް </w:t>
      </w:r>
      <w:r w:rsidR="00677800" w:rsidRPr="00677800">
        <w:rPr>
          <w:rFonts w:ascii="AK Rasmee" w:hAnsi="AK Rasmee" w:cs="KFGQPC Uthman Taha Naskh"/>
          <w:b/>
          <w:bCs/>
          <w:color w:val="0F243E" w:themeColor="text2" w:themeShade="80"/>
          <w:sz w:val="36"/>
          <w:szCs w:val="36"/>
          <w:rtl/>
        </w:rPr>
        <w:t xml:space="preserve">التَّعَاوِيذُ </w:t>
      </w:r>
    </w:p>
    <w:tbl>
      <w:tblPr>
        <w:tblStyle w:val="TableGrid"/>
        <w:bidiVisual/>
        <w:tblW w:w="0" w:type="auto"/>
        <w:tblLook w:val="04A0" w:firstRow="1" w:lastRow="0" w:firstColumn="1" w:lastColumn="0" w:noHBand="0" w:noVBand="1"/>
      </w:tblPr>
      <w:tblGrid>
        <w:gridCol w:w="10250"/>
      </w:tblGrid>
      <w:tr w:rsidR="005550F3" w14:paraId="2FF9AE03" w14:textId="77777777" w:rsidTr="005550F3">
        <w:tc>
          <w:tcPr>
            <w:tcW w:w="10250" w:type="dxa"/>
            <w:shd w:val="clear" w:color="auto" w:fill="DBE5F1" w:themeFill="accent1" w:themeFillTint="33"/>
          </w:tcPr>
          <w:p w14:paraId="4809832A" w14:textId="61FB3187" w:rsidR="005550F3" w:rsidRPr="005550F3" w:rsidRDefault="00EE4A31" w:rsidP="00EE4A31">
            <w:pPr>
              <w:bidi/>
              <w:jc w:val="both"/>
              <w:rPr>
                <w:rFonts w:ascii="MV Utheemu" w:hAnsi="MV Utheemu" w:cs="MV Utheemu"/>
                <w:rtl/>
                <w:lang w:bidi="dv-MV"/>
              </w:rPr>
            </w:pPr>
            <w:r>
              <w:rPr>
                <w:rFonts w:ascii="Scheherazade New" w:hAnsi="Scheherazade New" w:cs="Scheherazade New"/>
                <w:color w:val="262626" w:themeColor="text1" w:themeTint="D9"/>
                <w:sz w:val="32"/>
                <w:szCs w:val="32"/>
              </w:rPr>
              <w:sym w:font="KFGQPC Arabic Symbols 01" w:char="F045"/>
            </w:r>
            <w:r>
              <w:rPr>
                <w:rFonts w:ascii="Scheherazade New" w:hAnsi="Scheherazade New" w:cs="Scheherazade New"/>
                <w:color w:val="262626" w:themeColor="text1" w:themeTint="D9"/>
                <w:sz w:val="32"/>
                <w:szCs w:val="32"/>
              </w:rPr>
              <w:t xml:space="preserve"> </w:t>
            </w:r>
            <w:r w:rsidRPr="00EE4A31">
              <w:rPr>
                <w:rFonts w:ascii="Arabic Typesetting" w:hAnsi="Arabic Typesetting" w:cs="Arabic Typesetting"/>
                <w:color w:val="262626" w:themeColor="text1" w:themeTint="D9"/>
                <w:sz w:val="48"/>
                <w:szCs w:val="48"/>
              </w:rPr>
              <w:sym w:font="KFGQPC Arabic Symbols 01" w:char="F025"/>
            </w:r>
            <w:r w:rsidR="005550F3" w:rsidRPr="00DC3178">
              <w:rPr>
                <w:rFonts w:ascii="MV Utheemu" w:hAnsi="MV Utheemu" w:cs="MV Utheemu"/>
                <w:color w:val="262626" w:themeColor="text1" w:themeTint="D9"/>
                <w:rtl/>
                <w:lang w:bidi="dv-MV"/>
              </w:rPr>
              <w:t xml:space="preserve"> </w:t>
            </w:r>
            <w:r>
              <w:rPr>
                <w:rFonts w:ascii="MV Utheemu" w:hAnsi="MV Utheemu" w:cs="MV Utheemu" w:hint="cs"/>
                <w:color w:val="262626" w:themeColor="text1" w:themeTint="D9"/>
                <w:rtl/>
                <w:lang w:bidi="dv-MV"/>
              </w:rPr>
              <w:t>ވަޙީކުރެއްވިއެވެ.</w:t>
            </w:r>
            <w:r>
              <w:rPr>
                <w:rFonts w:ascii="MV Utheemu" w:hAnsi="MV Utheemu" w:cs="MV Utheemu" w:hint="cs"/>
                <w:color w:val="262626" w:themeColor="text1" w:themeTint="D9"/>
                <w:rtl/>
                <w:lang w:bidi="dv-MV"/>
              </w:rPr>
              <w:t xml:space="preserve"> </w:t>
            </w:r>
            <w:r w:rsidR="005550F3" w:rsidRPr="003F450E">
              <w:rPr>
                <w:rFonts w:ascii="Scheherazade New" w:hAnsi="Scheherazade New" w:cs="Scheherazade New"/>
                <w:b/>
                <w:color w:val="262626" w:themeColor="text1" w:themeTint="D9"/>
                <w:sz w:val="32"/>
                <w:szCs w:val="32"/>
                <w:rtl/>
              </w:rPr>
              <w:t>﴿</w:t>
            </w:r>
            <w:r w:rsidR="005550F3" w:rsidRPr="0092015B">
              <w:rPr>
                <w:rtl/>
              </w:rPr>
              <w:t xml:space="preserve"> </w:t>
            </w:r>
            <w:r w:rsidR="005550F3" w:rsidRPr="005550F3">
              <w:rPr>
                <w:rFonts w:ascii="Scheherazade New" w:hAnsi="Scheherazade New" w:cs="Scheherazade New"/>
                <w:b/>
                <w:color w:val="262626" w:themeColor="text1" w:themeTint="D9"/>
                <w:sz w:val="32"/>
                <w:szCs w:val="32"/>
                <w:rtl/>
              </w:rPr>
              <w:t xml:space="preserve">فَإِذَا قَرَأْتَ الْقُرْآنَ </w:t>
            </w:r>
            <w:r w:rsidR="005550F3" w:rsidRPr="005550F3">
              <w:rPr>
                <w:rFonts w:ascii="Scheherazade New" w:hAnsi="Scheherazade New" w:cs="Scheherazade New"/>
                <w:b/>
                <w:color w:val="262626" w:themeColor="text1" w:themeTint="D9"/>
                <w:sz w:val="32"/>
                <w:szCs w:val="32"/>
                <w:u w:val="single"/>
                <w:rtl/>
              </w:rPr>
              <w:t>فَاسْتَعِذْ</w:t>
            </w:r>
            <w:r w:rsidR="005550F3" w:rsidRPr="005550F3">
              <w:rPr>
                <w:rFonts w:ascii="Scheherazade New" w:hAnsi="Scheherazade New" w:cs="Scheherazade New"/>
                <w:b/>
                <w:color w:val="262626" w:themeColor="text1" w:themeTint="D9"/>
                <w:sz w:val="32"/>
                <w:szCs w:val="32"/>
                <w:rtl/>
              </w:rPr>
              <w:t xml:space="preserve"> بِاللَّهِ مِنَ الشَّيْطَانِ الرَّجِيمِ </w:t>
            </w:r>
            <w:r w:rsidR="005550F3" w:rsidRPr="003F450E">
              <w:rPr>
                <w:rFonts w:ascii="Scheherazade New" w:hAnsi="Scheherazade New" w:cs="Scheherazade New"/>
                <w:b/>
                <w:color w:val="262626" w:themeColor="text1" w:themeTint="D9"/>
                <w:sz w:val="32"/>
                <w:szCs w:val="32"/>
                <w:rtl/>
              </w:rPr>
              <w:t>﴾</w:t>
            </w:r>
            <w:r>
              <w:rPr>
                <w:rtl/>
              </w:rPr>
              <w:t xml:space="preserve"> </w:t>
            </w:r>
            <w:r w:rsidRPr="00EE4A31">
              <w:rPr>
                <w:rFonts w:ascii="Scheherazade New" w:hAnsi="Scheherazade New" w:cs="Scheherazade New"/>
                <w:b/>
                <w:color w:val="262626" w:themeColor="text1" w:themeTint="D9"/>
                <w:sz w:val="32"/>
                <w:szCs w:val="32"/>
                <w:rtl/>
              </w:rPr>
              <w:t>﴿</w:t>
            </w:r>
            <w:r w:rsidRPr="00EE4A31">
              <w:rPr>
                <w:rFonts w:ascii="Scheherazade New" w:hAnsi="Scheherazade New" w:cs="Scheherazade New" w:hint="cs"/>
                <w:b/>
                <w:color w:val="262626" w:themeColor="text1" w:themeTint="D9"/>
                <w:sz w:val="32"/>
                <w:szCs w:val="32"/>
                <w:rtl/>
              </w:rPr>
              <w:t>إِنَّهُ</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لَيْسَ</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لَهُ</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سُلْطَانٌ</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عَلَى</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الَّذِينَ</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آمَنُوا</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وَعَلَىٰ</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رَبِّهِمْ</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يَتَوَكَّلُونَ</w:t>
            </w:r>
            <w:r w:rsidRPr="00EE4A31">
              <w:rPr>
                <w:rFonts w:ascii="Scheherazade New" w:hAnsi="Scheherazade New" w:cs="Scheherazade New"/>
                <w:b/>
                <w:color w:val="262626" w:themeColor="text1" w:themeTint="D9"/>
                <w:sz w:val="32"/>
                <w:szCs w:val="32"/>
                <w:rtl/>
              </w:rPr>
              <w:t>﴾</w:t>
            </w:r>
            <w:r>
              <w:rPr>
                <w:rtl/>
              </w:rPr>
              <w:t xml:space="preserve"> </w:t>
            </w:r>
            <w:r w:rsidRPr="00EE4A31">
              <w:rPr>
                <w:rFonts w:ascii="Scheherazade New" w:hAnsi="Scheherazade New" w:cs="Scheherazade New"/>
                <w:b/>
                <w:color w:val="262626" w:themeColor="text1" w:themeTint="D9"/>
                <w:sz w:val="32"/>
                <w:szCs w:val="32"/>
                <w:rtl/>
              </w:rPr>
              <w:t>﴿</w:t>
            </w:r>
            <w:r w:rsidRPr="00EE4A31">
              <w:rPr>
                <w:rFonts w:ascii="Scheherazade New" w:hAnsi="Scheherazade New" w:cs="Scheherazade New" w:hint="cs"/>
                <w:b/>
                <w:color w:val="262626" w:themeColor="text1" w:themeTint="D9"/>
                <w:sz w:val="32"/>
                <w:szCs w:val="32"/>
                <w:rtl/>
              </w:rPr>
              <w:t>إِنَّمَا</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سُلْطَانُهُ</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عَلَى</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الَّذِينَ</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يَتَوَلَّوْنَهُ</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وَالَّذِينَ</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هُم</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بِهِ</w:t>
            </w:r>
            <w:r w:rsidRPr="00EE4A31">
              <w:rPr>
                <w:rFonts w:ascii="Scheherazade New" w:hAnsi="Scheherazade New" w:cs="Scheherazade New"/>
                <w:b/>
                <w:color w:val="262626" w:themeColor="text1" w:themeTint="D9"/>
                <w:sz w:val="32"/>
                <w:szCs w:val="32"/>
                <w:rtl/>
              </w:rPr>
              <w:t xml:space="preserve"> </w:t>
            </w:r>
            <w:r w:rsidRPr="00EE4A31">
              <w:rPr>
                <w:rFonts w:ascii="Scheherazade New" w:hAnsi="Scheherazade New" w:cs="Scheherazade New" w:hint="cs"/>
                <w:b/>
                <w:color w:val="262626" w:themeColor="text1" w:themeTint="D9"/>
                <w:sz w:val="32"/>
                <w:szCs w:val="32"/>
                <w:rtl/>
              </w:rPr>
              <w:t>مُشْرِكُونَ</w:t>
            </w:r>
            <w:r w:rsidRPr="00EE4A31">
              <w:rPr>
                <w:rFonts w:ascii="Scheherazade New" w:hAnsi="Scheherazade New" w:cs="Scheherazade New"/>
                <w:b/>
                <w:color w:val="262626" w:themeColor="text1" w:themeTint="D9"/>
                <w:sz w:val="32"/>
                <w:szCs w:val="32"/>
                <w:rtl/>
              </w:rPr>
              <w:t>﴾</w:t>
            </w:r>
            <w:r w:rsidR="005550F3">
              <w:rPr>
                <w:rFonts w:ascii="Scheherazade New" w:hAnsi="Scheherazade New" w:cs="MV Boli" w:hint="cs"/>
                <w:b/>
                <w:color w:val="262626" w:themeColor="text1" w:themeTint="D9"/>
                <w:sz w:val="32"/>
                <w:szCs w:val="32"/>
                <w:rtl/>
                <w:lang w:bidi="dv-MV"/>
              </w:rPr>
              <w:t xml:space="preserve"> </w:t>
            </w:r>
            <w:r w:rsidR="005550F3" w:rsidRPr="000F735A">
              <w:rPr>
                <w:rFonts w:ascii="Scheherazade New" w:hAnsi="Scheherazade New" w:cs="Scheherazade New"/>
                <w:szCs w:val="24"/>
                <w:rtl/>
              </w:rPr>
              <w:t>[</w:t>
            </w:r>
            <w:r w:rsidR="005550F3" w:rsidRPr="005550F3">
              <w:rPr>
                <w:rFonts w:ascii="Scheherazade New" w:hAnsi="Scheherazade New" w:cs="Scheherazade New"/>
                <w:szCs w:val="24"/>
                <w:rtl/>
              </w:rPr>
              <w:t xml:space="preserve">النحل: </w:t>
            </w:r>
            <w:r>
              <w:rPr>
                <w:rFonts w:ascii="Scheherazade New" w:hAnsi="Scheherazade New" w:cs="MV Boli" w:hint="cs"/>
                <w:szCs w:val="24"/>
                <w:rtl/>
                <w:lang w:bidi="dv-MV"/>
              </w:rPr>
              <w:t>100-98</w:t>
            </w:r>
            <w:r w:rsidR="005550F3" w:rsidRPr="000F735A">
              <w:rPr>
                <w:rFonts w:ascii="Scheherazade New" w:hAnsi="Scheherazade New" w:cs="Scheherazade New"/>
                <w:szCs w:val="24"/>
                <w:rtl/>
              </w:rPr>
              <w:t xml:space="preserve">] </w:t>
            </w:r>
            <w:r w:rsidR="005550F3" w:rsidRPr="005550F3">
              <w:rPr>
                <w:rFonts w:ascii="MV Utheemu" w:hAnsi="MV Utheemu" w:cs="MV Utheemu"/>
                <w:rtl/>
                <w:lang w:bidi="dv-MV"/>
              </w:rPr>
              <w:t>"</w:t>
            </w:r>
            <w:r w:rsidR="005550F3" w:rsidRPr="005550F3">
              <w:rPr>
                <w:rFonts w:ascii="MV Utheemu" w:hAnsi="MV Utheemu" w:cs="MV Utheemu" w:hint="cs"/>
                <w:rtl/>
                <w:lang w:bidi="dv-MV"/>
              </w:rPr>
              <w:t>ފަހެ،</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ކަލޭގެފާނު</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ޤުރުއާން</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ކިޔަވައިވިދާޅުވާނަމަ،</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ރަޙްމަތުން</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ބޭރުކުރައްވާފައިވާ</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ޝައިޠާނާގެ</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ކިބައިން</w:t>
            </w:r>
            <w:r w:rsidR="005550F3" w:rsidRPr="005550F3">
              <w:rPr>
                <w:rFonts w:ascii="MV Utheemu" w:hAnsi="MV Utheemu" w:cs="MV Utheemu"/>
                <w:rtl/>
                <w:lang w:bidi="dv-MV"/>
              </w:rPr>
              <w:t xml:space="preserve"> </w:t>
            </w:r>
            <w:r w:rsidR="005550F3" w:rsidRPr="005550F3">
              <w:rPr>
                <w:rFonts w:ascii="MV Utheemu" w:hAnsi="MV Utheemu" w:cs="MV Utheemu" w:hint="cs"/>
                <w:b/>
                <w:u w:val="single"/>
                <w:rtl/>
                <w:lang w:bidi="dv-MV"/>
              </w:rPr>
              <w:t>ރައްކާތެރިކަން</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ހޯއްދެވުމަށް</w:t>
            </w:r>
            <w:r w:rsidR="005550F3" w:rsidRPr="005550F3">
              <w:rPr>
                <w:rFonts w:ascii="MV Utheemu" w:hAnsi="MV Utheemu" w:cs="MV Utheemu"/>
                <w:rtl/>
                <w:lang w:bidi="dv-MV"/>
              </w:rPr>
              <w:t xml:space="preserve"> </w:t>
            </w:r>
            <w:r w:rsidR="005550F3" w:rsidRPr="00EE4A31">
              <w:rPr>
                <w:rFonts w:ascii="Arabic Typesetting" w:hAnsi="Arabic Typesetting" w:cs="Arabic Typesetting"/>
                <w:color w:val="262626" w:themeColor="text1" w:themeTint="D9"/>
                <w:sz w:val="40"/>
                <w:szCs w:val="40"/>
              </w:rPr>
              <w:sym w:font="KFGQPC Arabic Symbols 01" w:char="F025"/>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ގެ</w:t>
            </w:r>
            <w:r w:rsidR="005550F3" w:rsidRPr="005550F3">
              <w:rPr>
                <w:rFonts w:ascii="MV Utheemu" w:hAnsi="MV Utheemu" w:cs="MV Utheemu"/>
                <w:rtl/>
                <w:lang w:bidi="dv-MV"/>
              </w:rPr>
              <w:t xml:space="preserve"> </w:t>
            </w:r>
            <w:r w:rsidR="005550F3" w:rsidRPr="005550F3">
              <w:rPr>
                <w:rFonts w:ascii="Arabic Typesetting" w:hAnsi="Arabic Typesetting"/>
                <w:rtl/>
              </w:rPr>
              <w:t>حضرة</w:t>
            </w:r>
            <w:r w:rsidR="005550F3" w:rsidRPr="005550F3">
              <w:rPr>
                <w:rFonts w:ascii="MV Utheemu" w:hAnsi="MV Utheemu" w:cs="Times New Roman"/>
                <w:rtl/>
              </w:rPr>
              <w:t xml:space="preserve"> </w:t>
            </w:r>
            <w:r w:rsidR="005550F3" w:rsidRPr="005550F3">
              <w:rPr>
                <w:rFonts w:ascii="MV Utheemu" w:hAnsi="MV Utheemu" w:cs="MV Utheemu" w:hint="cs"/>
                <w:rtl/>
                <w:lang w:bidi="dv-MV"/>
              </w:rPr>
              <w:t>އަށް</w:t>
            </w:r>
            <w:r w:rsidR="005550F3" w:rsidRPr="005550F3">
              <w:rPr>
                <w:rFonts w:ascii="MV Utheemu" w:hAnsi="MV Utheemu" w:cs="MV Utheemu"/>
                <w:rtl/>
                <w:lang w:bidi="dv-MV"/>
              </w:rPr>
              <w:t xml:space="preserve"> </w:t>
            </w:r>
            <w:r w:rsidR="005550F3" w:rsidRPr="005550F3">
              <w:rPr>
                <w:rFonts w:ascii="MV Utheemu" w:hAnsi="MV Utheemu" w:cs="MV Utheemu" w:hint="cs"/>
                <w:rtl/>
                <w:lang w:bidi="dv-MV"/>
              </w:rPr>
              <w:t>އެދިވަޑައިގަންނަވާށެވެ</w:t>
            </w:r>
            <w:r w:rsidR="005550F3" w:rsidRPr="005550F3">
              <w:rPr>
                <w:rFonts w:ascii="MV Utheemu" w:hAnsi="MV Utheemu" w:cs="MV Utheemu"/>
                <w:rtl/>
                <w:lang w:bidi="dv-MV"/>
              </w:rPr>
              <w:t>!</w:t>
            </w:r>
            <w:r>
              <w:rPr>
                <w:rFonts w:cs="MV Boli" w:hint="cs"/>
                <w:rtl/>
                <w:lang w:bidi="dv-MV"/>
              </w:rPr>
              <w:t xml:space="preserve"> </w:t>
            </w:r>
            <w:r w:rsidRPr="00EE4A31">
              <w:rPr>
                <w:rFonts w:ascii="MV Utheemu" w:hAnsi="MV Utheemu" w:cs="MV Utheemu" w:hint="cs"/>
                <w:rtl/>
                <w:lang w:bidi="dv-MV"/>
              </w:rPr>
              <w:t>ހަމަކަށަވަރުން</w:t>
            </w:r>
            <w:r w:rsidRPr="00EE4A31">
              <w:rPr>
                <w:rFonts w:ascii="MV Utheemu" w:hAnsi="MV Utheemu" w:cs="MV Utheemu"/>
                <w:rtl/>
                <w:lang w:bidi="dv-MV"/>
              </w:rPr>
              <w:t xml:space="preserve"> </w:t>
            </w:r>
            <w:r w:rsidRPr="00EE4A31">
              <w:rPr>
                <w:rFonts w:hint="cs"/>
                <w:rtl/>
              </w:rPr>
              <w:t>إيمان</w:t>
            </w:r>
            <w:r w:rsidRPr="00EE4A31">
              <w:rPr>
                <w:rFonts w:ascii="MV Utheemu" w:hAnsi="MV Utheemu" w:cs="MV Utheemu" w:hint="cs"/>
                <w:rtl/>
                <w:lang w:bidi="dv-MV"/>
              </w:rPr>
              <w:t>ވ</w:t>
            </w:r>
            <w:r>
              <w:rPr>
                <w:rFonts w:ascii="MV Utheemu" w:hAnsi="MV Utheemu" w:cs="MV Utheemu" w:hint="cs"/>
                <w:rtl/>
                <w:lang w:bidi="dv-MV"/>
              </w:rPr>
              <w:t xml:space="preserve">ެ </w:t>
            </w:r>
            <w:r w:rsidRPr="00EE4A31">
              <w:rPr>
                <w:rFonts w:ascii="MV Utheemu" w:hAnsi="MV Utheemu" w:cs="MV Utheemu" w:hint="cs"/>
                <w:rtl/>
                <w:lang w:bidi="dv-MV"/>
              </w:rPr>
              <w:t>އަދި</w:t>
            </w:r>
            <w:r w:rsidRPr="00EE4A31">
              <w:rPr>
                <w:rFonts w:ascii="MV Utheemu" w:hAnsi="MV Utheemu" w:cs="MV Utheemu"/>
                <w:rtl/>
                <w:lang w:bidi="dv-MV"/>
              </w:rPr>
              <w:t xml:space="preserve"> </w:t>
            </w:r>
            <w:r w:rsidRPr="00EE4A31">
              <w:rPr>
                <w:rFonts w:ascii="MV Utheemu" w:hAnsi="MV Utheemu" w:cs="MV Utheemu" w:hint="cs"/>
                <w:rtl/>
                <w:lang w:bidi="dv-MV"/>
              </w:rPr>
              <w:t>އެމީހުންގެ</w:t>
            </w:r>
            <w:r w:rsidRPr="00EE4A31">
              <w:rPr>
                <w:rFonts w:ascii="MV Utheemu" w:hAnsi="MV Utheemu" w:cs="MV Utheemu"/>
                <w:rtl/>
                <w:lang w:bidi="dv-MV"/>
              </w:rPr>
              <w:t xml:space="preserve"> </w:t>
            </w:r>
            <w:r w:rsidRPr="00EE4A31">
              <w:rPr>
                <w:rFonts w:hint="cs"/>
                <w:rtl/>
              </w:rPr>
              <w:t>ربّ</w:t>
            </w:r>
            <w:r w:rsidRPr="00EE4A31">
              <w:rPr>
                <w:rFonts w:ascii="MV Utheemu" w:hAnsi="MV Utheemu" w:cs="Times New Roman"/>
                <w:rtl/>
              </w:rPr>
              <w:t xml:space="preserve"> </w:t>
            </w:r>
            <w:r w:rsidRPr="00EE4A31">
              <w:rPr>
                <w:rFonts w:ascii="MV Utheemu" w:hAnsi="MV Utheemu" w:cs="MV Utheemu" w:hint="cs"/>
                <w:rtl/>
                <w:lang w:bidi="dv-MV"/>
              </w:rPr>
              <w:t>އަށް</w:t>
            </w:r>
            <w:r w:rsidRPr="00EE4A31">
              <w:rPr>
                <w:rFonts w:ascii="MV Utheemu" w:hAnsi="MV Utheemu" w:cs="MV Utheemu"/>
                <w:rtl/>
                <w:lang w:bidi="dv-MV"/>
              </w:rPr>
              <w:t xml:space="preserve"> </w:t>
            </w:r>
            <w:r w:rsidRPr="00EE4A31">
              <w:rPr>
                <w:rFonts w:hint="cs"/>
                <w:rtl/>
              </w:rPr>
              <w:t>وكيل</w:t>
            </w:r>
            <w:r w:rsidRPr="00EE4A31">
              <w:rPr>
                <w:rFonts w:ascii="MV Utheemu" w:hAnsi="MV Utheemu" w:cs="Times New Roman"/>
                <w:rtl/>
              </w:rPr>
              <w:t xml:space="preserve"> </w:t>
            </w:r>
            <w:r w:rsidRPr="00EE4A31">
              <w:rPr>
                <w:rFonts w:ascii="MV Utheemu" w:hAnsi="MV Utheemu" w:cs="MV Utheemu" w:hint="cs"/>
                <w:rtl/>
                <w:lang w:bidi="dv-MV"/>
              </w:rPr>
              <w:t>ކުރާމީހުންގެމައްޗަށް</w:t>
            </w:r>
            <w:r w:rsidRPr="00EE4A31">
              <w:rPr>
                <w:rFonts w:ascii="MV Utheemu" w:hAnsi="MV Utheemu" w:cs="MV Utheemu"/>
                <w:rtl/>
                <w:lang w:bidi="dv-MV"/>
              </w:rPr>
              <w:t xml:space="preserve"> </w:t>
            </w:r>
            <w:r w:rsidRPr="00EE4A31">
              <w:rPr>
                <w:rFonts w:ascii="MV Utheemu" w:hAnsi="MV Utheemu" w:cs="MV Utheemu" w:hint="cs"/>
                <w:rtl/>
                <w:lang w:bidi="dv-MV"/>
              </w:rPr>
              <w:t>އެ</w:t>
            </w:r>
            <w:r w:rsidRPr="00EE4A31">
              <w:rPr>
                <w:rFonts w:ascii="MV Utheemu" w:hAnsi="MV Utheemu" w:cs="MV Utheemu"/>
                <w:rtl/>
                <w:lang w:bidi="dv-MV"/>
              </w:rPr>
              <w:t xml:space="preserve"> </w:t>
            </w:r>
            <w:r w:rsidRPr="00EE4A31">
              <w:rPr>
                <w:rFonts w:hint="cs"/>
                <w:rtl/>
              </w:rPr>
              <w:t>شيطان</w:t>
            </w:r>
            <w:r w:rsidRPr="00EE4A31">
              <w:rPr>
                <w:rFonts w:ascii="MV Utheemu" w:hAnsi="MV Utheemu" w:cs="Times New Roman"/>
                <w:rtl/>
              </w:rPr>
              <w:t xml:space="preserve"> </w:t>
            </w:r>
            <w:r w:rsidRPr="00EE4A31">
              <w:rPr>
                <w:rFonts w:ascii="MV Utheemu" w:hAnsi="MV Utheemu" w:cs="MV Utheemu" w:hint="cs"/>
                <w:rtl/>
                <w:lang w:bidi="dv-MV"/>
              </w:rPr>
              <w:t>އާ</w:t>
            </w:r>
            <w:r w:rsidRPr="00EE4A31">
              <w:rPr>
                <w:rFonts w:ascii="MV Utheemu" w:hAnsi="MV Utheemu" w:cs="MV Utheemu"/>
                <w:rtl/>
                <w:lang w:bidi="dv-MV"/>
              </w:rPr>
              <w:t xml:space="preserve"> </w:t>
            </w:r>
            <w:r w:rsidRPr="00EE4A31">
              <w:rPr>
                <w:rFonts w:ascii="MV Utheemu" w:hAnsi="MV Utheemu" w:cs="MV Utheemu" w:hint="cs"/>
                <w:rtl/>
                <w:lang w:bidi="dv-MV"/>
              </w:rPr>
              <w:t>އަކަށް</w:t>
            </w:r>
            <w:r w:rsidRPr="00EE4A31">
              <w:rPr>
                <w:rFonts w:ascii="MV Utheemu" w:hAnsi="MV Utheemu" w:cs="MV Utheemu"/>
                <w:rtl/>
                <w:lang w:bidi="dv-MV"/>
              </w:rPr>
              <w:t xml:space="preserve"> </w:t>
            </w:r>
            <w:r w:rsidRPr="00EE4A31">
              <w:rPr>
                <w:rFonts w:ascii="MV Utheemu" w:hAnsi="MV Utheemu" w:cs="MV Utheemu" w:hint="cs"/>
                <w:rtl/>
                <w:lang w:bidi="dv-MV"/>
              </w:rPr>
              <w:t>އެއްވެސް</w:t>
            </w:r>
            <w:r w:rsidRPr="00EE4A31">
              <w:rPr>
                <w:rFonts w:ascii="MV Utheemu" w:hAnsi="MV Utheemu" w:cs="MV Utheemu"/>
                <w:rtl/>
                <w:lang w:bidi="dv-MV"/>
              </w:rPr>
              <w:t xml:space="preserve"> </w:t>
            </w:r>
            <w:r w:rsidRPr="00EE4A31">
              <w:rPr>
                <w:rFonts w:ascii="MV Utheemu" w:hAnsi="MV Utheemu" w:cs="MV Utheemu" w:hint="cs"/>
                <w:rtl/>
                <w:lang w:bidi="dv-MV"/>
              </w:rPr>
              <w:t>ބާރެއްނުވެއެވެ</w:t>
            </w:r>
            <w:r w:rsidRPr="00EE4A31">
              <w:rPr>
                <w:rFonts w:ascii="MV Utheemu" w:hAnsi="MV Utheemu" w:cs="MV Utheemu"/>
                <w:rtl/>
                <w:lang w:bidi="dv-MV"/>
              </w:rPr>
              <w:t>.</w:t>
            </w:r>
            <w:r w:rsidRPr="00EE4A31">
              <w:rPr>
                <w:rFonts w:ascii="MV Utheemu" w:hAnsi="MV Utheemu" w:cs="MV Utheemu"/>
                <w:rtl/>
                <w:lang w:bidi="dv-MV"/>
              </w:rPr>
              <w:t xml:space="preserve"> </w:t>
            </w:r>
            <w:r w:rsidRPr="00EE4A31">
              <w:rPr>
                <w:rFonts w:ascii="MV Utheemu" w:hAnsi="MV Utheemu" w:cs="MV Utheemu" w:hint="cs"/>
                <w:rtl/>
                <w:lang w:bidi="dv-MV"/>
              </w:rPr>
              <w:t>އޭނާގެ</w:t>
            </w:r>
            <w:r w:rsidRPr="00EE4A31">
              <w:rPr>
                <w:rFonts w:ascii="MV Utheemu" w:hAnsi="MV Utheemu" w:cs="MV Utheemu"/>
                <w:rtl/>
                <w:lang w:bidi="dv-MV"/>
              </w:rPr>
              <w:t xml:space="preserve"> </w:t>
            </w:r>
            <w:r w:rsidRPr="00EE4A31">
              <w:rPr>
                <w:rFonts w:ascii="MV Utheemu" w:hAnsi="MV Utheemu" w:cs="MV Utheemu" w:hint="cs"/>
                <w:rtl/>
                <w:lang w:bidi="dv-MV"/>
              </w:rPr>
              <w:t>ބާރު</w:t>
            </w:r>
            <w:r w:rsidRPr="00EE4A31">
              <w:rPr>
                <w:rFonts w:ascii="MV Utheemu" w:hAnsi="MV Utheemu" w:cs="MV Utheemu"/>
                <w:rtl/>
                <w:lang w:bidi="dv-MV"/>
              </w:rPr>
              <w:t xml:space="preserve"> </w:t>
            </w:r>
            <w:r w:rsidRPr="00EE4A31">
              <w:rPr>
                <w:rFonts w:ascii="MV Utheemu" w:hAnsi="MV Utheemu" w:cs="MV Utheemu" w:hint="cs"/>
                <w:rtl/>
                <w:lang w:bidi="dv-MV"/>
              </w:rPr>
              <w:t>ހިނގާކަން</w:t>
            </w:r>
            <w:r w:rsidRPr="00EE4A31">
              <w:rPr>
                <w:rFonts w:ascii="MV Utheemu" w:hAnsi="MV Utheemu" w:cs="MV Utheemu"/>
                <w:rtl/>
                <w:lang w:bidi="dv-MV"/>
              </w:rPr>
              <w:t xml:space="preserve"> </w:t>
            </w:r>
            <w:r w:rsidRPr="00EE4A31">
              <w:rPr>
                <w:rFonts w:ascii="MV Utheemu" w:hAnsi="MV Utheemu" w:cs="MV Utheemu" w:hint="cs"/>
                <w:rtl/>
                <w:lang w:bidi="dv-MV"/>
              </w:rPr>
              <w:t>ކަށަވަރުވަނީ،</w:t>
            </w:r>
            <w:r w:rsidRPr="00EE4A31">
              <w:rPr>
                <w:rFonts w:ascii="MV Utheemu" w:hAnsi="MV Utheemu" w:cs="MV Utheemu"/>
                <w:rtl/>
                <w:lang w:bidi="dv-MV"/>
              </w:rPr>
              <w:t xml:space="preserve"> </w:t>
            </w:r>
            <w:r w:rsidRPr="00EE4A31">
              <w:rPr>
                <w:rFonts w:ascii="MV Utheemu" w:hAnsi="MV Utheemu" w:cs="MV Utheemu" w:hint="cs"/>
                <w:rtl/>
                <w:lang w:bidi="dv-MV"/>
              </w:rPr>
              <w:t>އޭނާއާ</w:t>
            </w:r>
            <w:r w:rsidRPr="00EE4A31">
              <w:rPr>
                <w:rFonts w:ascii="MV Utheemu" w:hAnsi="MV Utheemu" w:cs="MV Utheemu"/>
                <w:rtl/>
                <w:lang w:bidi="dv-MV"/>
              </w:rPr>
              <w:t xml:space="preserve"> </w:t>
            </w:r>
            <w:r w:rsidRPr="00EE4A31">
              <w:rPr>
                <w:rFonts w:ascii="MV Utheemu" w:hAnsi="MV Utheemu" w:cs="MV Utheemu" w:hint="cs"/>
                <w:rtl/>
                <w:lang w:bidi="dv-MV"/>
              </w:rPr>
              <w:t>އެކުވެރިވެ</w:t>
            </w:r>
            <w:r w:rsidRPr="00EE4A31">
              <w:rPr>
                <w:rFonts w:ascii="MV Utheemu" w:hAnsi="MV Utheemu" w:cs="MV Utheemu"/>
                <w:rtl/>
                <w:lang w:bidi="dv-MV"/>
              </w:rPr>
              <w:t xml:space="preserve"> </w:t>
            </w:r>
            <w:r w:rsidRPr="00EE4A31">
              <w:rPr>
                <w:rFonts w:ascii="MV Utheemu" w:hAnsi="MV Utheemu" w:cs="MV Utheemu" w:hint="cs"/>
                <w:rtl/>
                <w:lang w:bidi="dv-MV"/>
              </w:rPr>
              <w:t>އޭނާގެ</w:t>
            </w:r>
            <w:r w:rsidRPr="00EE4A31">
              <w:rPr>
                <w:rFonts w:ascii="MV Utheemu" w:hAnsi="MV Utheemu" w:cs="MV Utheemu"/>
                <w:rtl/>
                <w:lang w:bidi="dv-MV"/>
              </w:rPr>
              <w:t xml:space="preserve"> </w:t>
            </w:r>
            <w:r w:rsidRPr="00EE4A31">
              <w:rPr>
                <w:rFonts w:ascii="MV Utheemu" w:hAnsi="MV Utheemu" w:cs="MV Utheemu" w:hint="cs"/>
                <w:rtl/>
                <w:lang w:bidi="dv-MV"/>
              </w:rPr>
              <w:t>ބަސް</w:t>
            </w:r>
            <w:r w:rsidRPr="00EE4A31">
              <w:rPr>
                <w:rFonts w:ascii="MV Utheemu" w:hAnsi="MV Utheemu" w:cs="MV Utheemu"/>
                <w:rtl/>
                <w:lang w:bidi="dv-MV"/>
              </w:rPr>
              <w:t xml:space="preserve"> </w:t>
            </w:r>
            <w:r w:rsidRPr="00EE4A31">
              <w:rPr>
                <w:rFonts w:ascii="MV Utheemu" w:hAnsi="MV Utheemu" w:cs="MV Utheemu" w:hint="cs"/>
                <w:rtl/>
                <w:lang w:bidi="dv-MV"/>
              </w:rPr>
              <w:t>ގަބޫލުކ</w:t>
            </w:r>
            <w:r>
              <w:rPr>
                <w:rFonts w:ascii="MV Utheemu" w:hAnsi="MV Utheemu" w:cs="MV Utheemu" w:hint="cs"/>
                <w:rtl/>
                <w:lang w:bidi="dv-MV"/>
              </w:rPr>
              <w:t>ޮށް ކިޔަމަންތެރިވެ ތަބަޢަވާ</w:t>
            </w:r>
            <w:r w:rsidRPr="00EE4A31">
              <w:rPr>
                <w:rFonts w:ascii="MV Utheemu" w:hAnsi="MV Utheemu" w:cs="MV Utheemu"/>
                <w:rtl/>
                <w:lang w:bidi="dv-MV"/>
              </w:rPr>
              <w:t xml:space="preserve"> </w:t>
            </w:r>
            <w:r w:rsidRPr="00EE4A31">
              <w:rPr>
                <w:rFonts w:ascii="MV Utheemu" w:hAnsi="MV Utheemu" w:cs="MV Utheemu" w:hint="cs"/>
                <w:rtl/>
                <w:lang w:bidi="dv-MV"/>
              </w:rPr>
              <w:t>މީހުންނާއި</w:t>
            </w:r>
            <w:r>
              <w:rPr>
                <w:rFonts w:ascii="MV Utheemu" w:hAnsi="MV Utheemu" w:cs="MV Utheemu" w:hint="cs"/>
                <w:rtl/>
                <w:lang w:bidi="dv-MV"/>
              </w:rPr>
              <w:t xml:space="preserve"> </w:t>
            </w:r>
            <w:r w:rsidRPr="00EE4A31">
              <w:rPr>
                <w:rFonts w:ascii="MV Utheemu" w:hAnsi="MV Utheemu" w:cs="MV Utheemu" w:hint="cs"/>
                <w:rtl/>
                <w:lang w:bidi="dv-MV"/>
              </w:rPr>
              <w:t>އަދި</w:t>
            </w:r>
            <w:r w:rsidRPr="00EE4A31">
              <w:rPr>
                <w:rFonts w:ascii="MV Utheemu" w:hAnsi="MV Utheemu" w:cs="MV Utheemu"/>
                <w:rtl/>
                <w:lang w:bidi="dv-MV"/>
              </w:rPr>
              <w:t xml:space="preserve"> </w:t>
            </w:r>
            <w:r w:rsidRPr="00EE4A31">
              <w:rPr>
                <w:rFonts w:ascii="MV Utheemu" w:hAnsi="MV Utheemu" w:cs="MV Utheemu" w:hint="cs"/>
                <w:rtl/>
                <w:lang w:bidi="dv-MV"/>
              </w:rPr>
              <w:t>އެކަލާނގެއާއި</w:t>
            </w:r>
            <w:r w:rsidRPr="00EE4A31">
              <w:rPr>
                <w:rFonts w:ascii="MV Utheemu" w:hAnsi="MV Utheemu" w:cs="MV Utheemu"/>
                <w:rtl/>
                <w:lang w:bidi="dv-MV"/>
              </w:rPr>
              <w:t xml:space="preserve"> </w:t>
            </w:r>
            <w:r w:rsidRPr="00EE4A31">
              <w:rPr>
                <w:rFonts w:ascii="MV Utheemu" w:hAnsi="MV Utheemu" w:cs="MV Utheemu" w:hint="cs"/>
                <w:rtl/>
                <w:lang w:bidi="dv-MV"/>
              </w:rPr>
              <w:t>އެހެނިހެން</w:t>
            </w:r>
            <w:r w:rsidRPr="00EE4A31">
              <w:rPr>
                <w:rFonts w:ascii="MV Utheemu" w:hAnsi="MV Utheemu" w:cs="MV Utheemu"/>
                <w:rtl/>
                <w:lang w:bidi="dv-MV"/>
              </w:rPr>
              <w:t xml:space="preserve"> </w:t>
            </w:r>
            <w:r w:rsidRPr="00EE4A31">
              <w:rPr>
                <w:rFonts w:ascii="MV Utheemu" w:hAnsi="MV Utheemu" w:cs="MV Utheemu" w:hint="cs"/>
                <w:rtl/>
                <w:lang w:bidi="dv-MV"/>
              </w:rPr>
              <w:t>ފަރާތްތަކާ</w:t>
            </w:r>
            <w:r w:rsidRPr="00EE4A31">
              <w:rPr>
                <w:rFonts w:ascii="MV Utheemu" w:hAnsi="MV Utheemu" w:cs="MV Utheemu"/>
                <w:rtl/>
                <w:lang w:bidi="dv-MV"/>
              </w:rPr>
              <w:t xml:space="preserve"> </w:t>
            </w:r>
            <w:r w:rsidRPr="00EE4A31">
              <w:rPr>
                <w:rFonts w:hint="cs"/>
                <w:rtl/>
              </w:rPr>
              <w:t>شريك</w:t>
            </w:r>
            <w:r w:rsidRPr="00EE4A31">
              <w:rPr>
                <w:rFonts w:ascii="MV Utheemu" w:hAnsi="MV Utheemu" w:cs="Times New Roman"/>
                <w:rtl/>
              </w:rPr>
              <w:t xml:space="preserve"> </w:t>
            </w:r>
            <w:r w:rsidRPr="00EE4A31">
              <w:rPr>
                <w:rFonts w:ascii="MV Utheemu" w:hAnsi="MV Utheemu" w:cs="MV Utheemu" w:hint="cs"/>
                <w:rtl/>
                <w:lang w:bidi="dv-MV"/>
              </w:rPr>
              <w:t>ކުރާމީހުންގެ</w:t>
            </w:r>
            <w:r>
              <w:rPr>
                <w:rFonts w:ascii="MV Utheemu" w:hAnsi="MV Utheemu" w:cs="MV Utheemu" w:hint="cs"/>
                <w:rtl/>
                <w:lang w:bidi="dv-MV"/>
              </w:rPr>
              <w:t xml:space="preserve"> </w:t>
            </w:r>
            <w:r w:rsidRPr="00EE4A31">
              <w:rPr>
                <w:rFonts w:ascii="MV Utheemu" w:hAnsi="MV Utheemu" w:cs="MV Utheemu" w:hint="cs"/>
                <w:rtl/>
                <w:lang w:bidi="dv-MV"/>
              </w:rPr>
              <w:t>މައްޗަށެވެ</w:t>
            </w:r>
            <w:r w:rsidRPr="00EE4A31">
              <w:rPr>
                <w:rFonts w:ascii="MV Utheemu" w:hAnsi="MV Utheemu" w:cs="MV Utheemu"/>
                <w:rtl/>
                <w:lang w:bidi="dv-MV"/>
              </w:rPr>
              <w:t>.</w:t>
            </w:r>
            <w:r w:rsidR="005550F3" w:rsidRPr="005550F3">
              <w:rPr>
                <w:rFonts w:ascii="MV Utheemu" w:hAnsi="MV Utheemu" w:cs="MV Utheemu"/>
                <w:rtl/>
                <w:lang w:bidi="dv-MV"/>
              </w:rPr>
              <w:t>"</w:t>
            </w:r>
          </w:p>
        </w:tc>
      </w:tr>
    </w:tbl>
    <w:p w14:paraId="06043369" w14:textId="37AE627F" w:rsidR="00C11883" w:rsidRDefault="00234FE9" w:rsidP="00B63120">
      <w:pPr>
        <w:tabs>
          <w:tab w:val="right" w:pos="90"/>
        </w:tabs>
        <w:bidi/>
        <w:jc w:val="both"/>
        <w:rPr>
          <w:rFonts w:ascii="MV Utheemu" w:hAnsi="MV Utheemu" w:cs="MV Utheemu"/>
          <w:color w:val="262626" w:themeColor="text1" w:themeTint="D9"/>
          <w:sz w:val="36"/>
          <w:szCs w:val="36"/>
          <w:rtl/>
          <w:lang w:bidi="dv-MV"/>
        </w:rPr>
      </w:pPr>
      <w:r w:rsidRPr="00234FE9">
        <w:rPr>
          <w:rFonts w:ascii="MV Utheemu" w:hAnsi="MV Utheemu" w:cs="MV Utheemu"/>
          <w:color w:val="262626" w:themeColor="text1" w:themeTint="D9"/>
          <w:sz w:val="36"/>
          <w:szCs w:val="36"/>
          <w:rtl/>
          <w:lang w:bidi="dv-MV"/>
        </w:rPr>
        <w:lastRenderedPageBreak/>
        <w:t>ދިވެހި ބަހުގައި ބޭނުންކުރާ</w:t>
      </w:r>
      <w:r>
        <w:rPr>
          <w:rFonts w:ascii="MV Utheemu" w:hAnsi="MV Utheemu" w:cs="MV Utheemu"/>
          <w:color w:val="262626" w:themeColor="text1" w:themeTint="D9"/>
          <w:sz w:val="36"/>
          <w:szCs w:val="36"/>
          <w:lang w:bidi="dv-MV"/>
        </w:rPr>
        <w:t xml:space="preserve"> </w:t>
      </w:r>
      <w:r w:rsidR="004016F3" w:rsidRPr="00E65A93">
        <w:rPr>
          <w:rFonts w:ascii="MV Utheemu" w:hAnsi="MV Utheemu" w:cs="MV Utheemu"/>
          <w:b/>
          <w:bCs/>
          <w:color w:val="262626" w:themeColor="text1" w:themeTint="D9"/>
          <w:sz w:val="36"/>
          <w:szCs w:val="36"/>
          <w:rtl/>
          <w:lang w:bidi="dv-MV"/>
        </w:rPr>
        <w:t>'</w:t>
      </w:r>
      <w:r w:rsidR="004016F3" w:rsidRPr="00E65A93">
        <w:rPr>
          <w:rFonts w:ascii="MV Utheemu" w:hAnsi="MV Utheemu" w:cs="MV Utheemu" w:hint="cs"/>
          <w:b/>
          <w:bCs/>
          <w:color w:val="262626" w:themeColor="text1" w:themeTint="D9"/>
          <w:sz w:val="36"/>
          <w:szCs w:val="36"/>
          <w:rtl/>
          <w:lang w:bidi="dv-MV"/>
        </w:rPr>
        <w:t>ތަވީދު</w:t>
      </w:r>
      <w:r w:rsidR="004016F3" w:rsidRPr="00E65A93">
        <w:rPr>
          <w:rFonts w:ascii="MV Utheemu" w:hAnsi="MV Utheemu" w:cs="MV Utheemu"/>
          <w:b/>
          <w:bCs/>
          <w:color w:val="262626" w:themeColor="text1" w:themeTint="D9"/>
          <w:sz w:val="36"/>
          <w:szCs w:val="36"/>
          <w:rtl/>
          <w:lang w:bidi="dv-MV"/>
        </w:rPr>
        <w:t>'</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މި</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ލަފުޒަކީ</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ސީދާ</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ޢަރަބި</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ބަހުގެ</w:t>
      </w:r>
      <w:r w:rsidRPr="00234FE9">
        <w:rPr>
          <w:rtl/>
        </w:rPr>
        <w:t xml:space="preserve"> </w:t>
      </w:r>
      <w:r w:rsidRPr="00234FE9">
        <w:rPr>
          <w:rFonts w:ascii="MV Utheemu" w:hAnsi="MV Utheemu" w:cs="MV Utheemu"/>
          <w:color w:val="262626" w:themeColor="text1" w:themeTint="D9"/>
          <w:sz w:val="36"/>
          <w:szCs w:val="36"/>
          <w:rtl/>
          <w:lang w:bidi="dv-MV"/>
        </w:rPr>
        <w:t>"</w:t>
      </w:r>
      <w:r w:rsidRPr="00234FE9">
        <w:rPr>
          <w:rFonts w:ascii="MV Utheemu" w:hAnsi="MV Utheemu" w:cs="MV Utheemu" w:hint="cs"/>
          <w:color w:val="262626" w:themeColor="text1" w:themeTint="D9"/>
          <w:sz w:val="36"/>
          <w:szCs w:val="36"/>
          <w:rtl/>
          <w:lang w:bidi="dv-MV"/>
        </w:rPr>
        <w:t>އައްތަޢުވީޛް</w:t>
      </w:r>
      <w:r w:rsidRPr="00234FE9">
        <w:rPr>
          <w:rFonts w:ascii="MV Utheemu" w:hAnsi="MV Utheemu" w:cs="MV Utheemu"/>
          <w:color w:val="262626" w:themeColor="text1" w:themeTint="D9"/>
          <w:sz w:val="36"/>
          <w:szCs w:val="36"/>
          <w:rtl/>
          <w:lang w:bidi="dv-MV"/>
        </w:rPr>
        <w:t xml:space="preserve">" </w:t>
      </w:r>
      <w:r w:rsidRPr="00234FE9">
        <w:rPr>
          <w:rFonts w:ascii="MV Utheemu" w:hAnsi="MV Utheemu" w:cs="KFGQPC Uthman Taha Naskh"/>
          <w:b/>
          <w:bCs/>
          <w:color w:val="262626" w:themeColor="text1" w:themeTint="D9"/>
          <w:sz w:val="36"/>
          <w:szCs w:val="36"/>
          <w:rtl/>
          <w:lang w:bidi="dv-MV"/>
        </w:rPr>
        <w:t>(</w:t>
      </w:r>
      <w:r w:rsidRPr="00234FE9">
        <w:rPr>
          <w:rFonts w:ascii="MV Utheemu" w:hAnsi="MV Utheemu" w:cs="KFGQPC Uthman Taha Naskh"/>
          <w:b/>
          <w:bCs/>
          <w:color w:val="262626" w:themeColor="text1" w:themeTint="D9"/>
          <w:sz w:val="36"/>
          <w:szCs w:val="36"/>
          <w:rtl/>
        </w:rPr>
        <w:t>التَّعْوِي</w:t>
      </w:r>
      <w:r w:rsidR="007A4434" w:rsidRPr="007A4434">
        <w:rPr>
          <w:rFonts w:ascii="MV Utheemu" w:hAnsi="MV Utheemu" w:cs="KFGQPC Uthman Taha Naskh"/>
          <w:b/>
          <w:bCs/>
          <w:color w:val="262626" w:themeColor="text1" w:themeTint="D9"/>
          <w:sz w:val="36"/>
          <w:szCs w:val="36"/>
          <w:rtl/>
        </w:rPr>
        <w:t>ذُ</w:t>
      </w:r>
      <w:r w:rsidRPr="00234FE9">
        <w:rPr>
          <w:rFonts w:ascii="MV Utheemu" w:hAnsi="MV Utheemu" w:cs="KFGQPC Uthman Taha Naskh"/>
          <w:b/>
          <w:bCs/>
          <w:color w:val="262626" w:themeColor="text1" w:themeTint="D9"/>
          <w:sz w:val="36"/>
          <w:szCs w:val="36"/>
          <w:rtl/>
        </w:rPr>
        <w:t xml:space="preserve">) </w:t>
      </w:r>
      <w:r w:rsidRPr="00234FE9">
        <w:rPr>
          <w:rFonts w:ascii="MV Utheemu" w:hAnsi="MV Utheemu" w:cs="MV Utheemu" w:hint="cs"/>
          <w:color w:val="262626" w:themeColor="text1" w:themeTint="D9"/>
          <w:sz w:val="36"/>
          <w:szCs w:val="36"/>
          <w:rtl/>
          <w:lang w:bidi="dv-MV"/>
        </w:rPr>
        <w:t>އިން</w:t>
      </w:r>
      <w:r w:rsidRPr="00234FE9">
        <w:rPr>
          <w:rFonts w:ascii="MV Utheemu" w:hAnsi="MV Utheemu" w:cs="MV Utheemu"/>
          <w:color w:val="262626" w:themeColor="text1" w:themeTint="D9"/>
          <w:sz w:val="36"/>
          <w:szCs w:val="36"/>
          <w:rtl/>
          <w:lang w:bidi="dv-MV"/>
        </w:rPr>
        <w:t xml:space="preserve"> </w:t>
      </w:r>
      <w:r w:rsidRPr="00234FE9">
        <w:rPr>
          <w:rFonts w:ascii="MV Utheemu" w:hAnsi="MV Utheemu" w:cs="MV Utheemu" w:hint="cs"/>
          <w:color w:val="262626" w:themeColor="text1" w:themeTint="D9"/>
          <w:sz w:val="36"/>
          <w:szCs w:val="36"/>
          <w:rtl/>
          <w:lang w:bidi="dv-MV"/>
        </w:rPr>
        <w:t>އައިސްފައިވާ</w:t>
      </w:r>
      <w:r w:rsidRPr="00234FE9">
        <w:rPr>
          <w:rFonts w:ascii="MV Utheemu" w:hAnsi="MV Utheemu" w:cs="MV Utheemu"/>
          <w:color w:val="262626" w:themeColor="text1" w:themeTint="D9"/>
          <w:sz w:val="36"/>
          <w:szCs w:val="36"/>
          <w:rtl/>
          <w:lang w:bidi="dv-MV"/>
        </w:rPr>
        <w:t xml:space="preserve"> </w:t>
      </w:r>
      <w:r w:rsidRPr="00234FE9">
        <w:rPr>
          <w:rFonts w:ascii="MV Utheemu" w:hAnsi="MV Utheemu" w:cs="MV Utheemu" w:hint="cs"/>
          <w:color w:val="262626" w:themeColor="text1" w:themeTint="D9"/>
          <w:sz w:val="36"/>
          <w:szCs w:val="36"/>
          <w:rtl/>
          <w:lang w:bidi="dv-MV"/>
        </w:rPr>
        <w:t>ލަފުޒެކެވެ</w:t>
      </w:r>
      <w:r w:rsidRPr="00234FE9">
        <w:rPr>
          <w:rFonts w:ascii="MV Utheemu" w:hAnsi="MV Utheemu" w:cs="MV Utheemu"/>
          <w:color w:val="262626" w:themeColor="text1" w:themeTint="D9"/>
          <w:sz w:val="36"/>
          <w:szCs w:val="36"/>
          <w:rtl/>
          <w:lang w:bidi="dv-MV"/>
        </w:rPr>
        <w:t>.</w:t>
      </w:r>
      <w:r w:rsidR="00880091" w:rsidRPr="00880091">
        <w:rPr>
          <w:rFonts w:cs="MV Boli" w:hint="cs"/>
          <w:rtl/>
          <w:lang w:bidi="dv-MV"/>
        </w:rPr>
        <w:t xml:space="preserve"> </w:t>
      </w:r>
      <w:r w:rsidR="00880091" w:rsidRPr="00880091">
        <w:rPr>
          <w:rFonts w:ascii="MV Utheemu" w:hAnsi="MV Utheemu" w:cs="MV Utheemu" w:hint="cs"/>
          <w:color w:val="262626" w:themeColor="text1" w:themeTint="D9"/>
          <w:sz w:val="36"/>
          <w:szCs w:val="36"/>
          <w:rtl/>
          <w:lang w:bidi="dv-MV"/>
        </w:rPr>
        <w:t>މި</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ލަފުޒުގެ</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އަސް</w:t>
      </w:r>
      <w:r w:rsidR="007A4434">
        <w:rPr>
          <w:rFonts w:ascii="MV Utheemu" w:hAnsi="MV Utheemu" w:cs="MV Utheemu" w:hint="cs"/>
          <w:color w:val="262626" w:themeColor="text1" w:themeTint="D9"/>
          <w:sz w:val="36"/>
          <w:szCs w:val="36"/>
          <w:rtl/>
          <w:lang w:bidi="dv-MV"/>
        </w:rPr>
        <w:t>ލު މުލަކީ</w:t>
      </w:r>
      <w:r w:rsidR="00880091" w:rsidRPr="00880091">
        <w:rPr>
          <w:rFonts w:ascii="MV Utheemu" w:hAnsi="MV Utheemu" w:cs="MV Utheemu"/>
          <w:color w:val="262626" w:themeColor="text1" w:themeTint="D9"/>
          <w:sz w:val="36"/>
          <w:szCs w:val="36"/>
          <w:rtl/>
          <w:lang w:bidi="dv-MV"/>
        </w:rPr>
        <w:t xml:space="preserve"> </w:t>
      </w:r>
      <w:r w:rsidR="00C11883">
        <w:rPr>
          <w:rFonts w:ascii="MV Utheemu" w:hAnsi="MV Utheemu" w:cs="MV Utheemu" w:hint="cs"/>
          <w:color w:val="262626" w:themeColor="text1" w:themeTint="D9"/>
          <w:sz w:val="36"/>
          <w:szCs w:val="36"/>
          <w:rtl/>
          <w:lang w:bidi="dv-MV"/>
        </w:rPr>
        <w:t xml:space="preserve">(އަޞްލު އަކުރަކީ) </w:t>
      </w:r>
      <w:r w:rsidR="00880091" w:rsidRPr="00880091">
        <w:rPr>
          <w:rFonts w:ascii="MV Utheemu" w:hAnsi="MV Utheemu" w:cs="MV Utheemu" w:hint="cs"/>
          <w:color w:val="262626" w:themeColor="text1" w:themeTint="D9"/>
          <w:sz w:val="36"/>
          <w:szCs w:val="36"/>
          <w:rtl/>
          <w:lang w:bidi="dv-MV"/>
        </w:rPr>
        <w:t>ޢަރަބި</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ބަހުގެ</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ތިން</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އަކުރު</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ކަމުގައިވާ</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ޢައިނު</w:t>
      </w:r>
      <w:r w:rsidR="00880091" w:rsidRPr="00880091">
        <w:rPr>
          <w:rFonts w:ascii="MV Utheemu" w:hAnsi="MV Utheemu" w:cs="MV Utheemu"/>
          <w:color w:val="262626" w:themeColor="text1" w:themeTint="D9"/>
          <w:sz w:val="36"/>
          <w:szCs w:val="36"/>
          <w:rtl/>
          <w:lang w:bidi="dv-MV"/>
        </w:rPr>
        <w:t>'، '</w:t>
      </w:r>
      <w:r w:rsidR="00880091" w:rsidRPr="00880091">
        <w:rPr>
          <w:rFonts w:ascii="MV Utheemu" w:hAnsi="MV Utheemu" w:cs="MV Utheemu" w:hint="cs"/>
          <w:color w:val="262626" w:themeColor="text1" w:themeTint="D9"/>
          <w:sz w:val="36"/>
          <w:szCs w:val="36"/>
          <w:rtl/>
          <w:lang w:bidi="dv-MV"/>
        </w:rPr>
        <w:t>ވާވް</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އަދި</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MV Utheemu" w:hint="cs"/>
          <w:color w:val="262626" w:themeColor="text1" w:themeTint="D9"/>
          <w:sz w:val="36"/>
          <w:szCs w:val="36"/>
          <w:rtl/>
          <w:lang w:bidi="dv-MV"/>
        </w:rPr>
        <w:t>ޛާލް</w:t>
      </w:r>
      <w:r w:rsidR="00880091" w:rsidRPr="00880091">
        <w:rPr>
          <w:rFonts w:ascii="MV Utheemu" w:hAnsi="MV Utheemu" w:cs="MV Utheemu"/>
          <w:color w:val="262626" w:themeColor="text1" w:themeTint="D9"/>
          <w:sz w:val="36"/>
          <w:szCs w:val="36"/>
          <w:rtl/>
          <w:lang w:bidi="dv-MV"/>
        </w:rPr>
        <w:t xml:space="preserve">' </w:t>
      </w:r>
      <w:r w:rsidR="00880091" w:rsidRPr="00880091">
        <w:rPr>
          <w:rFonts w:ascii="MV Utheemu" w:hAnsi="MV Utheemu" w:cs="KFGQPC Uthman Taha Naskh"/>
          <w:b/>
          <w:bCs/>
          <w:color w:val="262626" w:themeColor="text1" w:themeTint="D9"/>
          <w:sz w:val="36"/>
          <w:szCs w:val="36"/>
          <w:rtl/>
          <w:lang w:bidi="dv-MV"/>
        </w:rPr>
        <w:t>(</w:t>
      </w:r>
      <w:r w:rsidR="00880091" w:rsidRPr="00880091">
        <w:rPr>
          <w:rFonts w:ascii="MV Utheemu" w:hAnsi="MV Utheemu" w:cs="KFGQPC Uthman Taha Naskh"/>
          <w:b/>
          <w:bCs/>
          <w:color w:val="262626" w:themeColor="text1" w:themeTint="D9"/>
          <w:sz w:val="36"/>
          <w:szCs w:val="36"/>
          <w:rtl/>
        </w:rPr>
        <w:t>ع و ذ)</w:t>
      </w:r>
      <w:r w:rsidR="00880091" w:rsidRPr="00880091">
        <w:rPr>
          <w:rFonts w:ascii="MV Utheemu" w:hAnsi="MV Utheemu" w:cs="Times New Roman"/>
          <w:color w:val="262626" w:themeColor="text1" w:themeTint="D9"/>
          <w:sz w:val="36"/>
          <w:szCs w:val="36"/>
          <w:rtl/>
        </w:rPr>
        <w:t xml:space="preserve"> </w:t>
      </w:r>
      <w:r w:rsidR="00880091" w:rsidRPr="00880091">
        <w:rPr>
          <w:rFonts w:ascii="MV Utheemu" w:hAnsi="MV Utheemu" w:cs="MV Utheemu" w:hint="cs"/>
          <w:color w:val="262626" w:themeColor="text1" w:themeTint="D9"/>
          <w:sz w:val="36"/>
          <w:szCs w:val="36"/>
          <w:rtl/>
          <w:lang w:bidi="dv-MV"/>
        </w:rPr>
        <w:t>އެވެ</w:t>
      </w:r>
      <w:r w:rsidR="00880091" w:rsidRPr="00880091">
        <w:rPr>
          <w:rFonts w:ascii="MV Utheemu" w:hAnsi="MV Utheemu" w:cs="MV Utheemu"/>
          <w:color w:val="262626" w:themeColor="text1" w:themeTint="D9"/>
          <w:sz w:val="36"/>
          <w:szCs w:val="36"/>
          <w:rtl/>
          <w:lang w:bidi="dv-MV"/>
        </w:rPr>
        <w:t>.</w:t>
      </w:r>
      <w:r w:rsidR="00C11883">
        <w:rPr>
          <w:rFonts w:ascii="MV Utheemu" w:hAnsi="MV Utheemu" w:cs="MV Utheemu"/>
          <w:color w:val="262626" w:themeColor="text1" w:themeTint="D9"/>
          <w:sz w:val="36"/>
          <w:szCs w:val="36"/>
          <w:lang w:bidi="dv-MV"/>
        </w:rPr>
        <w:t xml:space="preserve"> </w:t>
      </w:r>
      <w:r w:rsidR="00C11883">
        <w:rPr>
          <w:rFonts w:ascii="MV Utheemu" w:hAnsi="MV Utheemu" w:cs="MV Utheemu" w:hint="cs"/>
          <w:color w:val="262626" w:themeColor="text1" w:themeTint="D9"/>
          <w:sz w:val="36"/>
          <w:szCs w:val="36"/>
          <w:rtl/>
          <w:lang w:bidi="dv-MV"/>
        </w:rPr>
        <w:t xml:space="preserve">އޭގެ މަޞްދަރަކީ </w:t>
      </w:r>
      <w:r w:rsidR="007A4434" w:rsidRPr="007A4434">
        <w:rPr>
          <w:rFonts w:ascii="MV Utheemu" w:hAnsi="MV Utheemu" w:cs="KFGQPC Uthman Taha Naskh"/>
          <w:b/>
          <w:bCs/>
          <w:color w:val="262626" w:themeColor="text1" w:themeTint="D9"/>
          <w:sz w:val="36"/>
          <w:szCs w:val="36"/>
          <w:rtl/>
        </w:rPr>
        <w:t>العَوْذُ</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އަލްޢައުޛު</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އެވެ</w:t>
      </w:r>
      <w:r w:rsidR="007A4434" w:rsidRPr="007A4434">
        <w:rPr>
          <w:rFonts w:ascii="MV Utheemu" w:hAnsi="MV Utheemu" w:cs="MV Utheemu"/>
          <w:color w:val="262626" w:themeColor="text1" w:themeTint="D9"/>
          <w:sz w:val="36"/>
          <w:szCs w:val="36"/>
          <w:rtl/>
          <w:lang w:bidi="dv-MV"/>
        </w:rPr>
        <w:t>.</w:t>
      </w:r>
      <w:r w:rsidR="003D74BE" w:rsidRPr="005824D8">
        <w:rPr>
          <w:rFonts w:ascii="MV Utheemu" w:hAnsi="MV Utheemu" w:cs="MV Boli" w:hint="cs"/>
          <w:b/>
          <w:bCs/>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މިއީ</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މީހެއްގެ</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ކިބައިން</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ރައްކާތެރިކަމަށް</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އެދުމާއި،</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ބޯހިޔާވަހިކަން</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ހޯދުމާއި،</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އަދި</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ހިމާޔަތަށް</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އެދި</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ދަންނަވާ</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ދެންނެވުމުގެ</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މާނަ</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ދޭހަކޮށްދޭ</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މަޞްދަރެކެވެ</w:t>
      </w:r>
      <w:r w:rsidR="007A4434" w:rsidRPr="007A4434">
        <w:rPr>
          <w:rFonts w:ascii="MV Utheemu" w:hAnsi="MV Utheemu" w:cs="MV Utheemu"/>
          <w:color w:val="262626" w:themeColor="text1" w:themeTint="D9"/>
          <w:sz w:val="36"/>
          <w:szCs w:val="36"/>
          <w:rtl/>
          <w:lang w:bidi="dv-MV"/>
        </w:rPr>
        <w:t>.</w:t>
      </w:r>
      <w:r w:rsidR="007A4434" w:rsidRPr="007A4434">
        <w:rPr>
          <w:rFonts w:ascii="MV Utheemu" w:hAnsi="MV Utheemu" w:cs="MV Utheemu" w:hint="cs"/>
          <w:color w:val="262626" w:themeColor="text1" w:themeTint="D9"/>
          <w:sz w:val="36"/>
          <w:szCs w:val="36"/>
          <w:rtl/>
          <w:lang w:bidi="dv-MV"/>
        </w:rPr>
        <w:t xml:space="preserve"> </w:t>
      </w:r>
      <w:r w:rsidR="004016F3" w:rsidRPr="005824D8">
        <w:rPr>
          <w:rFonts w:ascii="MV Utheemu" w:hAnsi="MV Utheemu" w:cs="KFGQPC Uthman Taha Naskh"/>
          <w:bCs/>
          <w:color w:val="262626" w:themeColor="text1" w:themeTint="D9"/>
          <w:sz w:val="36"/>
          <w:szCs w:val="36"/>
          <w:rtl/>
        </w:rPr>
        <w:t>عَاذَ</w:t>
      </w:r>
      <w:r w:rsidR="004016F3" w:rsidRPr="004016F3">
        <w:rPr>
          <w:rFonts w:ascii="MV Utheemu" w:hAnsi="MV Utheemu" w:cs="Times New Roman"/>
          <w:color w:val="262626" w:themeColor="text1" w:themeTint="D9"/>
          <w:sz w:val="36"/>
          <w:szCs w:val="36"/>
          <w:rtl/>
        </w:rPr>
        <w:t xml:space="preserve"> (</w:t>
      </w:r>
      <w:r w:rsidR="007A4434">
        <w:rPr>
          <w:rFonts w:ascii="MV Utheemu" w:hAnsi="MV Utheemu" w:cs="MV Utheemu" w:hint="cs"/>
          <w:color w:val="262626" w:themeColor="text1" w:themeTint="D9"/>
          <w:sz w:val="36"/>
          <w:szCs w:val="36"/>
          <w:rtl/>
          <w:lang w:bidi="dv-MV"/>
        </w:rPr>
        <w:t>އޭނާ ރައްކައުތެރިކަން ހޯދައިފިއެވެ.</w:t>
      </w:r>
      <w:r w:rsidR="004016F3" w:rsidRPr="004016F3">
        <w:rPr>
          <w:rFonts w:ascii="MV Utheemu" w:hAnsi="MV Utheemu" w:cs="MV Utheemu"/>
          <w:color w:val="262626" w:themeColor="text1" w:themeTint="D9"/>
          <w:sz w:val="36"/>
          <w:szCs w:val="36"/>
          <w:rtl/>
          <w:lang w:bidi="dv-MV"/>
        </w:rPr>
        <w:t xml:space="preserve">)، </w:t>
      </w:r>
      <w:r w:rsidR="004016F3" w:rsidRPr="005824D8">
        <w:rPr>
          <w:rFonts w:ascii="MV Utheemu" w:hAnsi="MV Utheemu" w:cs="KFGQPC Uthman Taha Naskh"/>
          <w:b/>
          <w:bCs/>
          <w:color w:val="262626" w:themeColor="text1" w:themeTint="D9"/>
          <w:sz w:val="36"/>
          <w:szCs w:val="36"/>
          <w:rtl/>
        </w:rPr>
        <w:t>يَعُوذُ</w:t>
      </w:r>
      <w:r w:rsidR="004016F3" w:rsidRPr="004016F3">
        <w:rPr>
          <w:rFonts w:ascii="MV Utheemu" w:hAnsi="MV Utheemu" w:cs="Times New Roman"/>
          <w:color w:val="262626" w:themeColor="text1" w:themeTint="D9"/>
          <w:sz w:val="36"/>
          <w:szCs w:val="36"/>
          <w:rtl/>
        </w:rPr>
        <w:t xml:space="preserve"> (</w:t>
      </w:r>
      <w:r w:rsidR="007A4434">
        <w:rPr>
          <w:rFonts w:ascii="MV Utheemu" w:hAnsi="MV Utheemu" w:cs="MV Utheemu" w:hint="cs"/>
          <w:color w:val="262626" w:themeColor="text1" w:themeTint="D9"/>
          <w:sz w:val="36"/>
          <w:szCs w:val="36"/>
          <w:rtl/>
          <w:lang w:bidi="dv-MV"/>
        </w:rPr>
        <w:t>އޭނާ ރައްކައުތެރިކަން އެދެއެވެ.</w:t>
      </w:r>
      <w:r w:rsidR="004016F3" w:rsidRPr="004016F3">
        <w:rPr>
          <w:rFonts w:ascii="MV Utheemu" w:hAnsi="MV Utheemu" w:cs="MV Utheemu"/>
          <w:color w:val="262626" w:themeColor="text1" w:themeTint="D9"/>
          <w:sz w:val="36"/>
          <w:szCs w:val="36"/>
          <w:rtl/>
          <w:lang w:bidi="dv-MV"/>
        </w:rPr>
        <w:t xml:space="preserve">) </w:t>
      </w:r>
      <w:r w:rsidR="004016F3" w:rsidRPr="004016F3">
        <w:rPr>
          <w:rFonts w:ascii="MV Utheemu" w:hAnsi="MV Utheemu" w:cs="MV Utheemu" w:hint="cs"/>
          <w:color w:val="262626" w:themeColor="text1" w:themeTint="D9"/>
          <w:sz w:val="36"/>
          <w:szCs w:val="36"/>
          <w:rtl/>
          <w:lang w:bidi="dv-MV"/>
        </w:rPr>
        <w:t>އަދި</w:t>
      </w:r>
      <w:r w:rsidR="004016F3" w:rsidRPr="004016F3">
        <w:rPr>
          <w:rFonts w:ascii="MV Utheemu" w:hAnsi="MV Utheemu" w:cs="MV Utheemu"/>
          <w:color w:val="262626" w:themeColor="text1" w:themeTint="D9"/>
          <w:sz w:val="36"/>
          <w:szCs w:val="36"/>
          <w:rtl/>
          <w:lang w:bidi="dv-MV"/>
        </w:rPr>
        <w:t xml:space="preserve"> </w:t>
      </w:r>
      <w:r w:rsidR="004016F3" w:rsidRPr="00393433">
        <w:rPr>
          <w:rFonts w:ascii="MV Utheemu" w:hAnsi="MV Utheemu" w:cs="KFGQPC Uthman Taha Naskh"/>
          <w:b/>
          <w:bCs/>
          <w:color w:val="262626" w:themeColor="text1" w:themeTint="D9"/>
          <w:sz w:val="36"/>
          <w:szCs w:val="36"/>
          <w:rtl/>
        </w:rPr>
        <w:t>عَوَّذَ</w:t>
      </w:r>
      <w:r w:rsidR="004016F3" w:rsidRPr="004016F3">
        <w:rPr>
          <w:rFonts w:ascii="MV Utheemu" w:hAnsi="MV Utheemu" w:cs="Times New Roman"/>
          <w:color w:val="262626" w:themeColor="text1" w:themeTint="D9"/>
          <w:sz w:val="36"/>
          <w:szCs w:val="36"/>
          <w:rtl/>
        </w:rPr>
        <w:t xml:space="preserve"> (</w:t>
      </w:r>
      <w:r w:rsidR="007A4434" w:rsidRPr="007A4434">
        <w:rPr>
          <w:rFonts w:ascii="MV Utheemu" w:hAnsi="MV Utheemu" w:cs="MV Utheemu" w:hint="cs"/>
          <w:color w:val="262626" w:themeColor="text1" w:themeTint="D9"/>
          <w:sz w:val="36"/>
          <w:szCs w:val="36"/>
          <w:rtl/>
          <w:lang w:bidi="dv-MV"/>
        </w:rPr>
        <w:t>އެހެން</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މީހަކަށް</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ރައްކާތެރިކަން</w:t>
      </w:r>
      <w:r w:rsidR="007A4434" w:rsidRPr="007A4434">
        <w:rPr>
          <w:rFonts w:ascii="MV Utheemu" w:hAnsi="MV Utheemu" w:cs="MV Utheemu"/>
          <w:color w:val="262626" w:themeColor="text1" w:themeTint="D9"/>
          <w:sz w:val="36"/>
          <w:szCs w:val="36"/>
          <w:rtl/>
          <w:lang w:bidi="dv-MV"/>
        </w:rPr>
        <w:t xml:space="preserve"> </w:t>
      </w:r>
      <w:r w:rsidR="007A4434" w:rsidRPr="007A4434">
        <w:rPr>
          <w:rFonts w:ascii="MV Utheemu" w:hAnsi="MV Utheemu" w:cs="MV Utheemu" w:hint="cs"/>
          <w:color w:val="262626" w:themeColor="text1" w:themeTint="D9"/>
          <w:sz w:val="36"/>
          <w:szCs w:val="36"/>
          <w:rtl/>
          <w:lang w:bidi="dv-MV"/>
        </w:rPr>
        <w:t>ހޯއްދަ</w:t>
      </w:r>
      <w:r w:rsidR="007A4434">
        <w:rPr>
          <w:rFonts w:ascii="MV Utheemu" w:hAnsi="MV Utheemu" w:cs="MV Utheemu" w:hint="cs"/>
          <w:color w:val="262626" w:themeColor="text1" w:themeTint="D9"/>
          <w:sz w:val="36"/>
          <w:szCs w:val="36"/>
          <w:rtl/>
          <w:lang w:bidi="dv-MV"/>
        </w:rPr>
        <w:t>އެވެ.</w:t>
      </w:r>
      <w:r w:rsidR="004016F3" w:rsidRPr="004016F3">
        <w:rPr>
          <w:rFonts w:ascii="MV Utheemu" w:hAnsi="MV Utheemu" w:cs="MV Utheemu"/>
          <w:color w:val="262626" w:themeColor="text1" w:themeTint="D9"/>
          <w:sz w:val="36"/>
          <w:szCs w:val="36"/>
          <w:rtl/>
          <w:lang w:bidi="dv-MV"/>
        </w:rPr>
        <w:t xml:space="preserve">) </w:t>
      </w:r>
    </w:p>
    <w:p w14:paraId="54362D1D" w14:textId="24AE7BEC" w:rsidR="00187EC1" w:rsidRPr="00187EC1" w:rsidRDefault="003F450E" w:rsidP="00187EC1">
      <w:pPr>
        <w:pStyle w:val="ListParagraph"/>
        <w:numPr>
          <w:ilvl w:val="0"/>
          <w:numId w:val="24"/>
        </w:numPr>
        <w:tabs>
          <w:tab w:val="right" w:pos="90"/>
        </w:tabs>
        <w:bidi/>
        <w:jc w:val="both"/>
        <w:rPr>
          <w:rFonts w:ascii="MV Utheemu" w:hAnsi="MV Utheemu" w:cs="MV Utheemu"/>
          <w:color w:val="262626" w:themeColor="text1" w:themeTint="D9"/>
          <w:sz w:val="36"/>
          <w:szCs w:val="36"/>
          <w:lang w:bidi="dv-MV"/>
        </w:rPr>
      </w:pPr>
      <w:r w:rsidRPr="00187EC1">
        <w:rPr>
          <w:rFonts w:ascii="MV Utheemu" w:hAnsi="MV Utheemu" w:cs="KFGQPC Uthman Taha Naskh"/>
          <w:bCs/>
          <w:color w:val="262626" w:themeColor="text1" w:themeTint="D9"/>
          <w:sz w:val="36"/>
          <w:szCs w:val="36"/>
          <w:rtl/>
        </w:rPr>
        <w:t>الأَذَى</w:t>
      </w:r>
      <w:r w:rsidRPr="00187EC1">
        <w:rPr>
          <w:rFonts w:ascii="MV Utheemu" w:hAnsi="MV Utheemu" w:cs="Times New Roman"/>
          <w:bCs/>
          <w:color w:val="262626" w:themeColor="text1" w:themeTint="D9"/>
          <w:sz w:val="36"/>
          <w:szCs w:val="36"/>
          <w:rtl/>
        </w:rPr>
        <w:t xml:space="preserve"> </w:t>
      </w:r>
      <w:r w:rsidR="00187EC1">
        <w:rPr>
          <w:rFonts w:ascii="MV Utheemu" w:hAnsi="MV Utheemu" w:cs="MV Utheemu" w:hint="cs"/>
          <w:color w:val="262626" w:themeColor="text1" w:themeTint="D9"/>
          <w:sz w:val="36"/>
          <w:szCs w:val="36"/>
          <w:rtl/>
          <w:lang w:bidi="dv-MV"/>
        </w:rPr>
        <w:t xml:space="preserve">އަކީ </w:t>
      </w:r>
      <w:r w:rsidR="00187EC1" w:rsidRPr="00187EC1">
        <w:rPr>
          <w:rFonts w:ascii="MV Utheemu" w:hAnsi="MV Utheemu" w:cs="MV Utheemu" w:hint="cs"/>
          <w:color w:val="262626" w:themeColor="text1" w:themeTint="D9"/>
          <w:sz w:val="36"/>
          <w:szCs w:val="36"/>
          <w:rtl/>
          <w:lang w:bidi="dv-MV"/>
        </w:rPr>
        <w:t>އުނދަގޫ ނުވަތަ ގެއް</w:t>
      </w:r>
      <w:r w:rsidR="00187EC1">
        <w:rPr>
          <w:rFonts w:ascii="MV Utheemu" w:hAnsi="MV Utheemu" w:cs="MV Utheemu" w:hint="cs"/>
          <w:color w:val="262626" w:themeColor="text1" w:themeTint="D9"/>
          <w:sz w:val="36"/>
          <w:szCs w:val="36"/>
          <w:rtl/>
          <w:lang w:bidi="dv-MV"/>
        </w:rPr>
        <w:t>ލުމެވެ.</w:t>
      </w:r>
      <w:r w:rsidR="00187EC1">
        <w:rPr>
          <w:rFonts w:ascii="MV Utheemu" w:hAnsi="MV Utheemu" w:cs="MV Utheemu"/>
          <w:color w:val="262626" w:themeColor="text1" w:themeTint="D9"/>
          <w:sz w:val="36"/>
          <w:szCs w:val="36"/>
          <w:lang w:bidi="dv-MV"/>
        </w:rPr>
        <w:t xml:space="preserve"> </w:t>
      </w:r>
      <w:r w:rsidR="00187EC1">
        <w:rPr>
          <w:rFonts w:ascii="MV Utheemu" w:hAnsi="MV Utheemu" w:cs="MV Utheemu" w:hint="cs"/>
          <w:color w:val="262626" w:themeColor="text1" w:themeTint="D9"/>
          <w:sz w:val="36"/>
          <w:szCs w:val="36"/>
          <w:rtl/>
          <w:lang w:bidi="dv-MV"/>
        </w:rPr>
        <w:t>މިއީ ސަބަބެވެ.</w:t>
      </w:r>
    </w:p>
    <w:p w14:paraId="4CBEFB49" w14:textId="46C3340B" w:rsidR="006A2E24" w:rsidRDefault="003F450E" w:rsidP="00187EC1">
      <w:pPr>
        <w:pStyle w:val="ListParagraph"/>
        <w:numPr>
          <w:ilvl w:val="0"/>
          <w:numId w:val="24"/>
        </w:numPr>
        <w:tabs>
          <w:tab w:val="right" w:pos="90"/>
        </w:tabs>
        <w:bidi/>
        <w:jc w:val="both"/>
        <w:rPr>
          <w:rFonts w:ascii="MV Utheemu" w:hAnsi="MV Utheemu" w:cs="MV Utheemu"/>
          <w:color w:val="262626" w:themeColor="text1" w:themeTint="D9"/>
          <w:sz w:val="36"/>
          <w:szCs w:val="36"/>
          <w:lang w:bidi="dv-MV"/>
        </w:rPr>
      </w:pPr>
      <w:r w:rsidRPr="00187EC1">
        <w:rPr>
          <w:rFonts w:ascii="Arial" w:hAnsi="Arial" w:cs="KFGQPC Uthman Taha Naskh"/>
          <w:bCs/>
          <w:color w:val="262626" w:themeColor="text1" w:themeTint="D9"/>
          <w:sz w:val="36"/>
          <w:szCs w:val="36"/>
          <w:rtl/>
        </w:rPr>
        <w:t>التَّعْوِيذُ</w:t>
      </w:r>
      <w:r w:rsidRPr="00187EC1">
        <w:rPr>
          <w:rFonts w:ascii="Arial" w:hAnsi="Arial" w:cs="KFGQPC Uthman Taha Naskh"/>
          <w:color w:val="262626" w:themeColor="text1" w:themeTint="D9"/>
          <w:sz w:val="36"/>
          <w:szCs w:val="36"/>
          <w:rtl/>
        </w:rPr>
        <w:t xml:space="preserve"> </w:t>
      </w:r>
      <w:r w:rsidRPr="00187EC1">
        <w:rPr>
          <w:rFonts w:ascii="MV Utheemu" w:hAnsi="MV Utheemu" w:cs="MV Utheemu" w:hint="cs"/>
          <w:color w:val="262626" w:themeColor="text1" w:themeTint="D9"/>
          <w:sz w:val="36"/>
          <w:szCs w:val="36"/>
          <w:rtl/>
          <w:lang w:bidi="dv-MV"/>
        </w:rPr>
        <w:t xml:space="preserve">އަކީ </w:t>
      </w:r>
      <w:r w:rsidR="0022169F" w:rsidRPr="00402322">
        <w:rPr>
          <w:rFonts w:ascii="MV Utheemu" w:hAnsi="MV Utheemu" w:cs="KFGQPC Uthman Taha Naskh"/>
          <w:bCs/>
          <w:color w:val="262626" w:themeColor="text1" w:themeTint="D9"/>
          <w:sz w:val="36"/>
          <w:szCs w:val="36"/>
          <w:rtl/>
        </w:rPr>
        <w:t>الأَذَى</w:t>
      </w:r>
      <w:r w:rsidR="0022169F" w:rsidRPr="00187EC1">
        <w:rPr>
          <w:rFonts w:ascii="MV Utheemu" w:hAnsi="MV Utheemu" w:cs="MV Utheemu" w:hint="cs"/>
          <w:color w:val="262626" w:themeColor="text1" w:themeTint="D9"/>
          <w:sz w:val="36"/>
          <w:szCs w:val="36"/>
          <w:rtl/>
          <w:lang w:bidi="dv-MV"/>
        </w:rPr>
        <w:t xml:space="preserve"> </w:t>
      </w:r>
      <w:r w:rsidR="00402322">
        <w:rPr>
          <w:rFonts w:ascii="MV Utheemu" w:hAnsi="MV Utheemu" w:cs="MV Utheemu" w:hint="cs"/>
          <w:color w:val="262626" w:themeColor="text1" w:themeTint="D9"/>
          <w:sz w:val="36"/>
          <w:szCs w:val="36"/>
          <w:rtl/>
          <w:lang w:bidi="dv-MV"/>
        </w:rPr>
        <w:t xml:space="preserve">(ކުދި </w:t>
      </w:r>
      <w:r w:rsidR="00187EC1">
        <w:rPr>
          <w:rFonts w:ascii="MV Utheemu" w:hAnsi="MV Utheemu" w:cs="MV Utheemu" w:hint="cs"/>
          <w:color w:val="262626" w:themeColor="text1" w:themeTint="D9"/>
          <w:sz w:val="36"/>
          <w:szCs w:val="36"/>
          <w:rtl/>
          <w:lang w:bidi="dv-MV"/>
        </w:rPr>
        <w:t>ގެއްލުން</w:t>
      </w:r>
      <w:r w:rsidR="00402322">
        <w:rPr>
          <w:rFonts w:ascii="MV Utheemu" w:hAnsi="MV Utheemu" w:cs="MV Utheemu" w:hint="cs"/>
          <w:color w:val="262626" w:themeColor="text1" w:themeTint="D9"/>
          <w:sz w:val="36"/>
          <w:szCs w:val="36"/>
          <w:rtl/>
          <w:lang w:bidi="dv-MV"/>
        </w:rPr>
        <w:t>، ގޯނާ، އުނދަގޫ</w:t>
      </w:r>
      <w:r w:rsidR="009D7265">
        <w:rPr>
          <w:rFonts w:ascii="MV Utheemu" w:hAnsi="MV Utheemu" w:cs="MV Utheemu" w:hint="cs"/>
          <w:color w:val="262626" w:themeColor="text1" w:themeTint="D9"/>
          <w:sz w:val="36"/>
          <w:szCs w:val="36"/>
          <w:rtl/>
          <w:lang w:bidi="dv-MV"/>
        </w:rPr>
        <w:t>)</w:t>
      </w:r>
      <w:r w:rsidR="00187EC1">
        <w:rPr>
          <w:rFonts w:ascii="MV Utheemu" w:hAnsi="MV Utheemu" w:cs="MV Utheemu" w:hint="cs"/>
          <w:color w:val="262626" w:themeColor="text1" w:themeTint="D9"/>
          <w:sz w:val="36"/>
          <w:szCs w:val="36"/>
          <w:rtl/>
          <w:lang w:bidi="dv-MV"/>
        </w:rPr>
        <w:t xml:space="preserve"> </w:t>
      </w:r>
      <w:r w:rsidR="00402322">
        <w:rPr>
          <w:rFonts w:ascii="MV Utheemu" w:hAnsi="MV Utheemu" w:cs="MV Utheemu" w:hint="cs"/>
          <w:color w:val="262626" w:themeColor="text1" w:themeTint="D9"/>
          <w:sz w:val="36"/>
          <w:szCs w:val="36"/>
          <w:rtl/>
          <w:lang w:bidi="dv-MV"/>
        </w:rPr>
        <w:t xml:space="preserve">ނުވަތަ </w:t>
      </w:r>
      <w:r w:rsidR="00402322" w:rsidRPr="00402322">
        <w:rPr>
          <w:rFonts w:ascii="MV Utheemu" w:hAnsi="MV Utheemu" w:cs="KFGQPC Uthman Taha Naskh"/>
          <w:b/>
          <w:bCs/>
          <w:color w:val="262626" w:themeColor="text1" w:themeTint="D9"/>
          <w:sz w:val="36"/>
          <w:szCs w:val="36"/>
          <w:rtl/>
        </w:rPr>
        <w:t>الضَّرَر</w:t>
      </w:r>
      <w:r w:rsidR="00402322" w:rsidRPr="00402322">
        <w:rPr>
          <w:rFonts w:ascii="MV Utheemu" w:hAnsi="MV Utheemu" w:cs="Times New Roman" w:hint="cs"/>
          <w:color w:val="262626" w:themeColor="text1" w:themeTint="D9"/>
          <w:sz w:val="36"/>
          <w:szCs w:val="36"/>
          <w:rtl/>
        </w:rPr>
        <w:t xml:space="preserve"> </w:t>
      </w:r>
      <w:r w:rsidR="00402322">
        <w:rPr>
          <w:rFonts w:ascii="MV Utheemu" w:hAnsi="MV Utheemu" w:cs="MV Utheemu" w:hint="cs"/>
          <w:color w:val="262626" w:themeColor="text1" w:themeTint="D9"/>
          <w:sz w:val="36"/>
          <w:szCs w:val="36"/>
          <w:rtl/>
          <w:lang w:bidi="dv-MV"/>
        </w:rPr>
        <w:t>(ބޮޑެތި ގެއްލުން) ދު</w:t>
      </w:r>
      <w:r w:rsidR="0022169F" w:rsidRPr="00187EC1">
        <w:rPr>
          <w:rFonts w:ascii="MV Utheemu" w:hAnsi="MV Utheemu" w:cs="MV Utheemu" w:hint="cs"/>
          <w:color w:val="262626" w:themeColor="text1" w:themeTint="D9"/>
          <w:sz w:val="36"/>
          <w:szCs w:val="36"/>
          <w:rtl/>
          <w:lang w:bidi="dv-MV"/>
        </w:rPr>
        <w:t>ރުކުރުމަށް</w:t>
      </w:r>
      <w:r w:rsidR="00187EC1">
        <w:rPr>
          <w:rFonts w:ascii="MV Utheemu" w:hAnsi="MV Utheemu" w:cs="MV Utheemu" w:hint="cs"/>
          <w:color w:val="262626" w:themeColor="text1" w:themeTint="D9"/>
          <w:sz w:val="36"/>
          <w:szCs w:val="36"/>
          <w:rtl/>
          <w:lang w:bidi="dv-MV"/>
        </w:rPr>
        <w:t xml:space="preserve"> ނުވަތަ ސަލާމަތްވުމަށް</w:t>
      </w:r>
      <w:r w:rsidR="005B79EB" w:rsidRPr="00187EC1">
        <w:rPr>
          <w:rFonts w:ascii="MV Utheemu" w:hAnsi="MV Utheemu" w:cs="MV Utheemu" w:hint="cs"/>
          <w:color w:val="262626" w:themeColor="text1" w:themeTint="D9"/>
          <w:sz w:val="36"/>
          <w:szCs w:val="36"/>
          <w:rtl/>
          <w:lang w:bidi="dv-MV"/>
        </w:rPr>
        <w:t xml:space="preserve"> </w:t>
      </w:r>
      <w:r w:rsidR="00187EC1">
        <w:rPr>
          <w:rFonts w:ascii="MV Utheemu" w:hAnsi="MV Utheemu" w:cs="MV Utheemu" w:hint="cs"/>
          <w:color w:val="262626" w:themeColor="text1" w:themeTint="D9"/>
          <w:sz w:val="36"/>
          <w:szCs w:val="36"/>
          <w:rtl/>
          <w:lang w:bidi="dv-MV"/>
        </w:rPr>
        <w:t xml:space="preserve">ވެޞީލަތެއް ގޮތުގައި </w:t>
      </w:r>
      <w:r w:rsidR="004016F3" w:rsidRPr="00187EC1">
        <w:rPr>
          <w:rFonts w:ascii="MV Utheemu" w:hAnsi="MV Utheemu" w:cs="MV Utheemu" w:hint="cs"/>
          <w:color w:val="262626" w:themeColor="text1" w:themeTint="D9"/>
          <w:sz w:val="36"/>
          <w:szCs w:val="36"/>
          <w:rtl/>
          <w:lang w:bidi="dv-MV"/>
        </w:rPr>
        <w:t>މެދުވެ</w:t>
      </w:r>
      <w:r w:rsidR="005B79EB" w:rsidRPr="00187EC1">
        <w:rPr>
          <w:rFonts w:ascii="MV Utheemu" w:hAnsi="MV Utheemu" w:cs="MV Utheemu" w:hint="cs"/>
          <w:color w:val="262626" w:themeColor="text1" w:themeTint="D9"/>
          <w:sz w:val="36"/>
          <w:szCs w:val="36"/>
          <w:rtl/>
          <w:lang w:bidi="dv-MV"/>
        </w:rPr>
        <w:t xml:space="preserve">ރި ކުރުވާ </w:t>
      </w:r>
      <w:r w:rsidR="00187EC1">
        <w:rPr>
          <w:rFonts w:ascii="MV Utheemu" w:hAnsi="MV Utheemu" w:cs="MV Utheemu" w:hint="cs"/>
          <w:color w:val="262626" w:themeColor="text1" w:themeTint="D9"/>
          <w:sz w:val="36"/>
          <w:szCs w:val="36"/>
          <w:rtl/>
          <w:lang w:bidi="dv-MV"/>
        </w:rPr>
        <w:t>ކޮންމެ އެއްޗެކެވެ.</w:t>
      </w:r>
      <w:r w:rsidR="001D0CB4" w:rsidRPr="00187EC1">
        <w:rPr>
          <w:rFonts w:ascii="MV Utheemu" w:hAnsi="MV Utheemu" w:cs="MV Utheemu" w:hint="cs"/>
          <w:color w:val="262626" w:themeColor="text1" w:themeTint="D9"/>
          <w:sz w:val="36"/>
          <w:szCs w:val="36"/>
          <w:rtl/>
          <w:lang w:bidi="dv-MV"/>
        </w:rPr>
        <w:t xml:space="preserve"> </w:t>
      </w:r>
    </w:p>
    <w:p w14:paraId="31B01CF7" w14:textId="360FC1DE" w:rsidR="00312319" w:rsidRDefault="0092015B" w:rsidP="00312319">
      <w:pPr>
        <w:tabs>
          <w:tab w:val="right" w:pos="90"/>
        </w:tabs>
        <w:bidi/>
        <w:jc w:val="both"/>
        <w:rPr>
          <w:rFonts w:ascii="MV Utheemu" w:hAnsi="MV Utheemu" w:cs="MV Utheemu"/>
          <w:sz w:val="36"/>
          <w:szCs w:val="36"/>
          <w:rtl/>
          <w:lang w:bidi="dv-MV"/>
        </w:rPr>
      </w:pPr>
      <w:r w:rsidRPr="00E65A93">
        <w:rPr>
          <w:rFonts w:ascii="MV Utheemu" w:hAnsi="MV Utheemu" w:cs="KFGQPC Uthman Taha Naskh"/>
          <w:b/>
          <w:bCs/>
          <w:color w:val="262626" w:themeColor="text1" w:themeTint="D9"/>
          <w:sz w:val="36"/>
          <w:szCs w:val="36"/>
          <w:rtl/>
        </w:rPr>
        <w:t>الأَذَى</w:t>
      </w:r>
      <w:r w:rsidRPr="003F450E">
        <w:rPr>
          <w:rFonts w:ascii="MV Utheemu" w:hAnsi="MV Utheemu" w:cs="Times New Roman"/>
          <w:color w:val="262626" w:themeColor="text1" w:themeTint="D9"/>
          <w:sz w:val="36"/>
          <w:szCs w:val="36"/>
          <w:rtl/>
        </w:rPr>
        <w:t xml:space="preserve"> </w:t>
      </w:r>
      <w:r w:rsidR="00D35D9E">
        <w:rPr>
          <w:rFonts w:ascii="MV Utheemu" w:hAnsi="MV Utheemu" w:cs="MV Utheemu" w:hint="cs"/>
          <w:color w:val="262626" w:themeColor="text1" w:themeTint="D9"/>
          <w:sz w:val="36"/>
          <w:szCs w:val="36"/>
          <w:rtl/>
          <w:lang w:bidi="dv-MV"/>
        </w:rPr>
        <w:t>އާއި ބެހޭ</w:t>
      </w:r>
      <w:r>
        <w:rPr>
          <w:rFonts w:ascii="MV Utheemu" w:hAnsi="MV Utheemu" w:cs="MV Utheemu" w:hint="cs"/>
          <w:color w:val="262626" w:themeColor="text1" w:themeTint="D9"/>
          <w:sz w:val="36"/>
          <w:szCs w:val="36"/>
          <w:rtl/>
          <w:lang w:bidi="dv-MV"/>
        </w:rPr>
        <w:t xml:space="preserve">ގޮތުން </w:t>
      </w:r>
      <w:r w:rsidR="007A37B7">
        <w:rPr>
          <w:rFonts w:ascii="Arabic Typesetting" w:hAnsi="Arabic Typesetting" w:cs="Arabic Typesetting"/>
          <w:color w:val="262626" w:themeColor="text1" w:themeTint="D9"/>
          <w:sz w:val="36"/>
          <w:szCs w:val="36"/>
        </w:rPr>
        <w:sym w:font="KFGQPC Arabic Symbols 01" w:char="F025"/>
      </w:r>
      <w:r w:rsidR="007A37B7" w:rsidRPr="0092015B">
        <w:rPr>
          <w:rFonts w:ascii="Scheherazade New" w:hAnsi="Scheherazade New" w:cs="Scheherazade New"/>
          <w:color w:val="262626" w:themeColor="text1" w:themeTint="D9"/>
          <w:sz w:val="32"/>
          <w:szCs w:val="32"/>
          <w:rtl/>
        </w:rPr>
        <w:t xml:space="preserve"> </w:t>
      </w:r>
      <w:r w:rsidR="007A37B7">
        <w:rPr>
          <w:rFonts w:ascii="Scheherazade New" w:hAnsi="Scheherazade New" w:cs="Scheherazade New"/>
          <w:color w:val="262626" w:themeColor="text1" w:themeTint="D9"/>
          <w:sz w:val="32"/>
          <w:szCs w:val="32"/>
        </w:rPr>
        <w:sym w:font="KFGQPC Arabic Symbols 01" w:char="F045"/>
      </w:r>
      <w:r w:rsidR="007A37B7">
        <w:rPr>
          <w:rFonts w:ascii="MV Utheemu" w:hAnsi="MV Utheemu" w:cs="MV Utheemu" w:hint="cs"/>
          <w:color w:val="262626" w:themeColor="text1" w:themeTint="D9"/>
          <w:sz w:val="36"/>
          <w:szCs w:val="36"/>
          <w:rtl/>
          <w:lang w:bidi="dv-MV"/>
        </w:rPr>
        <w:t xml:space="preserve"> </w:t>
      </w:r>
      <w:r w:rsidR="00402322">
        <w:rPr>
          <w:rFonts w:ascii="MV Utheemu" w:hAnsi="MV Utheemu" w:cs="MV Utheemu" w:hint="cs"/>
          <w:color w:val="262626" w:themeColor="text1" w:themeTint="D9"/>
          <w:sz w:val="36"/>
          <w:szCs w:val="36"/>
          <w:rtl/>
          <w:lang w:bidi="dv-MV"/>
        </w:rPr>
        <w:t>(</w:t>
      </w:r>
      <w:r w:rsidR="007A37B7" w:rsidRPr="00DC3178">
        <w:rPr>
          <w:rFonts w:ascii="MV Utheemu" w:hAnsi="MV Utheemu" w:cs="MV Utheemu" w:hint="cs"/>
          <w:color w:val="262626" w:themeColor="text1" w:themeTint="D9"/>
          <w:sz w:val="36"/>
          <w:szCs w:val="36"/>
          <w:rtl/>
          <w:lang w:bidi="dv-MV"/>
        </w:rPr>
        <w:t>ޙަޤީޤީ</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އަޑުފުޅާއި</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އަކުރުތަކުން</w:t>
      </w:r>
      <w:r w:rsidR="007A37B7" w:rsidRPr="00DC3178">
        <w:rPr>
          <w:rFonts w:ascii="MV Utheemu" w:hAnsi="MV Utheemu" w:cs="MV Utheemu"/>
          <w:color w:val="262626" w:themeColor="text1" w:themeTint="D9"/>
          <w:sz w:val="36"/>
          <w:szCs w:val="36"/>
          <w:rtl/>
          <w:lang w:bidi="dv-MV"/>
        </w:rPr>
        <w:t xml:space="preserve"> </w:t>
      </w:r>
      <w:r w:rsidR="007A37B7">
        <w:rPr>
          <w:rFonts w:ascii="MV Utheemu" w:hAnsi="MV Utheemu" w:cs="MV Utheemu" w:hint="cs"/>
          <w:color w:val="262626" w:themeColor="text1" w:themeTint="D9"/>
          <w:sz w:val="36"/>
          <w:szCs w:val="36"/>
          <w:rtl/>
          <w:lang w:bidi="dv-MV"/>
        </w:rPr>
        <w:t xml:space="preserve">ވާހަކަފުޅު ދައްކަވައި </w:t>
      </w:r>
      <w:r w:rsidR="007A37B7" w:rsidRPr="00DC3178">
        <w:rPr>
          <w:rFonts w:ascii="MV Utheemu" w:hAnsi="MV Utheemu" w:cs="MV Utheemu" w:hint="cs"/>
          <w:color w:val="262626" w:themeColor="text1" w:themeTint="D9"/>
          <w:sz w:val="36"/>
          <w:szCs w:val="36"/>
          <w:rtl/>
          <w:lang w:bidi="dv-MV"/>
        </w:rPr>
        <w:t>ޖިބްރީލްގެފާނަށް</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އިއްވަވައި،</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މުޙައްމަދު</w:t>
      </w:r>
      <w:r w:rsidR="007A37B7" w:rsidRPr="00DC3178">
        <w:rPr>
          <w:rFonts w:ascii="MV Utheemu" w:hAnsi="MV Utheemu" w:cs="MV Utheemu"/>
          <w:color w:val="262626" w:themeColor="text1" w:themeTint="D9"/>
          <w:sz w:val="36"/>
          <w:szCs w:val="36"/>
          <w:rtl/>
          <w:lang w:bidi="dv-MV"/>
        </w:rPr>
        <w:t xml:space="preserve"> </w:t>
      </w:r>
      <w:r w:rsidR="00C07C0B">
        <w:rPr>
          <w:rFonts w:ascii="MV Utheemu" w:hAnsi="MV Utheemu" w:cs="MV Utheemu"/>
          <w:color w:val="262626" w:themeColor="text1" w:themeTint="D9"/>
          <w:sz w:val="36"/>
          <w:szCs w:val="36"/>
          <w:lang w:bidi="dv-MV"/>
        </w:rPr>
        <w:t>(</w:t>
      </w:r>
      <w:r w:rsidR="00C07C0B" w:rsidRPr="00234FE9">
        <w:rPr>
          <w:rFonts w:ascii="Arabic Typesetting" w:hAnsi="Arabic Typesetting" w:cs="Arabic Typesetting"/>
          <w:color w:val="262626" w:themeColor="text1" w:themeTint="D9"/>
          <w:sz w:val="32"/>
          <w:szCs w:val="32"/>
        </w:rPr>
        <w:sym w:font="KFGQPC Arabic Symbols 01" w:char="F048"/>
      </w:r>
      <w:r w:rsidR="00C07C0B">
        <w:rPr>
          <w:rFonts w:ascii="MV Utheemu" w:hAnsi="MV Utheemu" w:cs="MV Utheemu"/>
          <w:color w:val="262626" w:themeColor="text1" w:themeTint="D9"/>
          <w:sz w:val="36"/>
          <w:szCs w:val="36"/>
          <w:lang w:bidi="dv-MV"/>
        </w:rPr>
        <w:t>)</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ގެ</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މައްޗަށް</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ބާވައިލެއްވި</w:t>
      </w:r>
      <w:r w:rsidR="007A37B7" w:rsidRPr="00DC3178">
        <w:rPr>
          <w:rFonts w:ascii="MV Utheemu" w:hAnsi="MV Utheemu" w:cs="MV Utheemu"/>
          <w:color w:val="262626" w:themeColor="text1" w:themeTint="D9"/>
          <w:sz w:val="36"/>
          <w:szCs w:val="36"/>
          <w:rtl/>
          <w:lang w:bidi="dv-MV"/>
        </w:rPr>
        <w:t xml:space="preserve"> </w:t>
      </w:r>
      <w:r w:rsidR="00402322">
        <w:rPr>
          <w:rFonts w:ascii="MV Utheemu" w:hAnsi="MV Utheemu" w:cs="MV Utheemu" w:hint="cs"/>
          <w:color w:val="262626" w:themeColor="text1" w:themeTint="D9"/>
          <w:sz w:val="36"/>
          <w:szCs w:val="36"/>
          <w:rtl/>
          <w:lang w:bidi="dv-MV"/>
        </w:rPr>
        <w:t xml:space="preserve">އުފެއްދިގެންނުވާ </w:t>
      </w:r>
      <w:r w:rsidR="00781C62">
        <w:rPr>
          <w:rFonts w:ascii="Arabic Typesetting" w:hAnsi="Arabic Typesetting" w:cs="Arabic Typesetting"/>
          <w:color w:val="262626" w:themeColor="text1" w:themeTint="D9"/>
          <w:sz w:val="36"/>
          <w:szCs w:val="36"/>
        </w:rPr>
        <w:sym w:font="KFGQPC Arabic Symbols 01" w:char="F025"/>
      </w:r>
      <w:r w:rsidR="00781C62">
        <w:rPr>
          <w:rFonts w:ascii="MV Utheemu" w:hAnsi="MV Utheemu" w:cs="MV Utheemu" w:hint="cs"/>
          <w:color w:val="262626" w:themeColor="text1" w:themeTint="D9"/>
          <w:sz w:val="36"/>
          <w:szCs w:val="36"/>
          <w:rtl/>
          <w:lang w:bidi="dv-MV"/>
        </w:rPr>
        <w:t xml:space="preserve"> ގެ ބަސްފުޅު </w:t>
      </w:r>
      <w:r w:rsidR="007A37B7" w:rsidRPr="00DC3178">
        <w:rPr>
          <w:rFonts w:ascii="MV Utheemu" w:hAnsi="MV Utheemu" w:cs="MV Utheemu" w:hint="cs"/>
          <w:color w:val="262626" w:themeColor="text1" w:themeTint="D9"/>
          <w:sz w:val="36"/>
          <w:szCs w:val="36"/>
          <w:rtl/>
          <w:lang w:bidi="dv-MV"/>
        </w:rPr>
        <w:t>ކީރިތި</w:t>
      </w:r>
      <w:r w:rsidR="007A37B7" w:rsidRPr="00DC3178">
        <w:rPr>
          <w:rFonts w:ascii="MV Utheemu" w:hAnsi="MV Utheemu" w:cs="MV Utheemu"/>
          <w:color w:val="262626" w:themeColor="text1" w:themeTint="D9"/>
          <w:sz w:val="36"/>
          <w:szCs w:val="36"/>
          <w:rtl/>
          <w:lang w:bidi="dv-MV"/>
        </w:rPr>
        <w:t xml:space="preserve"> </w:t>
      </w:r>
      <w:r w:rsidR="007A37B7" w:rsidRPr="00DC3178">
        <w:rPr>
          <w:rFonts w:ascii="MV Utheemu" w:hAnsi="MV Utheemu" w:cs="MV Utheemu" w:hint="cs"/>
          <w:color w:val="262626" w:themeColor="text1" w:themeTint="D9"/>
          <w:sz w:val="36"/>
          <w:szCs w:val="36"/>
          <w:rtl/>
          <w:lang w:bidi="dv-MV"/>
        </w:rPr>
        <w:t>ޤުރުއާނު</w:t>
      </w:r>
      <w:r w:rsidR="00C07C0B">
        <w:rPr>
          <w:rFonts w:ascii="MV Utheemu" w:hAnsi="MV Utheemu" w:cs="MV Utheemu" w:hint="cs"/>
          <w:color w:val="262626" w:themeColor="text1" w:themeTint="D9"/>
          <w:sz w:val="36"/>
          <w:szCs w:val="36"/>
          <w:rtl/>
          <w:lang w:bidi="dv-MV"/>
        </w:rPr>
        <w:t>ގައި</w:t>
      </w:r>
      <w:r w:rsidR="00402322">
        <w:rPr>
          <w:rFonts w:ascii="MV Utheemu" w:hAnsi="MV Utheemu" w:cs="MV Utheemu" w:hint="cs"/>
          <w:color w:val="262626" w:themeColor="text1" w:themeTint="D9"/>
          <w:sz w:val="36"/>
          <w:szCs w:val="36"/>
          <w:rtl/>
          <w:lang w:bidi="dv-MV"/>
        </w:rPr>
        <w:t>)</w:t>
      </w:r>
      <w:r w:rsidR="00C07C0B">
        <w:rPr>
          <w:rFonts w:ascii="MV Utheemu" w:hAnsi="MV Utheemu" w:cs="MV Utheemu" w:hint="cs"/>
          <w:color w:val="262626" w:themeColor="text1" w:themeTint="D9"/>
          <w:sz w:val="36"/>
          <w:szCs w:val="36"/>
          <w:rtl/>
          <w:lang w:bidi="dv-MV"/>
        </w:rPr>
        <w:t xml:space="preserve"> </w:t>
      </w:r>
      <w:r w:rsidR="00C07C0B" w:rsidRPr="00DC3178">
        <w:rPr>
          <w:rFonts w:ascii="MV Utheemu" w:hAnsi="MV Utheemu" w:cs="MV Utheemu" w:hint="cs"/>
          <w:color w:val="262626" w:themeColor="text1" w:themeTint="D9"/>
          <w:sz w:val="36"/>
          <w:szCs w:val="36"/>
          <w:rtl/>
          <w:lang w:bidi="dv-MV"/>
        </w:rPr>
        <w:t>ވަޙީ</w:t>
      </w:r>
      <w:r w:rsidR="00C07C0B">
        <w:rPr>
          <w:rFonts w:ascii="MV Utheemu" w:hAnsi="MV Utheemu" w:cs="MV Utheemu" w:hint="cs"/>
          <w:color w:val="262626" w:themeColor="text1" w:themeTint="D9"/>
          <w:sz w:val="36"/>
          <w:szCs w:val="36"/>
          <w:rtl/>
          <w:lang w:bidi="dv-MV"/>
        </w:rPr>
        <w:t xml:space="preserve"> ކުރެއްވީ </w:t>
      </w:r>
      <w:r w:rsidR="007A37B7" w:rsidRPr="00DC3178">
        <w:rPr>
          <w:rFonts w:ascii="MV Utheemu" w:hAnsi="MV Utheemu" w:cs="MV Utheemu" w:hint="cs"/>
          <w:color w:val="262626" w:themeColor="text1" w:themeTint="D9"/>
          <w:sz w:val="36"/>
          <w:szCs w:val="36"/>
          <w:rtl/>
          <w:lang w:bidi="dv-MV"/>
        </w:rPr>
        <w:t>މިފަދައިންނެވެ</w:t>
      </w:r>
      <w:r w:rsidR="007A37B7">
        <w:rPr>
          <w:rFonts w:ascii="MV Utheemu" w:hAnsi="MV Utheemu" w:cs="MV Utheemu" w:hint="cs"/>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w:t>
      </w:r>
      <w:r w:rsidRPr="003F450E">
        <w:rPr>
          <w:rFonts w:ascii="Scheherazade New" w:hAnsi="Scheherazade New" w:cs="Scheherazade New"/>
          <w:b/>
          <w:bCs/>
          <w:color w:val="262626" w:themeColor="text1" w:themeTint="D9"/>
          <w:sz w:val="32"/>
          <w:szCs w:val="32"/>
          <w:rtl/>
        </w:rPr>
        <w:t>﴿</w:t>
      </w:r>
      <w:r w:rsidRPr="0092015B">
        <w:rPr>
          <w:rtl/>
        </w:rPr>
        <w:t xml:space="preserve"> </w:t>
      </w:r>
      <w:r w:rsidRPr="0092015B">
        <w:rPr>
          <w:rFonts w:ascii="Scheherazade New" w:hAnsi="Scheherazade New" w:cs="Scheherazade New"/>
          <w:b/>
          <w:bCs/>
          <w:color w:val="262626" w:themeColor="text1" w:themeTint="D9"/>
          <w:sz w:val="32"/>
          <w:szCs w:val="32"/>
          <w:rtl/>
        </w:rPr>
        <w:t>لَنْ ي</w:t>
      </w:r>
      <w:r w:rsidRPr="00B63120">
        <w:rPr>
          <w:rFonts w:ascii="Scheherazade New" w:hAnsi="Scheherazade New" w:cs="Scheherazade New"/>
          <w:b/>
          <w:bCs/>
          <w:color w:val="262626" w:themeColor="text1" w:themeTint="D9"/>
          <w:sz w:val="32"/>
          <w:szCs w:val="32"/>
          <w:u w:val="single"/>
          <w:rtl/>
        </w:rPr>
        <w:t>َضُرُّوكُمْ</w:t>
      </w:r>
      <w:r w:rsidRPr="0092015B">
        <w:rPr>
          <w:rFonts w:ascii="Scheherazade New" w:hAnsi="Scheherazade New" w:cs="Scheherazade New"/>
          <w:b/>
          <w:bCs/>
          <w:color w:val="262626" w:themeColor="text1" w:themeTint="D9"/>
          <w:sz w:val="32"/>
          <w:szCs w:val="32"/>
          <w:rtl/>
        </w:rPr>
        <w:t xml:space="preserve"> إِلَّا </w:t>
      </w:r>
      <w:r w:rsidRPr="00B63120">
        <w:rPr>
          <w:rFonts w:ascii="Scheherazade New" w:hAnsi="Scheherazade New" w:cs="Scheherazade New"/>
          <w:b/>
          <w:bCs/>
          <w:color w:val="262626" w:themeColor="text1" w:themeTint="D9"/>
          <w:sz w:val="32"/>
          <w:szCs w:val="32"/>
          <w:u w:val="single"/>
          <w:rtl/>
        </w:rPr>
        <w:t>أَذًى</w:t>
      </w:r>
      <w:r w:rsidRPr="0092015B">
        <w:rPr>
          <w:rFonts w:ascii="Scheherazade New" w:hAnsi="Scheherazade New" w:cs="Scheherazade New"/>
          <w:b/>
          <w:bCs/>
          <w:color w:val="262626" w:themeColor="text1" w:themeTint="D9"/>
          <w:sz w:val="32"/>
          <w:szCs w:val="32"/>
          <w:rtl/>
        </w:rPr>
        <w:t xml:space="preserve"> </w:t>
      </w:r>
      <w:r w:rsidRPr="003F450E">
        <w:rPr>
          <w:rFonts w:ascii="Scheherazade New" w:hAnsi="Scheherazade New" w:cs="Scheherazade New"/>
          <w:b/>
          <w:bCs/>
          <w:color w:val="262626" w:themeColor="text1" w:themeTint="D9"/>
          <w:sz w:val="32"/>
          <w:szCs w:val="32"/>
          <w:rtl/>
        </w:rPr>
        <w:t>﴾</w:t>
      </w:r>
      <w:r w:rsidRPr="003F450E">
        <w:rPr>
          <w:rFonts w:ascii="Arial" w:hAnsi="Arial" w:cs="MV Boli" w:hint="cs"/>
          <w:color w:val="262626" w:themeColor="text1" w:themeTint="D9"/>
          <w:sz w:val="32"/>
          <w:szCs w:val="32"/>
          <w:rtl/>
          <w:lang w:bidi="dv-MV"/>
        </w:rPr>
        <w:t xml:space="preserve"> </w:t>
      </w:r>
      <w:r w:rsidRPr="000F735A">
        <w:rPr>
          <w:rFonts w:ascii="Scheherazade New" w:hAnsi="Scheherazade New" w:cs="Scheherazade New"/>
          <w:szCs w:val="24"/>
          <w:rtl/>
        </w:rPr>
        <w:t>[</w:t>
      </w:r>
      <w:r w:rsidRPr="0092015B">
        <w:rPr>
          <w:rFonts w:ascii="Scheherazade New" w:hAnsi="Scheherazade New" w:cs="Scheherazade New"/>
          <w:szCs w:val="24"/>
          <w:rtl/>
        </w:rPr>
        <w:t>آل عمران: 111</w:t>
      </w:r>
      <w:r w:rsidRPr="000F735A">
        <w:rPr>
          <w:rFonts w:ascii="Scheherazade New" w:hAnsi="Scheherazade New" w:cs="Scheherazade New"/>
          <w:szCs w:val="24"/>
          <w:rtl/>
        </w:rPr>
        <w:t xml:space="preserve">] </w:t>
      </w:r>
      <w:r w:rsidRPr="002F4CCB">
        <w:rPr>
          <w:rFonts w:ascii="MV Utheemu" w:hAnsi="MV Utheemu" w:cs="MV Utheemu" w:hint="cs"/>
          <w:sz w:val="36"/>
          <w:szCs w:val="36"/>
          <w:rtl/>
          <w:lang w:bidi="dv-MV"/>
        </w:rPr>
        <w:t>"</w:t>
      </w:r>
      <w:r w:rsidRPr="00402322">
        <w:rPr>
          <w:rFonts w:ascii="MV Utheemu" w:hAnsi="MV Utheemu" w:cs="MV Utheemu" w:hint="cs"/>
          <w:b/>
          <w:bCs/>
          <w:sz w:val="36"/>
          <w:szCs w:val="36"/>
          <w:rtl/>
          <w:lang w:bidi="dv-MV"/>
        </w:rPr>
        <w:t>އުނދަގުލެއް</w:t>
      </w:r>
      <w:r w:rsidR="00402322">
        <w:rPr>
          <w:rFonts w:ascii="MV Utheemu" w:hAnsi="MV Utheemu" w:cs="MV Utheemu" w:hint="cs"/>
          <w:sz w:val="36"/>
          <w:szCs w:val="36"/>
          <w:rtl/>
          <w:lang w:bidi="dv-MV"/>
        </w:rPr>
        <w:t>-</w:t>
      </w:r>
      <w:r w:rsidR="008F681E" w:rsidRPr="00402322">
        <w:rPr>
          <w:rFonts w:ascii="MV Utheemu" w:hAnsi="MV Utheemu" w:cs="KFGQPC Uthman Taha Naskh"/>
          <w:bCs/>
          <w:sz w:val="36"/>
          <w:szCs w:val="36"/>
          <w:rtl/>
        </w:rPr>
        <w:t>أَذًى</w:t>
      </w:r>
      <w:r w:rsidRPr="00880196">
        <w:rPr>
          <w:rFonts w:ascii="MV Utheemu" w:hAnsi="MV Utheemu" w:cs="Times New Roman"/>
          <w:bCs/>
          <w:sz w:val="36"/>
          <w:szCs w:val="36"/>
          <w:rtl/>
        </w:rPr>
        <w:t xml:space="preserve"> </w:t>
      </w:r>
      <w:r w:rsidRPr="002F4CCB">
        <w:rPr>
          <w:rFonts w:ascii="MV Utheemu" w:hAnsi="MV Utheemu" w:cs="MV Utheemu" w:hint="cs"/>
          <w:sz w:val="36"/>
          <w:szCs w:val="36"/>
          <w:rtl/>
          <w:lang w:bidi="dv-MV"/>
        </w:rPr>
        <w:t>މެނުވީ،</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އެބައިމީހުންނަކަށް</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ތިޔަބައިމީހުންނަށް</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އެއްވެސް</w:t>
      </w:r>
      <w:r w:rsidRPr="002F4CCB">
        <w:rPr>
          <w:rFonts w:ascii="MV Utheemu" w:hAnsi="MV Utheemu" w:cs="MV Utheemu"/>
          <w:sz w:val="36"/>
          <w:szCs w:val="36"/>
          <w:rtl/>
          <w:lang w:bidi="dv-MV"/>
        </w:rPr>
        <w:t xml:space="preserve"> </w:t>
      </w:r>
      <w:r w:rsidRPr="00402322">
        <w:rPr>
          <w:rFonts w:ascii="MV Utheemu" w:hAnsi="MV Utheemu" w:cs="MV Utheemu" w:hint="cs"/>
          <w:b/>
          <w:bCs/>
          <w:sz w:val="36"/>
          <w:szCs w:val="36"/>
          <w:rtl/>
          <w:lang w:bidi="dv-MV"/>
        </w:rPr>
        <w:t>ގެއްލުމެއް</w:t>
      </w:r>
      <w:r w:rsidR="00402322">
        <w:rPr>
          <w:rFonts w:ascii="MV Utheemu" w:hAnsi="MV Utheemu" w:cs="MV Utheemu" w:hint="cs"/>
          <w:color w:val="262626" w:themeColor="text1" w:themeTint="D9"/>
          <w:sz w:val="36"/>
          <w:szCs w:val="36"/>
          <w:rtl/>
          <w:lang w:bidi="dv-MV"/>
        </w:rPr>
        <w:t>-</w:t>
      </w:r>
      <w:r w:rsidRPr="00880196">
        <w:rPr>
          <w:rFonts w:ascii="MV Utheemu" w:hAnsi="MV Utheemu" w:cs="KFGQPC Uthman Taha Naskh"/>
          <w:bCs/>
          <w:sz w:val="36"/>
          <w:szCs w:val="36"/>
          <w:rtl/>
        </w:rPr>
        <w:t>يَضُرُّوكُمْ</w:t>
      </w:r>
      <w:r w:rsidRPr="002F4CCB">
        <w:rPr>
          <w:rFonts w:ascii="MV Utheemu" w:hAnsi="MV Utheemu" w:cs="Times New Roman"/>
          <w:sz w:val="36"/>
          <w:szCs w:val="36"/>
          <w:rtl/>
        </w:rPr>
        <w:t xml:space="preserve"> </w:t>
      </w:r>
      <w:r w:rsidRPr="002F4CCB">
        <w:rPr>
          <w:rFonts w:ascii="MV Utheemu" w:hAnsi="MV Utheemu" w:cs="MV Utheemu" w:hint="cs"/>
          <w:sz w:val="36"/>
          <w:szCs w:val="36"/>
          <w:rtl/>
          <w:lang w:bidi="dv-MV"/>
        </w:rPr>
        <w:t>ނުދެވޭނެއެވެ</w:t>
      </w:r>
      <w:r w:rsidRPr="002F4CCB">
        <w:rPr>
          <w:rFonts w:ascii="MV Utheemu" w:hAnsi="MV Utheemu" w:cs="MV Utheemu"/>
          <w:sz w:val="36"/>
          <w:szCs w:val="36"/>
          <w:rtl/>
          <w:lang w:bidi="dv-MV"/>
        </w:rPr>
        <w:t>.</w:t>
      </w:r>
      <w:r w:rsidRPr="002F4CCB">
        <w:rPr>
          <w:rFonts w:ascii="MV Utheemu" w:hAnsi="MV Utheemu" w:cs="MV Utheemu" w:hint="cs"/>
          <w:sz w:val="36"/>
          <w:szCs w:val="36"/>
          <w:rtl/>
          <w:lang w:bidi="dv-MV"/>
        </w:rPr>
        <w:t>"</w:t>
      </w:r>
      <w:r w:rsidRPr="00E1581D">
        <w:rPr>
          <w:rFonts w:ascii="MV Utheemu" w:hAnsi="MV Utheemu" w:cs="MV Utheemu"/>
          <w:sz w:val="28"/>
          <w:szCs w:val="28"/>
          <w:lang w:bidi="dv-MV"/>
        </w:rPr>
        <w:t xml:space="preserve"> </w:t>
      </w:r>
      <w:r w:rsidRPr="003F450E">
        <w:rPr>
          <w:rFonts w:ascii="Scheherazade New" w:hAnsi="Scheherazade New" w:cs="Scheherazade New"/>
          <w:b/>
          <w:bCs/>
          <w:color w:val="262626" w:themeColor="text1" w:themeTint="D9"/>
          <w:sz w:val="32"/>
          <w:szCs w:val="32"/>
          <w:rtl/>
        </w:rPr>
        <w:t>﴿</w:t>
      </w:r>
      <w:r w:rsidRPr="0092015B">
        <w:rPr>
          <w:rFonts w:ascii="Scheherazade New" w:hAnsi="Scheherazade New" w:cs="Scheherazade New"/>
          <w:b/>
          <w:bCs/>
          <w:color w:val="262626" w:themeColor="text1" w:themeTint="D9"/>
          <w:sz w:val="32"/>
          <w:szCs w:val="32"/>
          <w:rtl/>
        </w:rPr>
        <w:t>وَالَّذِينَ ي</w:t>
      </w:r>
      <w:r w:rsidRPr="00B63120">
        <w:rPr>
          <w:rFonts w:ascii="Scheherazade New" w:hAnsi="Scheherazade New" w:cs="Scheherazade New"/>
          <w:b/>
          <w:bCs/>
          <w:color w:val="262626" w:themeColor="text1" w:themeTint="D9"/>
          <w:sz w:val="32"/>
          <w:szCs w:val="32"/>
          <w:u w:val="single"/>
          <w:rtl/>
        </w:rPr>
        <w:t>ُؤْذُونَ</w:t>
      </w:r>
      <w:r w:rsidRPr="0092015B">
        <w:rPr>
          <w:rFonts w:ascii="Scheherazade New" w:hAnsi="Scheherazade New" w:cs="Scheherazade New"/>
          <w:b/>
          <w:bCs/>
          <w:color w:val="262626" w:themeColor="text1" w:themeTint="D9"/>
          <w:sz w:val="32"/>
          <w:szCs w:val="32"/>
          <w:rtl/>
        </w:rPr>
        <w:t xml:space="preserve"> الْمُؤْمِنِينَ وَالْمُؤْمِنَاتِ بِغَيْرِ مَا اكْتَسَبُوا</w:t>
      </w:r>
      <w:r w:rsidRPr="003F450E">
        <w:rPr>
          <w:rFonts w:ascii="Scheherazade New" w:hAnsi="Scheherazade New" w:cs="Scheherazade New"/>
          <w:b/>
          <w:bCs/>
          <w:color w:val="262626" w:themeColor="text1" w:themeTint="D9"/>
          <w:sz w:val="32"/>
          <w:szCs w:val="32"/>
          <w:rtl/>
        </w:rPr>
        <w:t>﴾</w:t>
      </w:r>
      <w:r w:rsidRPr="003F450E">
        <w:rPr>
          <w:rFonts w:ascii="Arial" w:hAnsi="Arial" w:cs="MV Boli" w:hint="cs"/>
          <w:color w:val="262626" w:themeColor="text1" w:themeTint="D9"/>
          <w:sz w:val="32"/>
          <w:szCs w:val="32"/>
          <w:rtl/>
          <w:lang w:bidi="dv-MV"/>
        </w:rPr>
        <w:t xml:space="preserve"> </w:t>
      </w:r>
      <w:r w:rsidRPr="000F735A">
        <w:rPr>
          <w:rFonts w:ascii="Scheherazade New" w:hAnsi="Scheherazade New" w:cs="Scheherazade New"/>
          <w:szCs w:val="24"/>
          <w:rtl/>
        </w:rPr>
        <w:t>[</w:t>
      </w:r>
      <w:r w:rsidRPr="0092015B">
        <w:rPr>
          <w:rFonts w:ascii="Scheherazade New" w:hAnsi="Scheherazade New" w:cs="Scheherazade New"/>
          <w:szCs w:val="24"/>
          <w:rtl/>
        </w:rPr>
        <w:t>الأحزاب: 58</w:t>
      </w:r>
      <w:r w:rsidRPr="000F735A">
        <w:rPr>
          <w:rFonts w:ascii="Scheherazade New" w:hAnsi="Scheherazade New" w:cs="Scheherazade New"/>
          <w:szCs w:val="24"/>
          <w:rtl/>
        </w:rPr>
        <w:t xml:space="preserve">] </w:t>
      </w:r>
      <w:r w:rsidRPr="002F4CCB">
        <w:rPr>
          <w:rFonts w:ascii="MV Utheemu" w:hAnsi="MV Utheemu" w:cs="MV Utheemu"/>
          <w:sz w:val="36"/>
          <w:szCs w:val="36"/>
          <w:rtl/>
          <w:lang w:bidi="dv-MV"/>
        </w:rPr>
        <w:t>"</w:t>
      </w:r>
      <w:r w:rsidRPr="002F4CCB">
        <w:rPr>
          <w:rFonts w:ascii="MV Utheemu" w:hAnsi="MV Utheemu" w:cs="MV Utheemu" w:hint="cs"/>
          <w:sz w:val="36"/>
          <w:szCs w:val="36"/>
          <w:rtl/>
          <w:lang w:bidi="dv-MV"/>
        </w:rPr>
        <w:t>އަދި</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މުއުމިން</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ފިރިހެނުންނާއި</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މުއުމިން</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އަންހެނުންނަށް،</w:t>
      </w:r>
      <w:r w:rsidR="00402322">
        <w:rPr>
          <w:rFonts w:ascii="MV Utheemu" w:hAnsi="MV Utheemu" w:cs="MV Utheemu" w:hint="cs"/>
          <w:sz w:val="36"/>
          <w:szCs w:val="36"/>
          <w:rtl/>
          <w:lang w:bidi="dv-MV"/>
        </w:rPr>
        <w:t xml:space="preserve"> </w:t>
      </w:r>
      <w:r w:rsidRPr="002F4CCB">
        <w:rPr>
          <w:rFonts w:ascii="MV Utheemu" w:hAnsi="MV Utheemu" w:cs="MV Utheemu" w:hint="cs"/>
          <w:sz w:val="36"/>
          <w:szCs w:val="36"/>
          <w:rtl/>
          <w:lang w:bidi="dv-MV"/>
        </w:rPr>
        <w:t>އެބައިމީހުން</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ކުރިކަމަކާ</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ނުލައި،</w:t>
      </w:r>
      <w:r w:rsidRPr="002F4CCB">
        <w:rPr>
          <w:rFonts w:ascii="MV Utheemu" w:hAnsi="MV Utheemu" w:cs="MV Utheemu"/>
          <w:sz w:val="36"/>
          <w:szCs w:val="36"/>
          <w:rtl/>
          <w:lang w:bidi="dv-MV"/>
        </w:rPr>
        <w:t xml:space="preserve"> </w:t>
      </w:r>
      <w:r w:rsidRPr="00880196">
        <w:rPr>
          <w:rFonts w:ascii="Scheherazade New" w:hAnsi="Scheherazade New" w:cs="Scheherazade New"/>
          <w:bCs/>
          <w:sz w:val="36"/>
          <w:szCs w:val="36"/>
          <w:rtl/>
        </w:rPr>
        <w:t>يُؤْذُونَ</w:t>
      </w:r>
      <w:r w:rsidRPr="00880196">
        <w:rPr>
          <w:rFonts w:ascii="MV Utheemu" w:hAnsi="MV Utheemu" w:cs="Times New Roman"/>
          <w:bCs/>
          <w:sz w:val="36"/>
          <w:szCs w:val="36"/>
          <w:rtl/>
        </w:rPr>
        <w:t xml:space="preserve"> </w:t>
      </w:r>
      <w:r w:rsidRPr="00402322">
        <w:rPr>
          <w:rFonts w:ascii="MV Utheemu" w:hAnsi="MV Utheemu" w:cs="MV Utheemu" w:hint="cs"/>
          <w:b/>
          <w:bCs/>
          <w:sz w:val="36"/>
          <w:szCs w:val="36"/>
          <w:rtl/>
          <w:lang w:bidi="dv-MV"/>
        </w:rPr>
        <w:t>އުނދަގޫކޮށް</w:t>
      </w:r>
      <w:r w:rsidRPr="00402322">
        <w:rPr>
          <w:rFonts w:ascii="MV Utheemu" w:hAnsi="MV Utheemu" w:cs="MV Utheemu"/>
          <w:b/>
          <w:bCs/>
          <w:sz w:val="36"/>
          <w:szCs w:val="36"/>
          <w:rtl/>
          <w:lang w:bidi="dv-MV"/>
        </w:rPr>
        <w:t xml:space="preserve"> </w:t>
      </w:r>
      <w:r w:rsidRPr="00402322">
        <w:rPr>
          <w:rFonts w:ascii="MV Utheemu" w:hAnsi="MV Utheemu" w:cs="MV Utheemu" w:hint="cs"/>
          <w:b/>
          <w:bCs/>
          <w:sz w:val="36"/>
          <w:szCs w:val="36"/>
          <w:rtl/>
          <w:lang w:bidi="dv-MV"/>
        </w:rPr>
        <w:t>ނުވަތަ</w:t>
      </w:r>
      <w:r w:rsidRPr="00402322">
        <w:rPr>
          <w:rFonts w:ascii="MV Utheemu" w:hAnsi="MV Utheemu" w:cs="MV Utheemu"/>
          <w:b/>
          <w:bCs/>
          <w:sz w:val="36"/>
          <w:szCs w:val="36"/>
          <w:rtl/>
          <w:lang w:bidi="dv-MV"/>
        </w:rPr>
        <w:t xml:space="preserve"> </w:t>
      </w:r>
      <w:r w:rsidRPr="00402322">
        <w:rPr>
          <w:rFonts w:ascii="MV Utheemu" w:hAnsi="MV Utheemu" w:cs="MV Utheemu" w:hint="cs"/>
          <w:b/>
          <w:bCs/>
          <w:sz w:val="36"/>
          <w:szCs w:val="36"/>
          <w:rtl/>
          <w:lang w:bidi="dv-MV"/>
        </w:rPr>
        <w:t>ގެއްލުންދޭން</w:t>
      </w:r>
      <w:r w:rsidRPr="002F4CCB">
        <w:rPr>
          <w:rFonts w:ascii="MV Utheemu" w:hAnsi="MV Utheemu" w:cs="MV Utheemu"/>
          <w:sz w:val="36"/>
          <w:szCs w:val="36"/>
          <w:rtl/>
          <w:lang w:bidi="dv-MV"/>
        </w:rPr>
        <w:t xml:space="preserve"> - </w:t>
      </w:r>
      <w:r w:rsidRPr="002F4CCB">
        <w:rPr>
          <w:rFonts w:ascii="MV Utheemu" w:hAnsi="MV Utheemu" w:cs="MV Utheemu" w:hint="cs"/>
          <w:sz w:val="36"/>
          <w:szCs w:val="36"/>
          <w:rtl/>
          <w:lang w:bidi="dv-MV"/>
        </w:rPr>
        <w:t>އުޅޭ</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މީހުން</w:t>
      </w:r>
      <w:r w:rsidRPr="002F4CCB">
        <w:rPr>
          <w:rFonts w:ascii="MV Utheemu" w:hAnsi="MV Utheemu" w:cs="MV Utheemu"/>
          <w:sz w:val="36"/>
          <w:szCs w:val="36"/>
          <w:rtl/>
          <w:lang w:bidi="dv-MV"/>
        </w:rPr>
        <w:t xml:space="preserve"> (</w:t>
      </w:r>
      <w:r w:rsidRPr="002F4CCB">
        <w:rPr>
          <w:rFonts w:ascii="MV Utheemu" w:hAnsi="MV Utheemu" w:cs="MV Utheemu" w:hint="cs"/>
          <w:sz w:val="36"/>
          <w:szCs w:val="36"/>
          <w:rtl/>
          <w:lang w:bidi="dv-MV"/>
        </w:rPr>
        <w:t>ދަންނާށެވެ</w:t>
      </w:r>
      <w:r w:rsidRPr="002F4CCB">
        <w:rPr>
          <w:rFonts w:ascii="MV Utheemu" w:hAnsi="MV Utheemu" w:cs="MV Utheemu"/>
          <w:sz w:val="36"/>
          <w:szCs w:val="36"/>
          <w:rtl/>
          <w:lang w:bidi="dv-MV"/>
        </w:rPr>
        <w:t>!)"</w:t>
      </w:r>
    </w:p>
    <w:p w14:paraId="307D7FB0" w14:textId="5CA1AD82" w:rsidR="00312319" w:rsidRPr="00EF1946" w:rsidRDefault="00B63120" w:rsidP="00EF1946">
      <w:pPr>
        <w:tabs>
          <w:tab w:val="right" w:pos="90"/>
        </w:tabs>
        <w:bidi/>
        <w:jc w:val="both"/>
        <w:rPr>
          <w:rFonts w:ascii="MV Utheemu" w:hAnsi="MV Utheemu" w:cs="MV Boli"/>
          <w:color w:val="262626" w:themeColor="text1" w:themeTint="D9"/>
          <w:sz w:val="36"/>
          <w:szCs w:val="36"/>
          <w:rtl/>
          <w:lang w:bidi="dv-MV"/>
        </w:rPr>
      </w:pPr>
      <w:r>
        <w:rPr>
          <w:rFonts w:ascii="MV Utheemu" w:hAnsi="MV Utheemu" w:cs="MV Utheemu" w:hint="cs"/>
          <w:color w:val="262626" w:themeColor="text1" w:themeTint="D9"/>
          <w:sz w:val="36"/>
          <w:szCs w:val="36"/>
          <w:rtl/>
          <w:lang w:bidi="dv-MV"/>
        </w:rPr>
        <w:t xml:space="preserve">ތަވީދަކީ </w:t>
      </w:r>
      <w:r w:rsidRPr="00312319">
        <w:rPr>
          <w:rFonts w:ascii="MV Utheemu" w:hAnsi="MV Utheemu" w:cs="MV Utheemu" w:hint="cs"/>
          <w:color w:val="262626" w:themeColor="text1" w:themeTint="D9"/>
          <w:sz w:val="36"/>
          <w:szCs w:val="36"/>
          <w:rtl/>
          <w:lang w:bidi="dv-MV"/>
        </w:rPr>
        <w:t>ބަހަވީ</w:t>
      </w:r>
      <w:r w:rsidRPr="00312319">
        <w:rPr>
          <w:rFonts w:ascii="MV Utheemu" w:hAnsi="MV Utheemu" w:cs="MV Utheemu"/>
          <w:color w:val="262626" w:themeColor="text1" w:themeTint="D9"/>
          <w:sz w:val="36"/>
          <w:szCs w:val="36"/>
          <w:rtl/>
          <w:lang w:bidi="dv-MV"/>
        </w:rPr>
        <w:t xml:space="preserve"> </w:t>
      </w:r>
      <w:r w:rsidRPr="00312319">
        <w:rPr>
          <w:rFonts w:ascii="MV Utheemu" w:hAnsi="MV Utheemu" w:cs="MV Utheemu" w:hint="cs"/>
          <w:color w:val="262626" w:themeColor="text1" w:themeTint="D9"/>
          <w:sz w:val="36"/>
          <w:szCs w:val="36"/>
          <w:rtl/>
          <w:lang w:bidi="dv-MV"/>
        </w:rPr>
        <w:t>ގޮތުން</w:t>
      </w:r>
      <w:r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ރައްކާތެރިކަން</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ހޯދުމުގެ</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ނިޔަތުގައި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މީހުން</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ކިޔަވައިއުޅޭ</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ކިޔެވުންތަކާއި،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ގައިގައި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ނުވަތަ</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އެހެން</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ތަނެއްގައި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އެލުވައިއުޅޭ</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ތަކެއްޗާއި،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އަދި</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ބޭނުންކުރާ</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މިފަދަ</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އެންމެހައި</w:t>
      </w:r>
      <w:r w:rsidR="00312319" w:rsidRPr="00312319">
        <w:rPr>
          <w:rFonts w:ascii="MV Utheemu" w:hAnsi="MV Utheemu" w:cs="MV Utheemu"/>
          <w:color w:val="262626" w:themeColor="text1" w:themeTint="D9"/>
          <w:sz w:val="36"/>
          <w:szCs w:val="36"/>
          <w:rtl/>
          <w:lang w:bidi="dv-MV"/>
        </w:rPr>
        <w:t xml:space="preserve"> </w:t>
      </w:r>
      <w:r w:rsidR="00312319" w:rsidRPr="00312319">
        <w:rPr>
          <w:rFonts w:ascii="MV Utheemu" w:hAnsi="MV Utheemu" w:cs="MV Utheemu" w:hint="cs"/>
          <w:color w:val="262626" w:themeColor="text1" w:themeTint="D9"/>
          <w:sz w:val="36"/>
          <w:szCs w:val="36"/>
          <w:rtl/>
          <w:lang w:bidi="dv-MV"/>
        </w:rPr>
        <w:t>ވަސީލަތްތަ</w:t>
      </w:r>
      <w:r>
        <w:rPr>
          <w:rFonts w:ascii="MV Utheemu" w:hAnsi="MV Utheemu" w:cs="MV Utheemu" w:hint="cs"/>
          <w:color w:val="262626" w:themeColor="text1" w:themeTint="D9"/>
          <w:sz w:val="36"/>
          <w:szCs w:val="36"/>
          <w:rtl/>
          <w:lang w:bidi="dv-MV"/>
        </w:rPr>
        <w:t>ކެވެ.</w:t>
      </w:r>
      <w:r w:rsidR="00312319">
        <w:rPr>
          <w:rFonts w:ascii="MV Utheemu" w:hAnsi="MV Utheemu" w:cs="MV Utheemu" w:hint="cs"/>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ރައްކާތެރިކަން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ހޯދުމަށް</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ބޭނުންކުރާ</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މިފަދަ</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ވަސީލަތަކީ،</w:t>
      </w:r>
      <w:r w:rsidR="00EF1946" w:rsidRPr="00EF1946">
        <w:rPr>
          <w:rFonts w:ascii="MV Utheemu" w:hAnsi="MV Utheemu" w:cs="MV Utheemu"/>
          <w:color w:val="262626" w:themeColor="text1" w:themeTint="D9"/>
          <w:sz w:val="36"/>
          <w:szCs w:val="36"/>
          <w:rtl/>
          <w:lang w:bidi="dv-MV"/>
        </w:rPr>
        <w:t xml:space="preserve"> </w:t>
      </w:r>
      <w:r w:rsidR="00EF1946">
        <w:rPr>
          <w:rFonts w:ascii="MV Utheemu" w:hAnsi="MV Utheemu" w:cs="MV Utheemu" w:hint="cs"/>
          <w:color w:val="262626" w:themeColor="text1" w:themeTint="D9"/>
          <w:sz w:val="36"/>
          <w:szCs w:val="36"/>
          <w:rtl/>
          <w:lang w:bidi="dv-MV"/>
        </w:rPr>
        <w:t>އަރަހުށި</w:t>
      </w:r>
      <w:r w:rsidR="00EF1946" w:rsidRPr="00EF1946">
        <w:rPr>
          <w:rFonts w:ascii="MV Utheemu" w:hAnsi="MV Utheemu" w:cs="MV Utheemu"/>
          <w:color w:val="262626" w:themeColor="text1" w:themeTint="D9"/>
          <w:sz w:val="36"/>
          <w:szCs w:val="36"/>
          <w:rtl/>
          <w:lang w:bidi="dv-MV"/>
        </w:rPr>
        <w:t xml:space="preserve"> </w:t>
      </w:r>
      <w:r w:rsidR="00EF1946">
        <w:rPr>
          <w:rFonts w:ascii="Arabic Typesetting" w:hAnsi="Arabic Typesetting" w:cs="Arabic Typesetting"/>
          <w:color w:val="262626" w:themeColor="text1" w:themeTint="D9"/>
          <w:sz w:val="36"/>
          <w:szCs w:val="36"/>
        </w:rPr>
        <w:sym w:font="KFGQPC Arabic Symbols 01" w:char="F025"/>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ގެ</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lastRenderedPageBreak/>
        <w:t>ޝަރީޢަތުގައި</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ހުއްދަ</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އަދި</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ޝަރުޢުކުރެވިގެންވާ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ކަމަކަށް</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ވުމަކީވެސް،</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ނުވަތަ</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ޝަރީޢަތުގައި</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ނަހީކުރައްވާފައިވާ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ބާޠިލު</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ކަމަކަށް</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ވުމަކީވެސް</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އެކަށީގެންވާ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ކަމެކެވެ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ވުމާއެކު،</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ބަސްތަކުގެ</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އަޞްލު</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މާނައާއ</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އޭގެ</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ފުން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މަފްހޫމުތައް</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ދެނެގަތުމަކީ،</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މައްސަލައިގެ</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ޙަޤީޤަތް</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ރަނގަޅަށް</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ފަހުމްވެ،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ދީނީ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ހަމަތަކުގެ</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ތެރެއިން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ރައްކާތެރިކަން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ހޯދަންވީ</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ގޮތް</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ސާފުވުމަށް</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މެދުވެރިވާނެ</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މުހިންމު</w:t>
      </w:r>
      <w:r w:rsidR="00EF1946" w:rsidRPr="00EF1946">
        <w:rPr>
          <w:rFonts w:ascii="MV Utheemu" w:hAnsi="MV Utheemu" w:cs="MV Utheemu"/>
          <w:color w:val="262626" w:themeColor="text1" w:themeTint="D9"/>
          <w:sz w:val="36"/>
          <w:szCs w:val="36"/>
          <w:rtl/>
          <w:lang w:bidi="dv-MV"/>
        </w:rPr>
        <w:t xml:space="preserve"> </w:t>
      </w:r>
      <w:r w:rsidR="00EF1946" w:rsidRPr="00EF1946">
        <w:rPr>
          <w:rFonts w:ascii="MV Utheemu" w:hAnsi="MV Utheemu" w:cs="MV Utheemu" w:hint="cs"/>
          <w:color w:val="262626" w:themeColor="text1" w:themeTint="D9"/>
          <w:sz w:val="36"/>
          <w:szCs w:val="36"/>
          <w:rtl/>
          <w:lang w:bidi="dv-MV"/>
        </w:rPr>
        <w:t>ކަމެކެވެ</w:t>
      </w:r>
      <w:r w:rsidR="00EF1946" w:rsidRPr="00EF1946">
        <w:rPr>
          <w:rFonts w:ascii="MV Utheemu" w:hAnsi="MV Utheemu" w:cs="MV Utheemu"/>
          <w:color w:val="262626" w:themeColor="text1" w:themeTint="D9"/>
          <w:sz w:val="36"/>
          <w:szCs w:val="36"/>
          <w:rtl/>
          <w:lang w:bidi="dv-MV"/>
        </w:rPr>
        <w:t>.</w:t>
      </w:r>
    </w:p>
    <w:p w14:paraId="67D67504" w14:textId="474C9DA6" w:rsidR="00BA0C11" w:rsidRPr="009E1DE2" w:rsidRDefault="00DE510E" w:rsidP="00BA0C11">
      <w:pPr>
        <w:tabs>
          <w:tab w:val="right" w:pos="90"/>
        </w:tabs>
        <w:bidi/>
        <w:jc w:val="both"/>
        <w:rPr>
          <w:rFonts w:ascii="MV Utheemu" w:hAnsi="MV Utheemu" w:cs="MV Utheemu"/>
          <w:color w:val="262626" w:themeColor="text1" w:themeTint="D9"/>
          <w:sz w:val="36"/>
          <w:szCs w:val="36"/>
          <w:rtl/>
          <w:lang w:bidi="dv-MV"/>
        </w:rPr>
      </w:pPr>
      <w:r w:rsidRPr="00DE510E">
        <w:rPr>
          <w:rFonts w:ascii="Arial" w:hAnsi="Arial" w:cs="KFGQPC Uthman Taha Naskh"/>
          <w:b/>
          <w:bCs/>
          <w:color w:val="262626" w:themeColor="text1" w:themeTint="D9"/>
          <w:sz w:val="36"/>
          <w:szCs w:val="36"/>
          <w:rtl/>
        </w:rPr>
        <w:t>التَّعْوِيذَةُ لغةً</w:t>
      </w:r>
      <w:r w:rsidR="003F450E" w:rsidRPr="007A37B7">
        <w:rPr>
          <w:rFonts w:ascii="Arial" w:hAnsi="Arial" w:cs="KFGQPC Uthman Taha Naskh"/>
          <w:b/>
          <w:bCs/>
          <w:color w:val="262626" w:themeColor="text1" w:themeTint="D9"/>
          <w:sz w:val="36"/>
          <w:szCs w:val="36"/>
          <w:rtl/>
        </w:rPr>
        <w:t>:</w:t>
      </w:r>
      <w:r w:rsidR="003F450E" w:rsidRPr="003F450E">
        <w:rPr>
          <w:rFonts w:ascii="Arial" w:hAnsi="Arial" w:cs="KFGQPC Uthman Taha Naskh"/>
          <w:color w:val="262626" w:themeColor="text1" w:themeTint="D9"/>
          <w:sz w:val="36"/>
          <w:szCs w:val="36"/>
          <w:rtl/>
        </w:rPr>
        <w:t xml:space="preserve"> </w:t>
      </w:r>
      <w:r w:rsidR="003F450E" w:rsidRPr="00A31393">
        <w:rPr>
          <w:rFonts w:ascii="Arial" w:hAnsi="Arial" w:cs="KFGQPC Uthman Taha Naskh"/>
          <w:b/>
          <w:bCs/>
          <w:color w:val="262626" w:themeColor="text1" w:themeTint="D9"/>
          <w:sz w:val="36"/>
          <w:szCs w:val="36"/>
          <w:rtl/>
        </w:rPr>
        <w:t>كُلُّ مَا يُقْرَأُ أَوْ يُعَلَّقُ عَلَى الإِنْسَانِ أَوْ غَيْرِهِ بِقَصْدِ دَفْعِ الأَذَى أَوْ رَفْعِهِ،</w:t>
      </w:r>
      <w:r w:rsidR="003F450E" w:rsidRPr="003F450E">
        <w:rPr>
          <w:rFonts w:ascii="Arial" w:hAnsi="Arial" w:cs="KFGQPC Uthman Taha Naskh"/>
          <w:color w:val="262626" w:themeColor="text1" w:themeTint="D9"/>
          <w:sz w:val="36"/>
          <w:szCs w:val="36"/>
          <w:rtl/>
        </w:rPr>
        <w:t xml:space="preserve"> (</w:t>
      </w:r>
      <w:r w:rsidR="003F450E" w:rsidRPr="00312319">
        <w:rPr>
          <w:rFonts w:ascii="Arial" w:hAnsi="Arial" w:cs="KFGQPC Uthman Taha Naskh"/>
          <w:b/>
          <w:bCs/>
          <w:color w:val="262626" w:themeColor="text1" w:themeTint="D9"/>
          <w:sz w:val="36"/>
          <w:szCs w:val="36"/>
          <w:rtl/>
        </w:rPr>
        <w:t>كَحِجَابٍ أَوْ مُعَلَّقٍ أَوْ مَكْتُوبٍ</w:t>
      </w:r>
      <w:r w:rsidR="003F450E" w:rsidRPr="003F450E">
        <w:rPr>
          <w:rFonts w:ascii="Arial" w:hAnsi="Arial" w:cs="KFGQPC Uthman Taha Naskh"/>
          <w:color w:val="262626" w:themeColor="text1" w:themeTint="D9"/>
          <w:sz w:val="36"/>
          <w:szCs w:val="36"/>
          <w:rtl/>
        </w:rPr>
        <w:t>)</w:t>
      </w:r>
      <w:r w:rsidR="003F450E">
        <w:rPr>
          <w:rFonts w:ascii="Arial" w:hAnsi="Arial" w:cs="MV Boli" w:hint="cs"/>
          <w:color w:val="262626" w:themeColor="text1" w:themeTint="D9"/>
          <w:sz w:val="36"/>
          <w:szCs w:val="36"/>
          <w:rtl/>
          <w:lang w:bidi="dv-MV"/>
        </w:rPr>
        <w:t xml:space="preserve"> </w:t>
      </w:r>
      <w:r w:rsidR="00E843DF">
        <w:rPr>
          <w:rFonts w:ascii="MV Utheemu" w:hAnsi="MV Utheemu" w:cs="MV Utheemu" w:hint="cs"/>
          <w:color w:val="262626" w:themeColor="text1" w:themeTint="D9"/>
          <w:sz w:val="36"/>
          <w:szCs w:val="36"/>
          <w:rtl/>
          <w:lang w:bidi="dv-MV"/>
        </w:rPr>
        <w:t>"</w:t>
      </w:r>
      <w:r w:rsidRPr="00DE510E">
        <w:rPr>
          <w:rFonts w:ascii="MV Utheemu" w:hAnsi="MV Utheemu" w:cs="MV Utheemu" w:hint="cs"/>
          <w:b/>
          <w:bCs/>
          <w:color w:val="262626" w:themeColor="text1" w:themeTint="D9"/>
          <w:sz w:val="36"/>
          <w:szCs w:val="36"/>
          <w:rtl/>
          <w:lang w:bidi="dv-MV"/>
        </w:rPr>
        <w:t>ބަހުގެ ގޮތުން</w:t>
      </w:r>
      <w:r>
        <w:rPr>
          <w:rFonts w:ascii="MV Utheemu" w:hAnsi="MV Utheemu" w:cs="MV Utheemu" w:hint="cs"/>
          <w:color w:val="262626" w:themeColor="text1" w:themeTint="D9"/>
          <w:sz w:val="36"/>
          <w:szCs w:val="36"/>
          <w:rtl/>
          <w:lang w:bidi="dv-MV"/>
        </w:rPr>
        <w:t xml:space="preserve"> </w:t>
      </w:r>
      <w:r w:rsidR="00AA1747" w:rsidRPr="00AA1747">
        <w:rPr>
          <w:rFonts w:ascii="MV Utheemu" w:hAnsi="MV Utheemu" w:cs="MV Utheemu" w:hint="cs"/>
          <w:b/>
          <w:bCs/>
          <w:color w:val="262626" w:themeColor="text1" w:themeTint="D9"/>
          <w:sz w:val="36"/>
          <w:szCs w:val="36"/>
          <w:rtl/>
          <w:lang w:bidi="dv-MV"/>
        </w:rPr>
        <w:t>ތަޢުވީޛ</w:t>
      </w:r>
      <w:r w:rsidR="009450E2">
        <w:rPr>
          <w:rFonts w:ascii="MV Utheemu" w:hAnsi="MV Utheemu" w:cs="MV Utheemu" w:hint="cs"/>
          <w:b/>
          <w:bCs/>
          <w:color w:val="262626" w:themeColor="text1" w:themeTint="D9"/>
          <w:sz w:val="36"/>
          <w:szCs w:val="36"/>
          <w:rtl/>
          <w:lang w:bidi="dv-MV"/>
        </w:rPr>
        <w:t>ަކީ</w:t>
      </w:r>
      <w:r w:rsidR="00AA1747">
        <w:rPr>
          <w:rFonts w:ascii="MV Utheemu" w:hAnsi="MV Utheemu" w:cs="MV Utheemu" w:hint="cs"/>
          <w:color w:val="262626" w:themeColor="text1" w:themeTint="D9"/>
          <w:sz w:val="36"/>
          <w:szCs w:val="36"/>
          <w:rtl/>
          <w:lang w:bidi="dv-MV"/>
        </w:rPr>
        <w:t xml:space="preserve"> </w:t>
      </w:r>
      <w:r w:rsidR="00E843DF" w:rsidRPr="00880196">
        <w:rPr>
          <w:rFonts w:ascii="MV Utheemu" w:hAnsi="MV Utheemu" w:cs="KFGQPC Uthman Taha Naskh"/>
          <w:bCs/>
          <w:color w:val="262626" w:themeColor="text1" w:themeTint="D9"/>
          <w:sz w:val="36"/>
          <w:szCs w:val="36"/>
          <w:rtl/>
        </w:rPr>
        <w:t>دَفْعِ الأَذَى</w:t>
      </w:r>
      <w:r w:rsidR="00E843DF" w:rsidRPr="00E843DF">
        <w:rPr>
          <w:rFonts w:ascii="MV Utheemu" w:hAnsi="MV Utheemu" w:cs="Times New Roman"/>
          <w:color w:val="262626" w:themeColor="text1" w:themeTint="D9"/>
          <w:sz w:val="36"/>
          <w:szCs w:val="36"/>
          <w:rtl/>
        </w:rPr>
        <w:t xml:space="preserve"> (</w:t>
      </w:r>
      <w:r w:rsidR="00E843DF" w:rsidRPr="00E843DF">
        <w:rPr>
          <w:rFonts w:ascii="MV Utheemu" w:hAnsi="MV Utheemu" w:cs="MV Utheemu" w:hint="cs"/>
          <w:color w:val="262626" w:themeColor="text1" w:themeTint="D9"/>
          <w:sz w:val="36"/>
          <w:szCs w:val="36"/>
          <w:rtl/>
          <w:lang w:bidi="dv-MV"/>
        </w:rPr>
        <w:t>ގެއްލުން</w:t>
      </w:r>
      <w:r w:rsidR="00E843DF" w:rsidRPr="00E843DF">
        <w:rPr>
          <w:rFonts w:ascii="MV Utheemu" w:hAnsi="MV Utheemu" w:cs="MV Utheemu"/>
          <w:color w:val="262626" w:themeColor="text1" w:themeTint="D9"/>
          <w:sz w:val="36"/>
          <w:szCs w:val="36"/>
          <w:rtl/>
          <w:lang w:bidi="dv-MV"/>
        </w:rPr>
        <w:t xml:space="preserve"> </w:t>
      </w:r>
      <w:r w:rsidR="0092015B">
        <w:rPr>
          <w:rFonts w:ascii="MV Utheemu" w:hAnsi="MV Utheemu" w:cs="MV Utheemu" w:hint="cs"/>
          <w:color w:val="262626" w:themeColor="text1" w:themeTint="D9"/>
          <w:sz w:val="36"/>
          <w:szCs w:val="36"/>
          <w:rtl/>
          <w:lang w:bidi="dv-MV"/>
        </w:rPr>
        <w:t>ދިފާޢުކުރުމަށް</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ނުވަތަ</w:t>
      </w:r>
      <w:r w:rsidR="00E843DF" w:rsidRPr="00E843DF">
        <w:rPr>
          <w:rFonts w:ascii="MV Utheemu" w:hAnsi="MV Utheemu" w:cs="MV Utheemu"/>
          <w:color w:val="262626" w:themeColor="text1" w:themeTint="D9"/>
          <w:sz w:val="36"/>
          <w:szCs w:val="36"/>
          <w:rtl/>
          <w:lang w:bidi="dv-MV"/>
        </w:rPr>
        <w:t xml:space="preserve"> </w:t>
      </w:r>
      <w:r w:rsidR="00E843DF" w:rsidRPr="00880196">
        <w:rPr>
          <w:rFonts w:ascii="MV Utheemu" w:hAnsi="MV Utheemu" w:cs="KFGQPC Uthman Taha Naskh"/>
          <w:bCs/>
          <w:color w:val="262626" w:themeColor="text1" w:themeTint="D9"/>
          <w:sz w:val="36"/>
          <w:szCs w:val="36"/>
          <w:rtl/>
        </w:rPr>
        <w:t>رَفْعِهِ</w:t>
      </w:r>
      <w:r w:rsidR="00E843DF" w:rsidRPr="00E843DF">
        <w:rPr>
          <w:rFonts w:ascii="MV Utheemu" w:hAnsi="MV Utheemu" w:cs="Times New Roman"/>
          <w:color w:val="262626" w:themeColor="text1" w:themeTint="D9"/>
          <w:sz w:val="36"/>
          <w:szCs w:val="36"/>
          <w:rtl/>
        </w:rPr>
        <w:t xml:space="preserve"> (</w:t>
      </w:r>
      <w:r w:rsidR="00E843DF" w:rsidRPr="00E843DF">
        <w:rPr>
          <w:rFonts w:ascii="MV Utheemu" w:hAnsi="MV Utheemu" w:cs="MV Utheemu" w:hint="cs"/>
          <w:color w:val="262626" w:themeColor="text1" w:themeTint="D9"/>
          <w:sz w:val="36"/>
          <w:szCs w:val="36"/>
          <w:rtl/>
          <w:lang w:bidi="dv-MV"/>
        </w:rPr>
        <w:t>ލިބިފައިވާ</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ގެއްލުމެއް</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ފިލުވައިލުމުގެ</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ގަސްދުގައި،</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އިންސާނާ</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ނުވަތަ</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އެނޫން</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އެއްޗެއްގެ</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މައްޗަށް</w:t>
      </w:r>
      <w:r w:rsidR="00E843DF" w:rsidRPr="00E843DF">
        <w:rPr>
          <w:rFonts w:ascii="MV Utheemu" w:hAnsi="MV Utheemu" w:cs="MV Utheemu"/>
          <w:color w:val="262626" w:themeColor="text1" w:themeTint="D9"/>
          <w:sz w:val="36"/>
          <w:szCs w:val="36"/>
          <w:rtl/>
          <w:lang w:bidi="dv-MV"/>
        </w:rPr>
        <w:t xml:space="preserve"> </w:t>
      </w:r>
      <w:r w:rsidR="00E843DF" w:rsidRPr="00CF329E">
        <w:rPr>
          <w:rFonts w:ascii="MV Utheemu" w:hAnsi="MV Utheemu" w:cs="KFGQPC Uthman Taha Naskh"/>
          <w:b/>
          <w:bCs/>
          <w:color w:val="262626" w:themeColor="text1" w:themeTint="D9"/>
          <w:sz w:val="36"/>
          <w:szCs w:val="36"/>
          <w:rtl/>
        </w:rPr>
        <w:t>يُق</w:t>
      </w:r>
      <w:r w:rsidR="00E843DF" w:rsidRPr="00880196">
        <w:rPr>
          <w:rFonts w:ascii="MV Utheemu" w:hAnsi="MV Utheemu" w:cs="KFGQPC Uthman Taha Naskh"/>
          <w:bCs/>
          <w:color w:val="262626" w:themeColor="text1" w:themeTint="D9"/>
          <w:sz w:val="36"/>
          <w:szCs w:val="36"/>
          <w:rtl/>
        </w:rPr>
        <w:t>ْرَأُ</w:t>
      </w:r>
      <w:r w:rsidR="00E843DF" w:rsidRPr="00880196">
        <w:rPr>
          <w:rFonts w:ascii="MV Utheemu" w:hAnsi="MV Utheemu" w:cs="Times New Roman"/>
          <w:bCs/>
          <w:color w:val="262626" w:themeColor="text1" w:themeTint="D9"/>
          <w:sz w:val="36"/>
          <w:szCs w:val="36"/>
          <w:rtl/>
        </w:rPr>
        <w:t xml:space="preserve"> </w:t>
      </w:r>
      <w:r w:rsidR="00E843DF" w:rsidRPr="00E843DF">
        <w:rPr>
          <w:rFonts w:ascii="MV Utheemu" w:hAnsi="MV Utheemu" w:cs="Times New Roman"/>
          <w:color w:val="262626" w:themeColor="text1" w:themeTint="D9"/>
          <w:sz w:val="36"/>
          <w:szCs w:val="36"/>
          <w:rtl/>
        </w:rPr>
        <w:t>(</w:t>
      </w:r>
      <w:r w:rsidR="00E843DF" w:rsidRPr="00E843DF">
        <w:rPr>
          <w:rFonts w:ascii="MV Utheemu" w:hAnsi="MV Utheemu" w:cs="MV Utheemu" w:hint="cs"/>
          <w:color w:val="262626" w:themeColor="text1" w:themeTint="D9"/>
          <w:sz w:val="36"/>
          <w:szCs w:val="36"/>
          <w:rtl/>
          <w:lang w:bidi="dv-MV"/>
        </w:rPr>
        <w:t>ކިޔެވޭ</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ނުވަތަ</w:t>
      </w:r>
      <w:r w:rsidR="00E843DF" w:rsidRPr="00E843DF">
        <w:rPr>
          <w:rFonts w:ascii="MV Utheemu" w:hAnsi="MV Utheemu" w:cs="MV Utheemu"/>
          <w:color w:val="262626" w:themeColor="text1" w:themeTint="D9"/>
          <w:sz w:val="36"/>
          <w:szCs w:val="36"/>
          <w:rtl/>
          <w:lang w:bidi="dv-MV"/>
        </w:rPr>
        <w:t xml:space="preserve"> </w:t>
      </w:r>
      <w:r w:rsidR="00E843DF" w:rsidRPr="00880196">
        <w:rPr>
          <w:rFonts w:ascii="MV Utheemu" w:hAnsi="MV Utheemu" w:cs="KFGQPC Uthman Taha Naskh"/>
          <w:bCs/>
          <w:color w:val="262626" w:themeColor="text1" w:themeTint="D9"/>
          <w:sz w:val="36"/>
          <w:szCs w:val="36"/>
          <w:rtl/>
        </w:rPr>
        <w:t>يُعَلَّقُ</w:t>
      </w:r>
      <w:r w:rsidR="00E843DF" w:rsidRPr="00E843DF">
        <w:rPr>
          <w:rFonts w:ascii="MV Utheemu" w:hAnsi="MV Utheemu" w:cs="KFGQPC Uthman Taha Naskh"/>
          <w:color w:val="262626" w:themeColor="text1" w:themeTint="D9"/>
          <w:sz w:val="36"/>
          <w:szCs w:val="36"/>
          <w:rtl/>
        </w:rPr>
        <w:t xml:space="preserve"> </w:t>
      </w:r>
      <w:r w:rsidR="00E843DF" w:rsidRPr="00E843DF">
        <w:rPr>
          <w:rFonts w:ascii="MV Utheemu" w:hAnsi="MV Utheemu" w:cs="Times New Roman"/>
          <w:color w:val="262626" w:themeColor="text1" w:themeTint="D9"/>
          <w:sz w:val="36"/>
          <w:szCs w:val="36"/>
          <w:rtl/>
        </w:rPr>
        <w:t>(</w:t>
      </w:r>
      <w:r w:rsidR="00E843DF" w:rsidRPr="00E843DF">
        <w:rPr>
          <w:rFonts w:ascii="MV Utheemu" w:hAnsi="MV Utheemu" w:cs="MV Utheemu" w:hint="cs"/>
          <w:color w:val="262626" w:themeColor="text1" w:themeTint="D9"/>
          <w:sz w:val="36"/>
          <w:szCs w:val="36"/>
          <w:rtl/>
          <w:lang w:bidi="dv-MV"/>
        </w:rPr>
        <w:t>އެލުވޭ</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ނުވަތަ</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އައްސައި</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އުޅޭ</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ކޮންމެ</w:t>
      </w:r>
      <w:r w:rsidR="00E843DF" w:rsidRPr="00E843DF">
        <w:rPr>
          <w:rFonts w:ascii="MV Utheemu" w:hAnsi="MV Utheemu" w:cs="MV Utheemu"/>
          <w:color w:val="262626" w:themeColor="text1" w:themeTint="D9"/>
          <w:sz w:val="36"/>
          <w:szCs w:val="36"/>
          <w:rtl/>
          <w:lang w:bidi="dv-MV"/>
        </w:rPr>
        <w:t xml:space="preserve"> </w:t>
      </w:r>
      <w:r w:rsidR="00E843DF" w:rsidRPr="00E843DF">
        <w:rPr>
          <w:rFonts w:ascii="MV Utheemu" w:hAnsi="MV Utheemu" w:cs="MV Utheemu" w:hint="cs"/>
          <w:color w:val="262626" w:themeColor="text1" w:themeTint="D9"/>
          <w:sz w:val="36"/>
          <w:szCs w:val="36"/>
          <w:rtl/>
          <w:lang w:bidi="dv-MV"/>
        </w:rPr>
        <w:t>އެއްޗެކެވެ</w:t>
      </w:r>
      <w:r w:rsidR="00E843DF">
        <w:rPr>
          <w:rFonts w:ascii="MV Utheemu" w:hAnsi="MV Utheemu" w:cs="MV Utheemu" w:hint="cs"/>
          <w:color w:val="262626" w:themeColor="text1" w:themeTint="D9"/>
          <w:sz w:val="36"/>
          <w:szCs w:val="36"/>
          <w:rtl/>
          <w:lang w:bidi="dv-MV"/>
        </w:rPr>
        <w:t>.</w:t>
      </w:r>
      <w:r w:rsidR="003F450E" w:rsidRPr="003F450E">
        <w:rPr>
          <w:rtl/>
        </w:rPr>
        <w:t xml:space="preserve"> </w:t>
      </w:r>
      <w:r w:rsidR="003F450E" w:rsidRPr="00880196">
        <w:rPr>
          <w:rFonts w:ascii="MV Utheemu" w:hAnsi="MV Utheemu" w:cs="KFGQPC Uthman Taha Naskh"/>
          <w:bCs/>
          <w:color w:val="262626" w:themeColor="text1" w:themeTint="D9"/>
          <w:sz w:val="36"/>
          <w:szCs w:val="36"/>
          <w:rtl/>
        </w:rPr>
        <w:t>حِجَابٍ</w:t>
      </w:r>
      <w:r w:rsidR="003F450E" w:rsidRPr="00880196">
        <w:rPr>
          <w:rFonts w:ascii="MV Utheemu" w:hAnsi="MV Utheemu" w:cs="Times New Roman"/>
          <w:bCs/>
          <w:color w:val="262626" w:themeColor="text1" w:themeTint="D9"/>
          <w:sz w:val="36"/>
          <w:szCs w:val="36"/>
          <w:rtl/>
        </w:rPr>
        <w:t xml:space="preserve"> </w:t>
      </w:r>
      <w:r w:rsidR="003F450E" w:rsidRPr="003F450E">
        <w:rPr>
          <w:rFonts w:ascii="MV Utheemu" w:hAnsi="MV Utheemu" w:cs="Times New Roman"/>
          <w:color w:val="262626" w:themeColor="text1" w:themeTint="D9"/>
          <w:sz w:val="36"/>
          <w:szCs w:val="36"/>
          <w:rtl/>
        </w:rPr>
        <w:t>(</w:t>
      </w:r>
      <w:r w:rsidR="003F450E" w:rsidRPr="003F450E">
        <w:rPr>
          <w:rFonts w:ascii="MV Utheemu" w:hAnsi="MV Utheemu" w:cs="MV Utheemu" w:hint="cs"/>
          <w:color w:val="262626" w:themeColor="text1" w:themeTint="D9"/>
          <w:sz w:val="36"/>
          <w:szCs w:val="36"/>
          <w:rtl/>
          <w:lang w:bidi="dv-MV"/>
        </w:rPr>
        <w:t>ހިޖާބެއް</w:t>
      </w:r>
      <w:r w:rsidR="003F450E" w:rsidRPr="003F450E">
        <w:rPr>
          <w:rFonts w:ascii="MV Utheemu" w:hAnsi="MV Utheemu" w:cs="MV Utheemu"/>
          <w:color w:val="262626" w:themeColor="text1" w:themeTint="D9"/>
          <w:sz w:val="36"/>
          <w:szCs w:val="36"/>
          <w:rtl/>
          <w:lang w:bidi="dv-MV"/>
        </w:rPr>
        <w:t>/</w:t>
      </w:r>
      <w:r w:rsidR="003F450E" w:rsidRPr="003F450E">
        <w:rPr>
          <w:rFonts w:ascii="MV Utheemu" w:hAnsi="MV Utheemu" w:cs="MV Utheemu" w:hint="cs"/>
          <w:color w:val="262626" w:themeColor="text1" w:themeTint="D9"/>
          <w:sz w:val="36"/>
          <w:szCs w:val="36"/>
          <w:rtl/>
          <w:lang w:bidi="dv-MV"/>
        </w:rPr>
        <w:t>އައްޑަނައެއް</w:t>
      </w:r>
      <w:r w:rsidR="003F450E">
        <w:rPr>
          <w:rFonts w:ascii="MV Utheemu" w:hAnsi="MV Utheemu" w:cs="MV Utheemu" w:hint="cs"/>
          <w:color w:val="262626" w:themeColor="text1" w:themeTint="D9"/>
          <w:sz w:val="36"/>
          <w:szCs w:val="36"/>
          <w:rtl/>
          <w:lang w:bidi="dv-MV"/>
        </w:rPr>
        <w:t xml:space="preserve"> ނުވަތަ </w:t>
      </w:r>
      <w:r w:rsidR="003F450E" w:rsidRPr="003F450E">
        <w:rPr>
          <w:rFonts w:ascii="MV Utheemu" w:hAnsi="MV Utheemu" w:cs="MV Utheemu" w:hint="cs"/>
          <w:color w:val="262626" w:themeColor="text1" w:themeTint="D9"/>
          <w:sz w:val="36"/>
          <w:szCs w:val="36"/>
          <w:rtl/>
          <w:lang w:bidi="dv-MV"/>
        </w:rPr>
        <w:t>ނިވާފަތްގަނޑ</w:t>
      </w:r>
      <w:r w:rsidR="003F450E">
        <w:rPr>
          <w:rFonts w:ascii="MV Utheemu" w:hAnsi="MV Utheemu" w:cs="MV Utheemu" w:hint="cs"/>
          <w:color w:val="262626" w:themeColor="text1" w:themeTint="D9"/>
          <w:sz w:val="36"/>
          <w:szCs w:val="36"/>
          <w:rtl/>
          <w:lang w:bidi="dv-MV"/>
        </w:rPr>
        <w:t>ެއް ނުވަތަ މާސްކެއް</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ގެ</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ގޮތުގައި،</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ނުވަތަ</w:t>
      </w:r>
      <w:r w:rsidR="003F450E" w:rsidRPr="003F450E">
        <w:rPr>
          <w:rFonts w:ascii="MV Utheemu" w:hAnsi="MV Utheemu" w:cs="MV Utheemu"/>
          <w:color w:val="262626" w:themeColor="text1" w:themeTint="D9"/>
          <w:sz w:val="36"/>
          <w:szCs w:val="36"/>
          <w:rtl/>
          <w:lang w:bidi="dv-MV"/>
        </w:rPr>
        <w:t xml:space="preserve"> </w:t>
      </w:r>
      <w:r w:rsidR="003F450E" w:rsidRPr="00880196">
        <w:rPr>
          <w:rFonts w:ascii="MV Utheemu" w:hAnsi="MV Utheemu" w:cs="KFGQPC Uthman Taha Naskh"/>
          <w:b/>
          <w:bCs/>
          <w:color w:val="262626" w:themeColor="text1" w:themeTint="D9"/>
          <w:sz w:val="36"/>
          <w:szCs w:val="36"/>
          <w:rtl/>
        </w:rPr>
        <w:t>مُ</w:t>
      </w:r>
      <w:r w:rsidR="003F450E" w:rsidRPr="00880196">
        <w:rPr>
          <w:rFonts w:ascii="MV Utheemu" w:hAnsi="MV Utheemu" w:cs="KFGQPC Uthman Taha Naskh"/>
          <w:bCs/>
          <w:color w:val="262626" w:themeColor="text1" w:themeTint="D9"/>
          <w:sz w:val="36"/>
          <w:szCs w:val="36"/>
          <w:rtl/>
        </w:rPr>
        <w:t>عَلَّقٍ</w:t>
      </w:r>
      <w:r w:rsidR="003F450E" w:rsidRPr="003F450E">
        <w:rPr>
          <w:rFonts w:ascii="MV Utheemu" w:hAnsi="MV Utheemu" w:cs="Times New Roman"/>
          <w:color w:val="262626" w:themeColor="text1" w:themeTint="D9"/>
          <w:sz w:val="36"/>
          <w:szCs w:val="36"/>
          <w:rtl/>
        </w:rPr>
        <w:t xml:space="preserve"> (</w:t>
      </w:r>
      <w:r w:rsidR="003F450E" w:rsidRPr="003F450E">
        <w:rPr>
          <w:rFonts w:ascii="MV Utheemu" w:hAnsi="MV Utheemu" w:cs="MV Utheemu" w:hint="cs"/>
          <w:color w:val="262626" w:themeColor="text1" w:themeTint="D9"/>
          <w:sz w:val="36"/>
          <w:szCs w:val="36"/>
          <w:rtl/>
          <w:lang w:bidi="dv-MV"/>
        </w:rPr>
        <w:t>އެލުވޭ</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އެއްޗެއް</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ގެ</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ގޮތުގައި،</w:t>
      </w:r>
      <w:r w:rsidR="003F450E" w:rsidRPr="003F450E">
        <w:rPr>
          <w:rFonts w:ascii="MV Utheemu" w:hAnsi="MV Utheemu" w:cs="MV Utheemu"/>
          <w:color w:val="262626" w:themeColor="text1" w:themeTint="D9"/>
          <w:sz w:val="36"/>
          <w:szCs w:val="36"/>
          <w:rtl/>
          <w:lang w:bidi="dv-MV"/>
        </w:rPr>
        <w:t xml:space="preserve"> </w:t>
      </w:r>
      <w:r w:rsidR="003F450E" w:rsidRPr="003F450E">
        <w:rPr>
          <w:rFonts w:ascii="MV Utheemu" w:hAnsi="MV Utheemu" w:cs="MV Utheemu" w:hint="cs"/>
          <w:color w:val="262626" w:themeColor="text1" w:themeTint="D9"/>
          <w:sz w:val="36"/>
          <w:szCs w:val="36"/>
          <w:rtl/>
          <w:lang w:bidi="dv-MV"/>
        </w:rPr>
        <w:t>ނުވަތަ</w:t>
      </w:r>
      <w:r w:rsidR="003F450E" w:rsidRPr="003F450E">
        <w:rPr>
          <w:rFonts w:ascii="MV Utheemu" w:hAnsi="MV Utheemu" w:cs="MV Utheemu"/>
          <w:color w:val="262626" w:themeColor="text1" w:themeTint="D9"/>
          <w:sz w:val="36"/>
          <w:szCs w:val="36"/>
          <w:rtl/>
          <w:lang w:bidi="dv-MV"/>
        </w:rPr>
        <w:t xml:space="preserve"> </w:t>
      </w:r>
      <w:r w:rsidR="003F450E" w:rsidRPr="00880196">
        <w:rPr>
          <w:rFonts w:ascii="MV Utheemu" w:hAnsi="MV Utheemu" w:cs="KFGQPC Uthman Taha Naskh"/>
          <w:bCs/>
          <w:color w:val="262626" w:themeColor="text1" w:themeTint="D9"/>
          <w:sz w:val="36"/>
          <w:szCs w:val="36"/>
          <w:rtl/>
        </w:rPr>
        <w:t>مَكْتُوبٍ</w:t>
      </w:r>
      <w:r w:rsidR="003F450E" w:rsidRPr="003F450E">
        <w:rPr>
          <w:rFonts w:ascii="MV Utheemu" w:hAnsi="MV Utheemu" w:cs="Times New Roman"/>
          <w:color w:val="262626" w:themeColor="text1" w:themeTint="D9"/>
          <w:sz w:val="36"/>
          <w:szCs w:val="36"/>
          <w:rtl/>
        </w:rPr>
        <w:t xml:space="preserve"> (</w:t>
      </w:r>
      <w:r w:rsidR="003F450E" w:rsidRPr="003F450E">
        <w:rPr>
          <w:rFonts w:ascii="MV Utheemu" w:hAnsi="MV Utheemu" w:cs="MV Utheemu" w:hint="cs"/>
          <w:color w:val="262626" w:themeColor="text1" w:themeTint="D9"/>
          <w:sz w:val="36"/>
          <w:szCs w:val="36"/>
          <w:rtl/>
          <w:lang w:bidi="dv-MV"/>
        </w:rPr>
        <w:t>ލިޔުމެއް</w:t>
      </w:r>
      <w:r w:rsidR="003F450E" w:rsidRPr="003F450E">
        <w:rPr>
          <w:rFonts w:ascii="MV Utheemu" w:hAnsi="MV Utheemu" w:cs="MV Utheemu"/>
          <w:color w:val="262626" w:themeColor="text1" w:themeTint="D9"/>
          <w:sz w:val="36"/>
          <w:szCs w:val="36"/>
          <w:rtl/>
          <w:lang w:bidi="dv-MV"/>
        </w:rPr>
        <w:t xml:space="preserve">) </w:t>
      </w:r>
      <w:r w:rsidR="00E452A4">
        <w:rPr>
          <w:rFonts w:ascii="MV Utheemu" w:hAnsi="MV Utheemu" w:cs="MV Utheemu" w:hint="cs"/>
          <w:color w:val="262626" w:themeColor="text1" w:themeTint="D9"/>
          <w:sz w:val="36"/>
          <w:szCs w:val="36"/>
          <w:rtl/>
          <w:lang w:bidi="dv-MV"/>
        </w:rPr>
        <w:t>ފަދަ އެއްޗެއްސެވެ."</w:t>
      </w:r>
    </w:p>
    <w:p w14:paraId="207B0D0B" w14:textId="549FAD98" w:rsidR="00EC3A92" w:rsidRDefault="0092015B" w:rsidP="00CF329E">
      <w:pPr>
        <w:tabs>
          <w:tab w:val="right" w:pos="90"/>
        </w:tabs>
        <w:bidi/>
        <w:jc w:val="both"/>
        <w:rPr>
          <w:rFonts w:ascii="MV Utheemu" w:hAnsi="MV Utheemu" w:cs="MV Utheemu"/>
          <w:sz w:val="32"/>
          <w:szCs w:val="32"/>
          <w:rtl/>
          <w:lang w:bidi="dv-MV"/>
        </w:rPr>
      </w:pPr>
      <w:r>
        <w:rPr>
          <w:rFonts w:ascii="MV Utheemu" w:hAnsi="MV Utheemu" w:cs="MV Utheemu" w:hint="cs"/>
          <w:color w:val="262626" w:themeColor="text1" w:themeTint="D9"/>
          <w:sz w:val="36"/>
          <w:szCs w:val="36"/>
          <w:rtl/>
          <w:lang w:bidi="dv-MV"/>
        </w:rPr>
        <w:t xml:space="preserve">ފަހެ، </w:t>
      </w:r>
      <w:r w:rsidR="007A37B7" w:rsidRPr="00E843DF">
        <w:rPr>
          <w:rFonts w:ascii="MV Utheemu" w:hAnsi="MV Utheemu" w:cs="MV Utheemu" w:hint="cs"/>
          <w:color w:val="262626" w:themeColor="text1" w:themeTint="D9"/>
          <w:sz w:val="36"/>
          <w:szCs w:val="36"/>
          <w:rtl/>
          <w:lang w:bidi="dv-MV"/>
        </w:rPr>
        <w:t>ގެއްލު</w:t>
      </w:r>
      <w:r w:rsidR="001B524E">
        <w:rPr>
          <w:rFonts w:ascii="MV Utheemu" w:hAnsi="MV Utheemu" w:cs="MV Utheemu" w:hint="cs"/>
          <w:color w:val="262626" w:themeColor="text1" w:themeTint="D9"/>
          <w:sz w:val="36"/>
          <w:szCs w:val="36"/>
          <w:rtl/>
          <w:lang w:bidi="dv-MV"/>
        </w:rPr>
        <w:t>ން</w:t>
      </w:r>
      <w:r w:rsidR="007A37B7" w:rsidRPr="00E843DF">
        <w:rPr>
          <w:rFonts w:ascii="MV Utheemu" w:hAnsi="MV Utheemu" w:cs="MV Utheemu"/>
          <w:color w:val="262626" w:themeColor="text1" w:themeTint="D9"/>
          <w:sz w:val="36"/>
          <w:szCs w:val="36"/>
          <w:rtl/>
          <w:lang w:bidi="dv-MV"/>
        </w:rPr>
        <w:t xml:space="preserve"> </w:t>
      </w:r>
      <w:r w:rsidR="007A37B7">
        <w:rPr>
          <w:rFonts w:ascii="MV Utheemu" w:hAnsi="MV Utheemu" w:cs="MV Utheemu" w:hint="cs"/>
          <w:color w:val="262626" w:themeColor="text1" w:themeTint="D9"/>
          <w:sz w:val="36"/>
          <w:szCs w:val="36"/>
          <w:rtl/>
          <w:lang w:bidi="dv-MV"/>
        </w:rPr>
        <w:t xml:space="preserve">ދިފާޢުކުރުމަށް ނުވަތަ އުފުއްލުމަށް </w:t>
      </w:r>
      <w:r>
        <w:rPr>
          <w:rFonts w:ascii="MV Utheemu" w:hAnsi="MV Utheemu" w:cs="MV Utheemu" w:hint="cs"/>
          <w:color w:val="262626" w:themeColor="text1" w:themeTint="D9"/>
          <w:sz w:val="36"/>
          <w:szCs w:val="36"/>
          <w:rtl/>
          <w:lang w:bidi="dv-MV"/>
        </w:rPr>
        <w:t xml:space="preserve">ކިޔެވުމާއިމެދު ނަބިއްޔާ </w:t>
      </w:r>
      <w:r w:rsidR="009E1DE2" w:rsidRPr="00CF329E">
        <w:rPr>
          <w:rFonts w:ascii="MV Utheemu" w:hAnsi="MV Utheemu" w:cs="MV Utheemu"/>
          <w:color w:val="262626" w:themeColor="text1" w:themeTint="D9"/>
          <w:sz w:val="36"/>
          <w:szCs w:val="36"/>
          <w:lang w:bidi="dv-MV"/>
        </w:rPr>
        <w:t>(</w:t>
      </w:r>
      <w:r w:rsidR="009E1DE2" w:rsidRPr="00234FE9">
        <w:rPr>
          <w:rFonts w:ascii="Arabic Typesetting" w:hAnsi="Arabic Typesetting" w:cs="Arabic Typesetting"/>
          <w:color w:val="262626" w:themeColor="text1" w:themeTint="D9"/>
          <w:sz w:val="32"/>
          <w:szCs w:val="32"/>
        </w:rPr>
        <w:sym w:font="KFGQPC Arabic Symbols 01" w:char="F048"/>
      </w:r>
      <w:r w:rsidR="009E1DE2" w:rsidRPr="00CF329E">
        <w:rPr>
          <w:rFonts w:ascii="MV Utheemu" w:hAnsi="MV Utheemu" w:cs="MV Utheemu"/>
          <w:color w:val="262626" w:themeColor="text1" w:themeTint="D9"/>
          <w:sz w:val="36"/>
          <w:szCs w:val="36"/>
          <w:lang w:bidi="dv-MV"/>
        </w:rPr>
        <w:t>)</w:t>
      </w:r>
      <w:r w:rsidR="009E1DE2">
        <w:rPr>
          <w:rFonts w:ascii="Arabic Typesetting" w:hAnsi="Arabic Typesetting" w:cs="Arabic Typesetting"/>
          <w:color w:val="262626" w:themeColor="text1" w:themeTint="D9"/>
          <w:sz w:val="36"/>
          <w:szCs w:val="36"/>
        </w:rPr>
        <w:t xml:space="preserve"> </w:t>
      </w:r>
      <w:r w:rsidR="009E1DE2">
        <w:rPr>
          <w:rFonts w:ascii="Arabic Typesetting" w:hAnsi="Arabic Typesetting" w:cs="MV Boli"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އަށް އަމުރުކު</w:t>
      </w:r>
      <w:r w:rsidR="007A37B7">
        <w:rPr>
          <w:rFonts w:ascii="MV Utheemu" w:hAnsi="MV Utheemu" w:cs="MV Utheemu" w:hint="cs"/>
          <w:color w:val="262626" w:themeColor="text1" w:themeTint="D9"/>
          <w:sz w:val="36"/>
          <w:szCs w:val="36"/>
          <w:rtl/>
          <w:lang w:bidi="dv-MV"/>
        </w:rPr>
        <w:t>ރައްވައި</w:t>
      </w:r>
      <w:r w:rsidR="007D73B2">
        <w:rPr>
          <w:rFonts w:ascii="MV Utheemu" w:hAnsi="MV Utheemu" w:cs="MV Utheemu" w:hint="cs"/>
          <w:color w:val="262626" w:themeColor="text1" w:themeTint="D9"/>
          <w:sz w:val="36"/>
          <w:szCs w:val="36"/>
          <w:rtl/>
          <w:lang w:bidi="dv-MV"/>
        </w:rPr>
        <w:t xml:space="preserve"> </w:t>
      </w:r>
      <w:r w:rsidR="007A37B7">
        <w:rPr>
          <w:rFonts w:ascii="Arabic Typesetting" w:hAnsi="Arabic Typesetting" w:cs="Arabic Typesetting"/>
          <w:color w:val="262626" w:themeColor="text1" w:themeTint="D9"/>
          <w:sz w:val="36"/>
          <w:szCs w:val="36"/>
        </w:rPr>
        <w:sym w:font="KFGQPC Arabic Symbols 01" w:char="F025"/>
      </w:r>
      <w:r w:rsidR="007A37B7" w:rsidRPr="0092015B">
        <w:rPr>
          <w:rFonts w:ascii="Scheherazade New" w:hAnsi="Scheherazade New" w:cs="Scheherazade New"/>
          <w:color w:val="262626" w:themeColor="text1" w:themeTint="D9"/>
          <w:sz w:val="32"/>
          <w:szCs w:val="32"/>
          <w:rtl/>
        </w:rPr>
        <w:t xml:space="preserve"> </w:t>
      </w:r>
      <w:r w:rsidR="007A37B7">
        <w:rPr>
          <w:rFonts w:ascii="Scheherazade New" w:hAnsi="Scheherazade New" w:cs="Scheherazade New"/>
          <w:color w:val="262626" w:themeColor="text1" w:themeTint="D9"/>
          <w:sz w:val="32"/>
          <w:szCs w:val="32"/>
        </w:rPr>
        <w:sym w:font="KFGQPC Arabic Symbols 01" w:char="F045"/>
      </w:r>
      <w:r w:rsidR="007A37B7">
        <w:rPr>
          <w:rFonts w:ascii="Scheherazade New" w:hAnsi="Scheherazade New" w:cs="Scheherazade New"/>
          <w:color w:val="262626" w:themeColor="text1" w:themeTint="D9"/>
          <w:sz w:val="32"/>
          <w:szCs w:val="32"/>
        </w:rPr>
        <w:t xml:space="preserve"> </w:t>
      </w:r>
      <w:r w:rsidR="007A37B7">
        <w:rPr>
          <w:rFonts w:ascii="MV Utheemu" w:hAnsi="MV Utheemu" w:cs="MV Utheemu" w:hint="cs"/>
          <w:color w:val="262626" w:themeColor="text1" w:themeTint="D9"/>
          <w:sz w:val="36"/>
          <w:szCs w:val="36"/>
          <w:rtl/>
          <w:lang w:bidi="dv-MV"/>
        </w:rPr>
        <w:t xml:space="preserve"> ވަޙީކުރެއްވިއެވެ. </w:t>
      </w:r>
      <w:r w:rsidR="003F450E" w:rsidRPr="003F450E">
        <w:rPr>
          <w:rFonts w:ascii="Scheherazade New" w:hAnsi="Scheherazade New" w:cs="Scheherazade New"/>
          <w:b/>
          <w:bCs/>
          <w:color w:val="262626" w:themeColor="text1" w:themeTint="D9"/>
          <w:sz w:val="32"/>
          <w:szCs w:val="32"/>
          <w:rtl/>
        </w:rPr>
        <w:t xml:space="preserve">﴿قُلْ </w:t>
      </w:r>
      <w:r w:rsidR="003F450E" w:rsidRPr="008622A3">
        <w:rPr>
          <w:rFonts w:ascii="Scheherazade New" w:hAnsi="Scheherazade New" w:cs="Scheherazade New"/>
          <w:b/>
          <w:bCs/>
          <w:color w:val="262626" w:themeColor="text1" w:themeTint="D9"/>
          <w:sz w:val="32"/>
          <w:szCs w:val="32"/>
          <w:u w:val="single"/>
          <w:rtl/>
        </w:rPr>
        <w:t>أَعُوذُ</w:t>
      </w:r>
      <w:r w:rsidR="003F450E" w:rsidRPr="008622A3">
        <w:rPr>
          <w:rFonts w:ascii="Scheherazade New" w:hAnsi="Scheherazade New" w:cs="Scheherazade New"/>
          <w:b/>
          <w:bCs/>
          <w:color w:val="262626" w:themeColor="text1" w:themeTint="D9"/>
          <w:sz w:val="32"/>
          <w:szCs w:val="32"/>
          <w:rtl/>
        </w:rPr>
        <w:t xml:space="preserve"> </w:t>
      </w:r>
      <w:r w:rsidR="003F450E" w:rsidRPr="003F450E">
        <w:rPr>
          <w:rFonts w:ascii="Scheherazade New" w:hAnsi="Scheherazade New" w:cs="Scheherazade New"/>
          <w:b/>
          <w:bCs/>
          <w:color w:val="262626" w:themeColor="text1" w:themeTint="D9"/>
          <w:sz w:val="32"/>
          <w:szCs w:val="32"/>
          <w:rtl/>
        </w:rPr>
        <w:t>بِرَبِّ الْفَلَقِ ۝ مِنْ شَرِّ مَا خَلَقَ</w:t>
      </w:r>
      <w:r w:rsidR="003F450E" w:rsidRPr="003F450E">
        <w:rPr>
          <w:rFonts w:ascii="Scheherazade New" w:hAnsi="Scheherazade New" w:cs="Scheherazade New" w:hint="cs"/>
          <w:b/>
          <w:bCs/>
          <w:color w:val="262626" w:themeColor="text1" w:themeTint="D9"/>
          <w:sz w:val="32"/>
          <w:szCs w:val="32"/>
          <w:rtl/>
        </w:rPr>
        <w:t xml:space="preserve"> </w:t>
      </w:r>
      <w:r w:rsidR="003F450E" w:rsidRPr="003F450E">
        <w:rPr>
          <w:rFonts w:ascii="Scheherazade New" w:hAnsi="Scheherazade New" w:cs="Scheherazade New"/>
          <w:b/>
          <w:bCs/>
          <w:color w:val="262626" w:themeColor="text1" w:themeTint="D9"/>
          <w:sz w:val="32"/>
          <w:szCs w:val="32"/>
          <w:rtl/>
        </w:rPr>
        <w:t>۝</w:t>
      </w:r>
      <w:r w:rsidR="003F450E" w:rsidRPr="003F450E">
        <w:rPr>
          <w:rFonts w:ascii="Scheherazade New" w:hAnsi="Scheherazade New" w:cs="MV Boli" w:hint="cs"/>
          <w:b/>
          <w:bCs/>
          <w:color w:val="262626" w:themeColor="text1" w:themeTint="D9"/>
          <w:sz w:val="32"/>
          <w:szCs w:val="32"/>
          <w:rtl/>
          <w:lang w:bidi="dv-MV"/>
        </w:rPr>
        <w:t xml:space="preserve"> </w:t>
      </w:r>
      <w:r w:rsidR="003F450E" w:rsidRPr="003F450E">
        <w:rPr>
          <w:rFonts w:ascii="Scheherazade New" w:hAnsi="Scheherazade New" w:cs="Scheherazade New"/>
          <w:b/>
          <w:bCs/>
          <w:color w:val="262626" w:themeColor="text1" w:themeTint="D9"/>
          <w:sz w:val="32"/>
          <w:szCs w:val="32"/>
          <w:rtl/>
        </w:rPr>
        <w:t xml:space="preserve">وَمِنْ </w:t>
      </w:r>
      <w:r w:rsidR="003F450E" w:rsidRPr="008622A3">
        <w:rPr>
          <w:rFonts w:ascii="Scheherazade New" w:hAnsi="Scheherazade New" w:cs="Scheherazade New"/>
          <w:b/>
          <w:bCs/>
          <w:color w:val="262626" w:themeColor="text1" w:themeTint="D9"/>
          <w:sz w:val="32"/>
          <w:szCs w:val="32"/>
          <w:u w:val="single"/>
          <w:rtl/>
        </w:rPr>
        <w:t xml:space="preserve">شَرِّ </w:t>
      </w:r>
      <w:r w:rsidR="003F450E" w:rsidRPr="003F450E">
        <w:rPr>
          <w:rFonts w:ascii="Scheherazade New" w:hAnsi="Scheherazade New" w:cs="Scheherazade New"/>
          <w:b/>
          <w:bCs/>
          <w:color w:val="262626" w:themeColor="text1" w:themeTint="D9"/>
          <w:sz w:val="32"/>
          <w:szCs w:val="32"/>
          <w:rtl/>
        </w:rPr>
        <w:t>النَّفَّاثَاتِ فِي الْعُقَدِ﴾</w:t>
      </w:r>
      <w:r w:rsidR="003F450E" w:rsidRPr="003F450E">
        <w:rPr>
          <w:rFonts w:ascii="Scheherazade New" w:hAnsi="Scheherazade New" w:cs="Scheherazade New"/>
          <w:color w:val="262626" w:themeColor="text1" w:themeTint="D9"/>
          <w:sz w:val="32"/>
          <w:szCs w:val="32"/>
          <w:rtl/>
        </w:rPr>
        <w:t xml:space="preserve"> </w:t>
      </w:r>
      <w:r w:rsidR="003F450E" w:rsidRPr="003F450E">
        <w:rPr>
          <w:rFonts w:ascii="Arial" w:hAnsi="Arial" w:cs="MV Boli" w:hint="cs"/>
          <w:color w:val="262626" w:themeColor="text1" w:themeTint="D9"/>
          <w:sz w:val="32"/>
          <w:szCs w:val="32"/>
          <w:rtl/>
          <w:lang w:bidi="dv-MV"/>
        </w:rPr>
        <w:t xml:space="preserve"> </w:t>
      </w:r>
      <w:r w:rsidR="003F450E" w:rsidRPr="000F735A">
        <w:rPr>
          <w:rFonts w:ascii="Scheherazade New" w:hAnsi="Scheherazade New" w:cs="Scheherazade New"/>
          <w:szCs w:val="24"/>
          <w:rtl/>
        </w:rPr>
        <w:t>[</w:t>
      </w:r>
      <w:r w:rsidR="003F450E" w:rsidRPr="003F450E">
        <w:rPr>
          <w:rFonts w:ascii="Scheherazade New" w:hAnsi="Scheherazade New" w:cs="Scheherazade New"/>
          <w:szCs w:val="24"/>
          <w:rtl/>
        </w:rPr>
        <w:t>الفلق: 1–4</w:t>
      </w:r>
      <w:r w:rsidR="003F450E" w:rsidRPr="000F735A">
        <w:rPr>
          <w:rFonts w:ascii="Scheherazade New" w:hAnsi="Scheherazade New" w:cs="Scheherazade New"/>
          <w:szCs w:val="24"/>
          <w:rtl/>
        </w:rPr>
        <w:t xml:space="preserve">] </w:t>
      </w:r>
      <w:r w:rsidR="00BA0C11" w:rsidRPr="002F4CCB">
        <w:rPr>
          <w:rFonts w:ascii="MV Utheemu" w:hAnsi="MV Utheemu" w:cs="MV Utheemu" w:hint="cs"/>
          <w:sz w:val="36"/>
          <w:szCs w:val="36"/>
          <w:rtl/>
          <w:lang w:bidi="dv-MV"/>
        </w:rPr>
        <w:t>"</w:t>
      </w:r>
      <w:r w:rsidR="00BA0C11">
        <w:rPr>
          <w:rFonts w:ascii="MV Utheemu" w:hAnsi="MV Utheemu" w:cs="MV Utheemu" w:hint="cs"/>
          <w:sz w:val="36"/>
          <w:szCs w:val="36"/>
          <w:rtl/>
          <w:lang w:bidi="dv-MV"/>
        </w:rPr>
        <w:t xml:space="preserve">(މިފަދައިން) </w:t>
      </w:r>
      <w:r w:rsidR="00E1581D" w:rsidRPr="002F4CCB">
        <w:rPr>
          <w:rFonts w:ascii="MV Utheemu" w:hAnsi="MV Utheemu" w:cs="MV Utheemu" w:hint="cs"/>
          <w:sz w:val="36"/>
          <w:szCs w:val="36"/>
          <w:rtl/>
          <w:lang w:bidi="dv-MV"/>
        </w:rPr>
        <w:t>ކަލޭގެފާނު</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ވިދާޅުވާށެވެ</w:t>
      </w:r>
      <w:r w:rsidR="00E1581D" w:rsidRPr="002F4CCB">
        <w:rPr>
          <w:rFonts w:ascii="MV Utheemu" w:hAnsi="MV Utheemu" w:cs="MV Utheemu"/>
          <w:sz w:val="36"/>
          <w:szCs w:val="36"/>
          <w:rtl/>
          <w:lang w:bidi="dv-MV"/>
        </w:rPr>
        <w:t>!</w:t>
      </w:r>
      <w:r w:rsidR="00E1581D" w:rsidRPr="002F4CCB">
        <w:rPr>
          <w:rFonts w:ascii="MV Utheemu" w:hAnsi="MV Utheemu" w:cs="MV Utheemu"/>
          <w:sz w:val="36"/>
          <w:szCs w:val="36"/>
          <w:lang w:bidi="dv-MV"/>
        </w:rPr>
        <w:t xml:space="preserve"> </w:t>
      </w:r>
      <w:r w:rsidR="00E1581D" w:rsidRPr="002F4CCB">
        <w:rPr>
          <w:rFonts w:ascii="MV Utheemu" w:hAnsi="MV Utheemu" w:cs="MV Utheemu" w:hint="cs"/>
          <w:sz w:val="36"/>
          <w:szCs w:val="36"/>
          <w:rtl/>
          <w:lang w:bidi="dv-MV"/>
        </w:rPr>
        <w:t>ފަތިހުގެވެރި</w:t>
      </w:r>
      <w:r w:rsidR="00E1581D" w:rsidRPr="002F4CCB">
        <w:rPr>
          <w:rFonts w:ascii="MV Utheemu" w:hAnsi="MV Utheemu" w:cs="MV Utheemu"/>
          <w:sz w:val="36"/>
          <w:szCs w:val="36"/>
          <w:rtl/>
          <w:lang w:bidi="dv-MV"/>
        </w:rPr>
        <w:t xml:space="preserve"> </w:t>
      </w:r>
      <w:r w:rsidR="00E1581D" w:rsidRPr="00CF329E">
        <w:rPr>
          <w:rFonts w:ascii="MV Utheemu" w:hAnsi="MV Utheemu" w:cs="KFGQPC Uthman Taha Naskh"/>
          <w:b/>
          <w:bCs/>
          <w:sz w:val="36"/>
          <w:szCs w:val="36"/>
          <w:rtl/>
        </w:rPr>
        <w:t>رَبُّ</w:t>
      </w:r>
      <w:r w:rsidR="00E1581D" w:rsidRPr="002F4CCB">
        <w:rPr>
          <w:rFonts w:ascii="MV Utheemu" w:hAnsi="MV Utheemu" w:cs="KFGQPC Uthman Taha Naskh"/>
          <w:sz w:val="36"/>
          <w:szCs w:val="36"/>
          <w:rtl/>
        </w:rPr>
        <w:t xml:space="preserve"> </w:t>
      </w:r>
      <w:r w:rsidR="00E1581D" w:rsidRPr="002F4CCB">
        <w:rPr>
          <w:rFonts w:ascii="MV Utheemu" w:hAnsi="MV Utheemu" w:cs="MV Utheemu" w:hint="cs"/>
          <w:sz w:val="36"/>
          <w:szCs w:val="36"/>
          <w:rtl/>
          <w:lang w:bidi="dv-MV"/>
        </w:rPr>
        <w:t>ގެ</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ޙަޟްރަތުން</w:t>
      </w:r>
      <w:r w:rsidR="00E1581D" w:rsidRPr="002F4CCB">
        <w:rPr>
          <w:rFonts w:ascii="MV Utheemu" w:hAnsi="MV Utheemu" w:cs="MV Utheemu"/>
          <w:sz w:val="36"/>
          <w:szCs w:val="36"/>
          <w:lang w:bidi="dv-MV"/>
        </w:rPr>
        <w:t xml:space="preserve"> </w:t>
      </w:r>
      <w:r w:rsidR="00E1581D" w:rsidRPr="002F4CCB">
        <w:rPr>
          <w:rFonts w:ascii="MV Utheemu" w:hAnsi="MV Utheemu" w:cs="MV Utheemu" w:hint="cs"/>
          <w:sz w:val="36"/>
          <w:szCs w:val="36"/>
          <w:rtl/>
          <w:lang w:bidi="dv-MV"/>
        </w:rPr>
        <w:t>އަހުރެން</w:t>
      </w:r>
      <w:r w:rsidR="00E1581D" w:rsidRPr="002F4CCB">
        <w:rPr>
          <w:rFonts w:ascii="MV Utheemu" w:hAnsi="MV Utheemu" w:cs="MV Utheemu"/>
          <w:sz w:val="36"/>
          <w:szCs w:val="36"/>
          <w:rtl/>
          <w:lang w:bidi="dv-MV"/>
        </w:rPr>
        <w:t xml:space="preserve"> </w:t>
      </w:r>
      <w:r w:rsidR="00E1581D" w:rsidRPr="008622A3">
        <w:rPr>
          <w:rFonts w:ascii="MV Utheemu" w:hAnsi="MV Utheemu" w:cs="MV Utheemu" w:hint="cs"/>
          <w:b/>
          <w:bCs/>
          <w:sz w:val="36"/>
          <w:szCs w:val="36"/>
          <w:rtl/>
          <w:lang w:bidi="dv-MV"/>
        </w:rPr>
        <w:t>ރައްކާތެރިކަން</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ލިބިގަންނަނަށް އެދެމެވެ.</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އެއީ</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އެކަލާނގެ</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ހެއްދެވި</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ތަކެތީގެ</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ނުބައިކަމުންނެވެ</w:t>
      </w:r>
      <w:r w:rsidR="00E1581D" w:rsidRPr="002F4CCB">
        <w:rPr>
          <w:rFonts w:ascii="MV Utheemu" w:hAnsi="MV Utheemu" w:cs="MV Utheemu"/>
          <w:sz w:val="36"/>
          <w:szCs w:val="36"/>
          <w:rtl/>
          <w:lang w:bidi="dv-MV"/>
        </w:rPr>
        <w:t>.</w:t>
      </w:r>
      <w:r w:rsidR="00E1581D" w:rsidRPr="002F4CCB">
        <w:rPr>
          <w:rFonts w:ascii="MV Utheemu" w:hAnsi="MV Utheemu" w:cs="MV Utheemu"/>
          <w:sz w:val="36"/>
          <w:szCs w:val="36"/>
          <w:lang w:bidi="dv-MV"/>
        </w:rPr>
        <w:t xml:space="preserve"> </w:t>
      </w:r>
      <w:r w:rsidR="00E1581D" w:rsidRPr="002F4CCB">
        <w:rPr>
          <w:rFonts w:ascii="MV Utheemu" w:hAnsi="MV Utheemu" w:cs="MV Utheemu" w:hint="cs"/>
          <w:sz w:val="36"/>
          <w:szCs w:val="36"/>
          <w:rtl/>
          <w:lang w:bidi="dv-MV"/>
        </w:rPr>
        <w:t>އަދި</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ރޭގަނޑުގެ</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އަނދިރިކަން</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އައިސް</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އަނދިރިކަން</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ފެތުރިގަނެއްޖެއްޔާ</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w:t>
      </w:r>
      <w:r w:rsidR="00E1581D" w:rsidRPr="002F4CCB">
        <w:rPr>
          <w:rFonts w:ascii="MV Utheemu" w:hAnsi="MV Utheemu" w:cs="MV Utheemu"/>
          <w:sz w:val="36"/>
          <w:szCs w:val="36"/>
          <w:lang w:bidi="dv-MV"/>
        </w:rPr>
        <w:t xml:space="preserve"> </w:t>
      </w:r>
      <w:r w:rsidR="00E1581D" w:rsidRPr="002F4CCB">
        <w:rPr>
          <w:rFonts w:ascii="MV Utheemu" w:hAnsi="MV Utheemu" w:cs="MV Utheemu" w:hint="cs"/>
          <w:sz w:val="36"/>
          <w:szCs w:val="36"/>
          <w:rtl/>
          <w:lang w:bidi="dv-MV"/>
        </w:rPr>
        <w:t>އަނދިރިކަމުންވެސް</w:t>
      </w:r>
      <w:r w:rsidR="00E1581D" w:rsidRPr="002F4CCB">
        <w:rPr>
          <w:rFonts w:ascii="MV Utheemu" w:hAnsi="MV Utheemu" w:cs="MV Utheemu"/>
          <w:sz w:val="36"/>
          <w:szCs w:val="36"/>
          <w:lang w:bidi="dv-MV"/>
        </w:rPr>
        <w:t xml:space="preserve"> </w:t>
      </w:r>
      <w:r w:rsidR="00E1581D" w:rsidRPr="002F4CCB">
        <w:rPr>
          <w:rFonts w:ascii="MV Utheemu" w:hAnsi="MV Utheemu" w:cs="MV Utheemu" w:hint="cs"/>
          <w:sz w:val="36"/>
          <w:szCs w:val="36"/>
          <w:rtl/>
          <w:lang w:bidi="dv-MV"/>
        </w:rPr>
        <w:t>ރައްކާތެރިވުން އެދެމެވެ</w:t>
      </w:r>
      <w:r w:rsidR="00E1581D" w:rsidRPr="002F4CCB">
        <w:rPr>
          <w:rFonts w:ascii="MV Utheemu" w:hAnsi="MV Utheemu" w:cs="MV Utheemu"/>
          <w:sz w:val="36"/>
          <w:szCs w:val="36"/>
          <w:rtl/>
          <w:lang w:bidi="dv-MV"/>
        </w:rPr>
        <w:t>.</w:t>
      </w:r>
      <w:r w:rsidR="00E1581D" w:rsidRPr="002F4CCB">
        <w:rPr>
          <w:rFonts w:cs="MV Boli" w:hint="cs"/>
          <w:sz w:val="36"/>
          <w:szCs w:val="36"/>
          <w:rtl/>
          <w:lang w:bidi="dv-MV"/>
        </w:rPr>
        <w:t xml:space="preserve"> </w:t>
      </w:r>
      <w:r w:rsidR="00E1581D" w:rsidRPr="002F4CCB">
        <w:rPr>
          <w:rFonts w:ascii="MV Utheemu" w:hAnsi="MV Utheemu" w:cs="MV Utheemu" w:hint="cs"/>
          <w:sz w:val="36"/>
          <w:szCs w:val="36"/>
          <w:rtl/>
          <w:lang w:bidi="dv-MV"/>
        </w:rPr>
        <w:t>އަދި</w:t>
      </w:r>
      <w:r w:rsidR="00E1581D" w:rsidRPr="002F4CCB">
        <w:rPr>
          <w:rFonts w:ascii="MV Utheemu" w:hAnsi="MV Utheemu" w:cs="MV Utheemu"/>
          <w:sz w:val="36"/>
          <w:szCs w:val="36"/>
          <w:rtl/>
          <w:lang w:bidi="dv-MV"/>
        </w:rPr>
        <w:t xml:space="preserve"> </w:t>
      </w:r>
      <w:r w:rsidR="00E1581D" w:rsidRPr="00CF329E">
        <w:rPr>
          <w:rFonts w:ascii="MV Utheemu" w:hAnsi="MV Utheemu" w:cs="KFGQPC Uthman Taha Naskh"/>
          <w:b/>
          <w:bCs/>
          <w:sz w:val="36"/>
          <w:szCs w:val="36"/>
          <w:rtl/>
        </w:rPr>
        <w:t>سِحْر</w:t>
      </w:r>
      <w:r w:rsidR="00E1581D" w:rsidRPr="002F4CCB">
        <w:rPr>
          <w:rFonts w:ascii="MV Utheemu" w:hAnsi="MV Utheemu" w:cs="Times New Roman"/>
          <w:sz w:val="36"/>
          <w:szCs w:val="36"/>
          <w:rtl/>
        </w:rPr>
        <w:t xml:space="preserve"> </w:t>
      </w:r>
      <w:r w:rsidR="00E1581D" w:rsidRPr="002F4CCB">
        <w:rPr>
          <w:rFonts w:ascii="MV Utheemu" w:hAnsi="MV Utheemu" w:cs="MV Utheemu" w:hint="cs"/>
          <w:sz w:val="36"/>
          <w:szCs w:val="36"/>
          <w:rtl/>
          <w:lang w:bidi="dv-MV"/>
        </w:rPr>
        <w:t>ހަދާފައި</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ގޮށްޖަހައި</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އެގޮށަށް</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ފުމޭ</w:t>
      </w:r>
      <w:r w:rsidR="00E1581D" w:rsidRPr="002F4CCB">
        <w:rPr>
          <w:rFonts w:ascii="MV Utheemu" w:hAnsi="MV Utheemu" w:cs="MV Utheemu"/>
          <w:sz w:val="36"/>
          <w:szCs w:val="36"/>
          <w:rtl/>
          <w:lang w:bidi="dv-MV"/>
        </w:rPr>
        <w:t xml:space="preserve"> </w:t>
      </w:r>
      <w:r w:rsidR="00E1581D" w:rsidRPr="002F4CCB">
        <w:rPr>
          <w:rFonts w:ascii="MV Utheemu" w:hAnsi="MV Utheemu" w:cs="MV Utheemu" w:hint="cs"/>
          <w:sz w:val="36"/>
          <w:szCs w:val="36"/>
          <w:rtl/>
          <w:lang w:bidi="dv-MV"/>
        </w:rPr>
        <w:t>އަންހެނުންގެ</w:t>
      </w:r>
      <w:r w:rsidR="00E1581D" w:rsidRPr="002F4CCB">
        <w:rPr>
          <w:rFonts w:ascii="MV Utheemu" w:hAnsi="MV Utheemu" w:cs="MV Utheemu"/>
          <w:sz w:val="36"/>
          <w:szCs w:val="36"/>
          <w:rtl/>
          <w:lang w:bidi="dv-MV"/>
        </w:rPr>
        <w:t xml:space="preserve"> </w:t>
      </w:r>
      <w:r w:rsidR="00E1581D" w:rsidRPr="008622A3">
        <w:rPr>
          <w:rFonts w:ascii="MV Utheemu" w:hAnsi="MV Utheemu" w:cs="MV Utheemu" w:hint="cs"/>
          <w:b/>
          <w:bCs/>
          <w:sz w:val="36"/>
          <w:szCs w:val="36"/>
          <w:rtl/>
          <w:lang w:bidi="dv-MV"/>
        </w:rPr>
        <w:t>ނުބައި</w:t>
      </w:r>
      <w:r w:rsidR="00E1581D" w:rsidRPr="008622A3">
        <w:rPr>
          <w:rFonts w:ascii="MV Utheemu" w:hAnsi="MV Utheemu" w:cs="MV Utheemu"/>
          <w:b/>
          <w:bCs/>
          <w:sz w:val="36"/>
          <w:szCs w:val="36"/>
          <w:rtl/>
          <w:lang w:bidi="dv-MV"/>
        </w:rPr>
        <w:t xml:space="preserve"> </w:t>
      </w:r>
      <w:r w:rsidR="00E1581D" w:rsidRPr="008622A3">
        <w:rPr>
          <w:rFonts w:ascii="MV Utheemu" w:hAnsi="MV Utheemu" w:cs="MV Utheemu" w:hint="cs"/>
          <w:b/>
          <w:bCs/>
          <w:sz w:val="36"/>
          <w:szCs w:val="36"/>
          <w:rtl/>
          <w:lang w:bidi="dv-MV"/>
        </w:rPr>
        <w:t>ކަމުންވެސް</w:t>
      </w:r>
      <w:r w:rsidR="00E1581D" w:rsidRPr="002F4CCB">
        <w:rPr>
          <w:rFonts w:ascii="MV Utheemu" w:hAnsi="MV Utheemu" w:cs="MV Utheemu" w:hint="cs"/>
          <w:sz w:val="36"/>
          <w:szCs w:val="36"/>
          <w:rtl/>
          <w:lang w:bidi="dv-MV"/>
        </w:rPr>
        <w:t xml:space="preserve"> ރައްކާތެރިވުން އެދެމެވެ</w:t>
      </w:r>
      <w:r w:rsidR="00E1581D" w:rsidRPr="002F4CCB">
        <w:rPr>
          <w:rFonts w:ascii="MV Utheemu" w:hAnsi="MV Utheemu" w:cs="MV Utheemu"/>
          <w:sz w:val="36"/>
          <w:szCs w:val="36"/>
          <w:rtl/>
          <w:lang w:bidi="dv-MV"/>
        </w:rPr>
        <w:t>.</w:t>
      </w:r>
      <w:r w:rsidR="003F450E" w:rsidRPr="002F4CCB">
        <w:rPr>
          <w:rFonts w:ascii="MV Utheemu" w:hAnsi="MV Utheemu" w:cs="MV Utheemu" w:hint="cs"/>
          <w:sz w:val="36"/>
          <w:szCs w:val="36"/>
          <w:rtl/>
          <w:lang w:bidi="dv-MV"/>
        </w:rPr>
        <w:t>"</w:t>
      </w:r>
    </w:p>
    <w:p w14:paraId="1C937FB3" w14:textId="280EA569" w:rsidR="00EC3A92" w:rsidRPr="00EC3A92" w:rsidRDefault="00EC3A92" w:rsidP="00CF329E">
      <w:pPr>
        <w:tabs>
          <w:tab w:val="right" w:pos="90"/>
        </w:tabs>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lastRenderedPageBreak/>
        <w:t xml:space="preserve">އާޔަތުގައިވާ </w:t>
      </w:r>
      <w:r w:rsidRPr="00BA0C11">
        <w:rPr>
          <w:rFonts w:ascii="Arial" w:hAnsi="Arial" w:cs="KFGQPC Uthman Taha Naskh"/>
          <w:b/>
          <w:bCs/>
          <w:color w:val="262626" w:themeColor="text1" w:themeTint="D9"/>
          <w:sz w:val="36"/>
          <w:szCs w:val="36"/>
          <w:rtl/>
        </w:rPr>
        <w:t>شَرِّ</w:t>
      </w:r>
      <w:r w:rsidRPr="00E1581D">
        <w:rPr>
          <w:rFonts w:ascii="Arial" w:hAnsi="Arial" w:cs="KFGQPC Uthman Taha Naskh"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ނުބައިކަން އެއީ </w:t>
      </w:r>
      <w:r w:rsidRPr="00CF329E">
        <w:rPr>
          <w:rFonts w:ascii="MV Utheemu" w:hAnsi="MV Utheemu" w:cs="KFGQPC Uthman Taha Naskh"/>
          <w:b/>
          <w:bCs/>
          <w:color w:val="262626" w:themeColor="text1" w:themeTint="D9"/>
          <w:sz w:val="36"/>
          <w:szCs w:val="36"/>
          <w:rtl/>
        </w:rPr>
        <w:t>الأَذَى</w:t>
      </w:r>
      <w:r>
        <w:rPr>
          <w:rFonts w:ascii="MV Utheemu" w:hAnsi="MV Utheemu" w:cs="MV Boli" w:hint="cs"/>
          <w:color w:val="262626" w:themeColor="text1" w:themeTint="D9"/>
          <w:sz w:val="36"/>
          <w:szCs w:val="36"/>
          <w:rtl/>
          <w:lang w:bidi="dv-MV"/>
        </w:rPr>
        <w:t xml:space="preserve"> </w:t>
      </w:r>
      <w:r w:rsidRPr="00E1581D">
        <w:rPr>
          <w:rFonts w:ascii="MV Utheemu" w:hAnsi="MV Utheemu" w:cs="MV Utheemu" w:hint="cs"/>
          <w:color w:val="262626" w:themeColor="text1" w:themeTint="D9"/>
          <w:sz w:val="36"/>
          <w:szCs w:val="36"/>
          <w:rtl/>
          <w:lang w:bidi="dv-MV"/>
        </w:rPr>
        <w:t>އުނދަގޫ</w:t>
      </w:r>
      <w:r w:rsidRPr="00E1581D">
        <w:rPr>
          <w:rFonts w:ascii="MV Utheemu" w:hAnsi="MV Utheemu" w:cs="MV Utheemu"/>
          <w:color w:val="262626" w:themeColor="text1" w:themeTint="D9"/>
          <w:sz w:val="36"/>
          <w:szCs w:val="36"/>
          <w:rtl/>
          <w:lang w:bidi="dv-MV"/>
        </w:rPr>
        <w:t xml:space="preserve"> </w:t>
      </w:r>
      <w:r w:rsidRPr="00E1581D">
        <w:rPr>
          <w:rFonts w:ascii="MV Utheemu" w:hAnsi="MV Utheemu" w:cs="MV Utheemu" w:hint="cs"/>
          <w:color w:val="262626" w:themeColor="text1" w:themeTint="D9"/>
          <w:sz w:val="36"/>
          <w:szCs w:val="36"/>
          <w:rtl/>
          <w:lang w:bidi="dv-MV"/>
        </w:rPr>
        <w:t>ނުވަތަ</w:t>
      </w:r>
      <w:r w:rsidRPr="00E1581D">
        <w:rPr>
          <w:rFonts w:ascii="MV Utheemu" w:hAnsi="MV Utheemu" w:cs="MV Utheemu"/>
          <w:color w:val="262626" w:themeColor="text1" w:themeTint="D9"/>
          <w:sz w:val="36"/>
          <w:szCs w:val="36"/>
          <w:rtl/>
          <w:lang w:bidi="dv-MV"/>
        </w:rPr>
        <w:t xml:space="preserve"> </w:t>
      </w:r>
      <w:r w:rsidRPr="00E1581D">
        <w:rPr>
          <w:rFonts w:ascii="MV Utheemu" w:hAnsi="MV Utheemu" w:cs="MV Utheemu" w:hint="cs"/>
          <w:color w:val="262626" w:themeColor="text1" w:themeTint="D9"/>
          <w:sz w:val="36"/>
          <w:szCs w:val="36"/>
          <w:rtl/>
          <w:lang w:bidi="dv-MV"/>
        </w:rPr>
        <w:t>ގެއްލު</w:t>
      </w:r>
      <w:r>
        <w:rPr>
          <w:rFonts w:ascii="MV Utheemu" w:hAnsi="MV Utheemu" w:cs="MV Utheemu" w:hint="cs"/>
          <w:color w:val="262626" w:themeColor="text1" w:themeTint="D9"/>
          <w:sz w:val="36"/>
          <w:szCs w:val="36"/>
          <w:rtl/>
          <w:lang w:bidi="dv-MV"/>
        </w:rPr>
        <w:t>މެވެ.</w:t>
      </w:r>
      <w:r w:rsidRPr="004016F3">
        <w:rPr>
          <w:rFonts w:cs="MV Boli" w:hint="cs"/>
          <w:rtl/>
          <w:lang w:bidi="dv-MV"/>
        </w:rPr>
        <w:t xml:space="preserve"> </w:t>
      </w:r>
      <w:r w:rsidRPr="004016F3">
        <w:rPr>
          <w:rFonts w:ascii="MV Utheemu" w:hAnsi="MV Utheemu" w:cs="MV Utheemu" w:hint="cs"/>
          <w:color w:val="262626" w:themeColor="text1" w:themeTint="D9"/>
          <w:sz w:val="36"/>
          <w:szCs w:val="36"/>
          <w:rtl/>
          <w:lang w:bidi="dv-MV"/>
        </w:rPr>
        <w:t>ސޫރަތުލް</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ފަލަޤް</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އަދި</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ސޫރަތުއް</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ނާޞްއަށް</w:t>
      </w:r>
      <w:r w:rsidRPr="004016F3">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 xml:space="preserve">المُعَوِّذَتَيْن </w:t>
      </w:r>
      <w:r w:rsidRPr="004016F3">
        <w:rPr>
          <w:rFonts w:ascii="MV Utheemu" w:hAnsi="MV Utheemu" w:cs="MV Utheemu" w:hint="cs"/>
          <w:color w:val="262626" w:themeColor="text1" w:themeTint="D9"/>
          <w:sz w:val="36"/>
          <w:szCs w:val="36"/>
          <w:rtl/>
          <w:lang w:bidi="dv-MV"/>
        </w:rPr>
        <w:t>އަލް</w:t>
      </w:r>
      <w:r w:rsidRPr="004016F3">
        <w:rPr>
          <w:rFonts w:ascii="MV Utheemu" w:hAnsi="MV Utheemu" w:cs="MV Utheemu"/>
          <w:color w:val="262626" w:themeColor="text1" w:themeTint="D9"/>
          <w:sz w:val="36"/>
          <w:szCs w:val="36"/>
          <w:rtl/>
          <w:lang w:bidi="dv-MV"/>
        </w:rPr>
        <w:t>-</w:t>
      </w:r>
      <w:r w:rsidRPr="004016F3">
        <w:rPr>
          <w:rFonts w:ascii="MV Utheemu" w:hAnsi="MV Utheemu" w:cs="MV Utheemu" w:hint="cs"/>
          <w:color w:val="262626" w:themeColor="text1" w:themeTint="D9"/>
          <w:sz w:val="36"/>
          <w:szCs w:val="36"/>
          <w:rtl/>
          <w:lang w:bidi="dv-MV"/>
        </w:rPr>
        <w:t>މުޢައްވިޛަތައިނި</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ރައްކާތެރިކަން</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ހޯދައިދޭ</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ދެ</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ސޫރަތް</w:t>
      </w:r>
      <w:r w:rsidRPr="004016F3">
        <w:rPr>
          <w:rFonts w:ascii="MV Utheemu" w:hAnsi="MV Utheemu" w:cs="MV Utheemu"/>
          <w:color w:val="262626" w:themeColor="text1" w:themeTint="D9"/>
          <w:sz w:val="36"/>
          <w:szCs w:val="36"/>
          <w:rtl/>
          <w:lang w:bidi="dv-MV"/>
        </w:rPr>
        <w:t xml:space="preserve">" </w:t>
      </w:r>
      <w:r w:rsidRPr="004016F3">
        <w:rPr>
          <w:rFonts w:ascii="MV Utheemu" w:hAnsi="MV Utheemu" w:cs="MV Utheemu" w:hint="cs"/>
          <w:color w:val="262626" w:themeColor="text1" w:themeTint="D9"/>
          <w:sz w:val="36"/>
          <w:szCs w:val="36"/>
          <w:rtl/>
          <w:lang w:bidi="dv-MV"/>
        </w:rPr>
        <w:t>ކިޔަނީ</w:t>
      </w:r>
      <w:r w:rsidRPr="004016F3">
        <w:rPr>
          <w:rFonts w:ascii="MV Utheemu" w:hAnsi="MV Utheemu" w:cs="MV Utheemu"/>
          <w:color w:val="262626" w:themeColor="text1" w:themeTint="D9"/>
          <w:sz w:val="36"/>
          <w:szCs w:val="36"/>
          <w:rtl/>
          <w:lang w:bidi="dv-MV"/>
        </w:rPr>
        <w:t xml:space="preserve"> </w:t>
      </w:r>
      <w:r w:rsidR="001B524E">
        <w:rPr>
          <w:rFonts w:ascii="MV Utheemu" w:hAnsi="MV Utheemu" w:cs="MV Utheemu" w:hint="cs"/>
          <w:color w:val="262626" w:themeColor="text1" w:themeTint="D9"/>
          <w:sz w:val="36"/>
          <w:szCs w:val="36"/>
          <w:rtl/>
          <w:lang w:bidi="dv-MV"/>
        </w:rPr>
        <w:t>އެއިން އިސްތިޢާޛާ ކުރާތީވެއެވެ.</w:t>
      </w:r>
      <w:r w:rsidR="00BA0C11">
        <w:rPr>
          <w:rFonts w:ascii="MV Utheemu" w:hAnsi="MV Utheemu" w:cs="MV Utheemu" w:hint="cs"/>
          <w:color w:val="262626" w:themeColor="text1" w:themeTint="D9"/>
          <w:sz w:val="36"/>
          <w:szCs w:val="36"/>
          <w:rtl/>
          <w:lang w:bidi="dv-MV"/>
        </w:rPr>
        <w:t xml:space="preserve"> ރައްކައުތެރިކަން ހޯދުމަށް ކިޔަވާތީއެވެ.</w:t>
      </w:r>
    </w:p>
    <w:p w14:paraId="2347D4FB" w14:textId="0034E39A" w:rsidR="006A2E24" w:rsidRDefault="006A2E24" w:rsidP="00CF329E">
      <w:pPr>
        <w:tabs>
          <w:tab w:val="right" w:pos="90"/>
        </w:tabs>
        <w:bidi/>
        <w:jc w:val="both"/>
        <w:rPr>
          <w:rFonts w:ascii="MV Utheemu" w:hAnsi="MV Utheemu" w:cs="MV Utheemu"/>
          <w:color w:val="262626" w:themeColor="text1" w:themeTint="D9"/>
          <w:sz w:val="36"/>
          <w:szCs w:val="36"/>
          <w:rtl/>
          <w:lang w:bidi="dv-MV"/>
        </w:rPr>
      </w:pPr>
      <w:r w:rsidRPr="006A2E24">
        <w:rPr>
          <w:rFonts w:ascii="Arial" w:hAnsi="Arial" w:cs="KFGQPC Uthman Taha Naskh" w:hint="cs"/>
          <w:color w:val="262626" w:themeColor="text1" w:themeTint="D9"/>
          <w:sz w:val="36"/>
          <w:szCs w:val="36"/>
          <w:rtl/>
        </w:rPr>
        <w:t>عن</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ابْنِ</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عَبَّاسٍ</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رَضِيَ</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اللهُ</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عَنْهُما</w:t>
      </w:r>
      <w:r w:rsidRPr="006A2E24">
        <w:rPr>
          <w:rFonts w:ascii="MV Utheemu" w:hAnsi="MV Utheemu" w:cs="KFGQPC Uthman Taha Naskh"/>
          <w:color w:val="262626" w:themeColor="text1" w:themeTint="D9"/>
          <w:sz w:val="36"/>
          <w:szCs w:val="36"/>
          <w:rtl/>
        </w:rPr>
        <w:t xml:space="preserve"> </w:t>
      </w:r>
      <w:r w:rsidRPr="006A2E24">
        <w:rPr>
          <w:rFonts w:ascii="Arial" w:hAnsi="Arial" w:cs="KFGQPC Uthman Taha Naskh" w:hint="cs"/>
          <w:color w:val="262626" w:themeColor="text1" w:themeTint="D9"/>
          <w:sz w:val="36"/>
          <w:szCs w:val="36"/>
          <w:rtl/>
        </w:rPr>
        <w:t>قَالَ</w:t>
      </w:r>
      <w:r w:rsidRPr="006A2E24">
        <w:rPr>
          <w:rFonts w:ascii="MV Utheemu" w:hAnsi="MV Utheemu" w:cs="KFGQPC Uthman Taha Naskh"/>
          <w:color w:val="262626" w:themeColor="text1" w:themeTint="D9"/>
          <w:sz w:val="36"/>
          <w:szCs w:val="36"/>
          <w:rtl/>
        </w:rPr>
        <w:t xml:space="preserve"> : </w:t>
      </w:r>
      <w:r w:rsidRPr="006A2E24">
        <w:rPr>
          <w:rFonts w:ascii="MV Utheemu" w:hAnsi="MV Utheemu" w:cs="KFGQPC Uthman Taha Naskh"/>
          <w:b/>
          <w:bCs/>
          <w:color w:val="262626" w:themeColor="text1" w:themeTint="D9"/>
          <w:sz w:val="36"/>
          <w:szCs w:val="36"/>
          <w:rtl/>
        </w:rPr>
        <w:t>"</w:t>
      </w:r>
      <w:r w:rsidRPr="006A2E24">
        <w:rPr>
          <w:rFonts w:ascii="Arial" w:hAnsi="Arial" w:cs="KFGQPC Uthman Taha Naskh" w:hint="cs"/>
          <w:b/>
          <w:bCs/>
          <w:color w:val="262626" w:themeColor="text1" w:themeTint="D9"/>
          <w:sz w:val="36"/>
          <w:szCs w:val="36"/>
          <w:rtl/>
        </w:rPr>
        <w:t>كَانَ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النَّبِيُّ</w:t>
      </w:r>
      <w:r w:rsidRPr="006A2E24">
        <w:rPr>
          <w:rFonts w:ascii="MV Utheemu" w:hAnsi="MV Utheemu" w:cs="KFGQPC Uthman Taha Naskh"/>
          <w:b/>
          <w:bCs/>
          <w:color w:val="262626" w:themeColor="text1" w:themeTint="D9"/>
          <w:sz w:val="36"/>
          <w:szCs w:val="36"/>
          <w:rtl/>
        </w:rPr>
        <w:t xml:space="preserve"> -</w:t>
      </w:r>
      <w:r w:rsidR="00EC3A92">
        <w:rPr>
          <w:rFonts w:ascii="MV Utheemu" w:hAnsi="MV Utheemu" w:cs="MV Utheemu"/>
          <w:color w:val="262626" w:themeColor="text1" w:themeTint="D9"/>
          <w:sz w:val="36"/>
          <w:szCs w:val="36"/>
          <w:lang w:bidi="dv-MV"/>
        </w:rPr>
        <w:t>(</w:t>
      </w:r>
      <w:r w:rsidR="00D63D4E" w:rsidRPr="00234FE9">
        <w:rPr>
          <w:rFonts w:ascii="Arabic Typesetting" w:hAnsi="Arabic Typesetting" w:cs="Arabic Typesetting"/>
          <w:color w:val="262626" w:themeColor="text1" w:themeTint="D9"/>
          <w:sz w:val="32"/>
          <w:szCs w:val="32"/>
        </w:rPr>
        <w:sym w:font="KFGQPC Arabic Symbols 01" w:char="F048"/>
      </w:r>
      <w:r w:rsidR="00EC3A92">
        <w:rPr>
          <w:rFonts w:ascii="MV Utheemu" w:hAnsi="MV Utheemu" w:cs="MV Utheemu"/>
          <w:color w:val="262626" w:themeColor="text1" w:themeTint="D9"/>
          <w:sz w:val="36"/>
          <w:szCs w:val="36"/>
          <w:lang w:bidi="dv-MV"/>
        </w:rPr>
        <w:t>)</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يُعَوِّذُ</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الْحَسَنَ</w:t>
      </w:r>
      <w:r w:rsidRPr="006A2E24">
        <w:rPr>
          <w:rFonts w:ascii="MV Utheemu" w:hAnsi="MV Utheemu" w:cs="KFGQPC Uthman Taha Naskh" w:hint="cs"/>
          <w:b/>
          <w:bCs/>
          <w:color w:val="262626" w:themeColor="text1" w:themeTint="D9"/>
          <w:sz w:val="36"/>
          <w:szCs w:val="36"/>
          <w:rtl/>
        </w:rPr>
        <w:t>،</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وَالْحُسَيْنَ</w:t>
      </w:r>
      <w:r w:rsidRPr="006A2E24">
        <w:rPr>
          <w:rFonts w:ascii="MV Utheemu" w:hAnsi="MV Utheemu" w:cs="KFGQPC Uthman Taha Naskh" w:hint="cs"/>
          <w:b/>
          <w:bCs/>
          <w:color w:val="262626" w:themeColor="text1" w:themeTint="D9"/>
          <w:sz w:val="36"/>
          <w:szCs w:val="36"/>
          <w:rtl/>
        </w:rPr>
        <w:t>،</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وَيَقُولُ</w:t>
      </w:r>
      <w:r w:rsidRPr="006A2E24">
        <w:rPr>
          <w:rFonts w:ascii="MV Utheemu" w:hAnsi="MV Utheemu" w:cs="KFGQPC Uthman Taha Naskh"/>
          <w:b/>
          <w:bCs/>
          <w:color w:val="262626" w:themeColor="text1" w:themeTint="D9"/>
          <w:sz w:val="36"/>
          <w:szCs w:val="36"/>
          <w:rtl/>
        </w:rPr>
        <w:t xml:space="preserve"> : </w:t>
      </w:r>
      <w:r w:rsidRPr="006A2E24">
        <w:rPr>
          <w:rFonts w:ascii="Arial" w:hAnsi="Arial" w:cs="KFGQPC Uthman Taha Naskh" w:hint="cs"/>
          <w:b/>
          <w:bCs/>
          <w:color w:val="262626" w:themeColor="text1" w:themeTint="D9"/>
          <w:sz w:val="36"/>
          <w:szCs w:val="36"/>
          <w:rtl/>
        </w:rPr>
        <w:t>إِنَّ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أَبَاكُمَا</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كَانَ</w:t>
      </w:r>
      <w:r w:rsidRPr="006A2E24">
        <w:rPr>
          <w:rFonts w:ascii="MV Utheemu" w:hAnsi="MV Utheemu" w:cs="KFGQPC Uthman Taha Naskh"/>
          <w:b/>
          <w:bCs/>
          <w:color w:val="262626" w:themeColor="text1" w:themeTint="D9"/>
          <w:sz w:val="36"/>
          <w:szCs w:val="36"/>
          <w:rtl/>
        </w:rPr>
        <w:t xml:space="preserve"> </w:t>
      </w:r>
      <w:r w:rsidRPr="009E1C1D">
        <w:rPr>
          <w:rFonts w:ascii="Arial" w:hAnsi="Arial" w:cs="KFGQPC Uthman Taha Naskh" w:hint="cs"/>
          <w:b/>
          <w:bCs/>
          <w:color w:val="262626" w:themeColor="text1" w:themeTint="D9"/>
          <w:sz w:val="36"/>
          <w:szCs w:val="36"/>
          <w:u w:val="single"/>
          <w:rtl/>
        </w:rPr>
        <w:t>يُعَوِّذُ</w:t>
      </w:r>
      <w:r w:rsidRPr="009E1C1D">
        <w:rPr>
          <w:rFonts w:ascii="MV Utheemu" w:hAnsi="MV Utheemu" w:cs="KFGQPC Uthman Taha Naskh"/>
          <w:b/>
          <w:bCs/>
          <w:color w:val="262626" w:themeColor="text1" w:themeTint="D9"/>
          <w:sz w:val="36"/>
          <w:szCs w:val="36"/>
          <w:u w:val="single"/>
          <w:rtl/>
        </w:rPr>
        <w:t xml:space="preserve"> </w:t>
      </w:r>
      <w:r w:rsidRPr="009E1C1D">
        <w:rPr>
          <w:rFonts w:ascii="Arial" w:hAnsi="Arial" w:cs="KFGQPC Uthman Taha Naskh" w:hint="cs"/>
          <w:b/>
          <w:bCs/>
          <w:color w:val="262626" w:themeColor="text1" w:themeTint="D9"/>
          <w:sz w:val="36"/>
          <w:szCs w:val="36"/>
          <w:u w:val="single"/>
          <w:rtl/>
        </w:rPr>
        <w:t>بِهَا</w:t>
      </w:r>
      <w:r w:rsidRPr="009E1C1D">
        <w:rPr>
          <w:rFonts w:ascii="MV Utheemu" w:hAnsi="MV Utheemu" w:cs="KFGQPC Uthman Taha Naskh"/>
          <w:b/>
          <w:bCs/>
          <w:color w:val="262626" w:themeColor="text1" w:themeTint="D9"/>
          <w:sz w:val="36"/>
          <w:szCs w:val="36"/>
          <w:u w:val="single"/>
          <w:rtl/>
        </w:rPr>
        <w:t xml:space="preserve"> </w:t>
      </w:r>
      <w:r w:rsidRPr="006A2E24">
        <w:rPr>
          <w:rFonts w:ascii="Arial" w:hAnsi="Arial" w:cs="KFGQPC Uthman Taha Naskh" w:hint="cs"/>
          <w:b/>
          <w:bCs/>
          <w:color w:val="262626" w:themeColor="text1" w:themeTint="D9"/>
          <w:sz w:val="36"/>
          <w:szCs w:val="36"/>
          <w:rtl/>
        </w:rPr>
        <w:t>إِسْمَاعِيلَ</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وَإِسْحَاقَ</w:t>
      </w:r>
      <w:r w:rsidRPr="006A2E24">
        <w:rPr>
          <w:rFonts w:ascii="MV Utheemu" w:hAnsi="MV Utheemu" w:cs="KFGQPC Uthman Taha Naskh"/>
          <w:b/>
          <w:bCs/>
          <w:color w:val="262626" w:themeColor="text1" w:themeTint="D9"/>
          <w:sz w:val="36"/>
          <w:szCs w:val="36"/>
          <w:rtl/>
        </w:rPr>
        <w:t xml:space="preserve"> </w:t>
      </w:r>
      <w:r w:rsidRPr="009E1C1D">
        <w:rPr>
          <w:rFonts w:ascii="Arial" w:hAnsi="Arial" w:cs="KFGQPC Uthman Taha Naskh" w:hint="cs"/>
          <w:b/>
          <w:bCs/>
          <w:color w:val="262626" w:themeColor="text1" w:themeTint="D9"/>
          <w:sz w:val="36"/>
          <w:szCs w:val="36"/>
          <w:u w:val="single"/>
          <w:rtl/>
        </w:rPr>
        <w:t>أَعُوذُ</w:t>
      </w:r>
      <w:r w:rsidRPr="009E1C1D">
        <w:rPr>
          <w:rFonts w:ascii="MV Utheemu" w:hAnsi="MV Utheemu" w:cs="KFGQPC Uthman Taha Naskh"/>
          <w:b/>
          <w:bCs/>
          <w:color w:val="262626" w:themeColor="text1" w:themeTint="D9"/>
          <w:sz w:val="36"/>
          <w:szCs w:val="36"/>
          <w:u w:val="single"/>
          <w:rtl/>
        </w:rPr>
        <w:t xml:space="preserve"> </w:t>
      </w:r>
      <w:r w:rsidRPr="006A2E24">
        <w:rPr>
          <w:rFonts w:ascii="Arial" w:hAnsi="Arial" w:cs="KFGQPC Uthman Taha Naskh" w:hint="cs"/>
          <w:b/>
          <w:bCs/>
          <w:color w:val="262626" w:themeColor="text1" w:themeTint="D9"/>
          <w:sz w:val="36"/>
          <w:szCs w:val="36"/>
          <w:rtl/>
        </w:rPr>
        <w:t>بِكَلِمَاتِ</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اللَّهِ</w:t>
      </w:r>
      <w:r w:rsidRPr="006A2E24">
        <w:rPr>
          <w:rFonts w:ascii="MV Utheemu" w:hAnsi="MV Utheemu" w:cs="KFGQPC Uthman Taha Naskh"/>
          <w:b/>
          <w:bCs/>
          <w:color w:val="262626" w:themeColor="text1" w:themeTint="D9"/>
          <w:sz w:val="36"/>
          <w:szCs w:val="36"/>
          <w:rtl/>
        </w:rPr>
        <w:t xml:space="preserve"> </w:t>
      </w:r>
      <w:r w:rsidRPr="009E1C1D">
        <w:rPr>
          <w:rFonts w:ascii="Arial" w:hAnsi="Arial" w:cs="KFGQPC Uthman Taha Naskh" w:hint="cs"/>
          <w:b/>
          <w:bCs/>
          <w:color w:val="262626" w:themeColor="text1" w:themeTint="D9"/>
          <w:sz w:val="36"/>
          <w:szCs w:val="36"/>
          <w:u w:val="single"/>
          <w:rtl/>
        </w:rPr>
        <w:t>التَّامَّةِ</w:t>
      </w:r>
      <w:r w:rsidRPr="009E1C1D">
        <w:rPr>
          <w:rFonts w:ascii="MV Utheemu" w:hAnsi="MV Utheemu" w:cs="KFGQPC Uthman Taha Naskh"/>
          <w:b/>
          <w:bCs/>
          <w:color w:val="262626" w:themeColor="text1" w:themeTint="D9"/>
          <w:sz w:val="36"/>
          <w:szCs w:val="36"/>
          <w:u w:val="single"/>
          <w:rtl/>
        </w:rPr>
        <w:t xml:space="preserve"> </w:t>
      </w:r>
      <w:r w:rsidRPr="006A2E24">
        <w:rPr>
          <w:rFonts w:ascii="Arial" w:hAnsi="Arial" w:cs="KFGQPC Uthman Taha Naskh" w:hint="cs"/>
          <w:b/>
          <w:bCs/>
          <w:color w:val="262626" w:themeColor="text1" w:themeTint="D9"/>
          <w:sz w:val="36"/>
          <w:szCs w:val="36"/>
          <w:rtl/>
        </w:rPr>
        <w:t>مِنْ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كُلِّ</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شَيْطَانٍ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وَهَامَّةٍ</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وَمِنْ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كُلِّ</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عَيْنٍ</w:t>
      </w:r>
      <w:r w:rsidRPr="006A2E24">
        <w:rPr>
          <w:rFonts w:ascii="MV Utheemu" w:hAnsi="MV Utheemu" w:cs="KFGQPC Uthman Taha Naskh"/>
          <w:b/>
          <w:bCs/>
          <w:color w:val="262626" w:themeColor="text1" w:themeTint="D9"/>
          <w:sz w:val="36"/>
          <w:szCs w:val="36"/>
          <w:rtl/>
        </w:rPr>
        <w:t xml:space="preserve"> </w:t>
      </w:r>
      <w:r w:rsidRPr="006A2E24">
        <w:rPr>
          <w:rFonts w:ascii="Arial" w:hAnsi="Arial" w:cs="KFGQPC Uthman Taha Naskh" w:hint="cs"/>
          <w:b/>
          <w:bCs/>
          <w:color w:val="262626" w:themeColor="text1" w:themeTint="D9"/>
          <w:sz w:val="36"/>
          <w:szCs w:val="36"/>
          <w:rtl/>
        </w:rPr>
        <w:t>لامَّةٍ</w:t>
      </w:r>
      <w:r w:rsidRPr="006A2E24">
        <w:rPr>
          <w:rFonts w:ascii="MV Utheemu" w:hAnsi="MV Utheemu" w:cs="KFGQPC Uthman Taha Naskh"/>
          <w:b/>
          <w:bCs/>
          <w:color w:val="262626" w:themeColor="text1" w:themeTint="D9"/>
          <w:sz w:val="36"/>
          <w:szCs w:val="36"/>
          <w:rtl/>
        </w:rPr>
        <w:t xml:space="preserve"> "</w:t>
      </w:r>
      <w:r w:rsidRPr="006A2E24">
        <w:rPr>
          <w:rFonts w:ascii="MV Utheemu" w:hAnsi="MV Utheemu" w:cs="KFGQPC Uthman Taha Naskh"/>
          <w:color w:val="262626" w:themeColor="text1" w:themeTint="D9"/>
          <w:sz w:val="36"/>
          <w:szCs w:val="36"/>
          <w:rtl/>
        </w:rPr>
        <w:t xml:space="preserve"> </w:t>
      </w:r>
      <w:r w:rsidRPr="000F735A">
        <w:rPr>
          <w:rFonts w:ascii="Scheherazade New" w:hAnsi="Scheherazade New" w:cs="Scheherazade New"/>
          <w:szCs w:val="24"/>
          <w:rtl/>
        </w:rPr>
        <w:t>[</w:t>
      </w:r>
      <w:r w:rsidRPr="006A2E24">
        <w:rPr>
          <w:rFonts w:ascii="Scheherazade New" w:hAnsi="Scheherazade New" w:cs="Scheherazade New"/>
          <w:szCs w:val="24"/>
          <w:rtl/>
        </w:rPr>
        <w:t>البخاري :3191</w:t>
      </w:r>
      <w:r w:rsidRPr="000F735A">
        <w:rPr>
          <w:rFonts w:ascii="Scheherazade New" w:hAnsi="Scheherazade New" w:cs="Scheherazade New"/>
          <w:szCs w:val="24"/>
          <w:rtl/>
        </w:rPr>
        <w:t xml:space="preserve">] </w:t>
      </w:r>
      <w:r w:rsidR="00EC3A92" w:rsidRPr="00EC3A92">
        <w:rPr>
          <w:rFonts w:ascii="MV Utheemu" w:hAnsi="MV Utheemu" w:cs="MV Utheemu"/>
          <w:color w:val="262626" w:themeColor="text1" w:themeTint="D9"/>
          <w:sz w:val="36"/>
          <w:szCs w:val="36"/>
          <w:lang w:bidi="dv-MV"/>
        </w:rPr>
        <w:t>"</w:t>
      </w:r>
      <w:r>
        <w:rPr>
          <w:rFonts w:ascii="Scheherazade New" w:hAnsi="Scheherazade New" w:cs="MV Boli" w:hint="cs"/>
          <w:szCs w:val="24"/>
          <w:rtl/>
          <w:lang w:bidi="dv-MV"/>
        </w:rPr>
        <w:t xml:space="preserve"> </w:t>
      </w:r>
      <w:r w:rsidR="00EC3A92">
        <w:rPr>
          <w:rFonts w:ascii="Arabic Typesetting" w:hAnsi="Arabic Typesetting" w:cs="Arabic Typesetting"/>
          <w:color w:val="262626" w:themeColor="text1" w:themeTint="D9"/>
          <w:sz w:val="36"/>
          <w:szCs w:val="36"/>
        </w:rPr>
        <w:sym w:font="KFGQPC Arabic Symbols 01" w:char="F025"/>
      </w:r>
      <w:r w:rsidR="00EC3A92" w:rsidRPr="0092015B">
        <w:rPr>
          <w:rFonts w:ascii="Scheherazade New" w:hAnsi="Scheherazade New" w:cs="Scheherazade New"/>
          <w:color w:val="262626" w:themeColor="text1" w:themeTint="D9"/>
          <w:sz w:val="32"/>
          <w:szCs w:val="32"/>
          <w:rtl/>
        </w:rPr>
        <w:t xml:space="preserve"> </w:t>
      </w:r>
      <w:r w:rsidR="00EC3A92">
        <w:rPr>
          <w:rFonts w:ascii="Scheherazade New" w:hAnsi="Scheherazade New" w:cs="Scheherazade New"/>
          <w:color w:val="262626" w:themeColor="text1" w:themeTint="D9"/>
          <w:sz w:val="32"/>
          <w:szCs w:val="32"/>
        </w:rPr>
        <w:sym w:font="KFGQPC Arabic Symbols 01" w:char="F045"/>
      </w:r>
      <w:r w:rsidR="00EC3A92">
        <w:rPr>
          <w:rFonts w:ascii="Scheherazade New" w:hAnsi="Scheherazade New" w:cs="Scheherazade New"/>
          <w:color w:val="262626" w:themeColor="text1" w:themeTint="D9"/>
          <w:sz w:val="32"/>
          <w:szCs w:val="32"/>
        </w:rPr>
        <w:t xml:space="preserve"> </w:t>
      </w:r>
      <w:r w:rsidR="00EC3A92">
        <w:rPr>
          <w:rFonts w:ascii="MV Utheemu" w:hAnsi="MV Utheemu" w:cs="MV Utheemu" w:hint="cs"/>
          <w:color w:val="262626" w:themeColor="text1" w:themeTint="D9"/>
          <w:sz w:val="36"/>
          <w:szCs w:val="36"/>
          <w:rtl/>
          <w:lang w:bidi="dv-MV"/>
        </w:rPr>
        <w:t xml:space="preserve"> ރު</w:t>
      </w:r>
      <w:r w:rsidR="000255CF">
        <w:rPr>
          <w:rFonts w:ascii="MV Utheemu" w:hAnsi="MV Utheemu" w:cs="MV Utheemu" w:hint="cs"/>
          <w:color w:val="262626" w:themeColor="text1" w:themeTint="D9"/>
          <w:sz w:val="36"/>
          <w:szCs w:val="36"/>
          <w:rtl/>
          <w:lang w:bidi="dv-MV"/>
        </w:rPr>
        <w:t>އްސަވާވޮޑިގެންވި</w:t>
      </w:r>
      <w:r w:rsidR="00EC3A92" w:rsidRPr="00052674">
        <w:rPr>
          <w:rFonts w:ascii="MV Utheemu" w:hAnsi="MV Utheemu" w:cs="MV Utheemu"/>
          <w:color w:val="262626" w:themeColor="text1" w:themeTint="D9"/>
          <w:sz w:val="36"/>
          <w:szCs w:val="36"/>
          <w:rtl/>
          <w:lang w:bidi="dv-MV"/>
        </w:rPr>
        <w:t xml:space="preserve"> އިބްނު ޢައްބާސް</w:t>
      </w:r>
      <w:r w:rsidR="00FB60E9">
        <w:rPr>
          <w:rFonts w:ascii="MV Utheemu" w:hAnsi="MV Utheemu" w:cs="MV Utheemu" w:hint="cs"/>
          <w:color w:val="262626" w:themeColor="text1" w:themeTint="D9"/>
          <w:sz w:val="36"/>
          <w:szCs w:val="36"/>
          <w:rtl/>
          <w:lang w:bidi="dv-MV"/>
        </w:rPr>
        <w:t xml:space="preserve"> </w:t>
      </w:r>
      <w:r w:rsidR="00EC3A92">
        <w:rPr>
          <w:rFonts w:ascii="MV Utheemu" w:hAnsi="MV Utheemu" w:cs="MV Utheemu"/>
          <w:color w:val="262626" w:themeColor="text1" w:themeTint="D9"/>
          <w:sz w:val="36"/>
          <w:szCs w:val="36"/>
          <w:lang w:bidi="dv-MV"/>
        </w:rPr>
        <w:t>(</w:t>
      </w:r>
      <w:r w:rsidR="00EC3A92">
        <w:rPr>
          <w:rFonts w:ascii="MV Utheemu" w:hAnsi="MV Utheemu" w:cs="MV Utheemu" w:hint="cs"/>
          <w:color w:val="262626" w:themeColor="text1" w:themeTint="D9"/>
          <w:sz w:val="36"/>
          <w:szCs w:val="36"/>
          <w:lang w:bidi="dv-MV"/>
        </w:rPr>
        <w:sym w:font="KFGQPC Arabic Symbols 01" w:char="F049"/>
      </w:r>
      <w:r w:rsidR="00EC3A92">
        <w:rPr>
          <w:rFonts w:ascii="MV Utheemu" w:hAnsi="MV Utheemu" w:cs="MV Utheemu"/>
          <w:color w:val="262626" w:themeColor="text1" w:themeTint="D9"/>
          <w:sz w:val="36"/>
          <w:szCs w:val="36"/>
          <w:lang w:bidi="dv-MV"/>
        </w:rPr>
        <w:t>)</w:t>
      </w:r>
      <w:r w:rsidR="00EC3A92" w:rsidRPr="00052674">
        <w:rPr>
          <w:rFonts w:ascii="MV Utheemu" w:hAnsi="MV Utheemu" w:cs="MV Utheemu"/>
          <w:color w:val="262626" w:themeColor="text1" w:themeTint="D9"/>
          <w:sz w:val="36"/>
          <w:szCs w:val="36"/>
          <w:rtl/>
          <w:lang w:bidi="dv-MV"/>
        </w:rPr>
        <w:t>ގެ ކިބައިން ރިވާވެގެންވެއެވެ</w:t>
      </w:r>
      <w:r w:rsidR="00EC3A92" w:rsidRPr="00052674">
        <w:rPr>
          <w:rFonts w:ascii="MV Utheemu" w:hAnsi="MV Utheemu" w:cs="MV Utheemu"/>
          <w:color w:val="262626" w:themeColor="text1" w:themeTint="D9"/>
          <w:sz w:val="36"/>
          <w:szCs w:val="36"/>
          <w:lang w:bidi="dv-MV"/>
        </w:rPr>
        <w:t>.</w:t>
      </w:r>
      <w:r w:rsidR="00EC3A92">
        <w:rPr>
          <w:rFonts w:ascii="MV Utheemu" w:hAnsi="MV Utheemu" w:cs="MV Utheemu" w:hint="cs"/>
          <w:color w:val="262626" w:themeColor="text1" w:themeTint="D9"/>
          <w:sz w:val="36"/>
          <w:szCs w:val="36"/>
          <w:rtl/>
          <w:lang w:bidi="dv-MV"/>
        </w:rPr>
        <w:t xml:space="preserve"> "</w:t>
      </w:r>
      <w:r w:rsidR="00EC3A92" w:rsidRPr="00EC3A92">
        <w:rPr>
          <w:rFonts w:ascii="MV Utheemu" w:hAnsi="MV Utheemu" w:cs="MV Utheemu"/>
          <w:color w:val="262626" w:themeColor="text1" w:themeTint="D9"/>
          <w:sz w:val="36"/>
          <w:szCs w:val="36"/>
          <w:rtl/>
          <w:lang w:bidi="dv-MV"/>
        </w:rPr>
        <w:t xml:space="preserve">ނަބިއްޔާ </w:t>
      </w:r>
      <w:r w:rsidR="00EC3A92">
        <w:rPr>
          <w:rFonts w:ascii="MV Utheemu" w:hAnsi="MV Utheemu" w:cs="MV Utheemu"/>
          <w:color w:val="262626" w:themeColor="text1" w:themeTint="D9"/>
          <w:sz w:val="36"/>
          <w:szCs w:val="36"/>
          <w:lang w:bidi="dv-MV"/>
        </w:rPr>
        <w:t>(</w:t>
      </w:r>
      <w:r w:rsidR="00EC3A92" w:rsidRPr="00234FE9">
        <w:rPr>
          <w:rFonts w:ascii="Arabic Typesetting" w:hAnsi="Arabic Typesetting" w:cs="Arabic Typesetting"/>
          <w:color w:val="262626" w:themeColor="text1" w:themeTint="D9"/>
          <w:sz w:val="32"/>
          <w:szCs w:val="32"/>
        </w:rPr>
        <w:sym w:font="KFGQPC Arabic Symbols 01" w:char="F048"/>
      </w:r>
      <w:r w:rsidR="00EC3A92">
        <w:rPr>
          <w:rFonts w:ascii="MV Utheemu" w:hAnsi="MV Utheemu" w:cs="MV Utheemu"/>
          <w:color w:val="262626" w:themeColor="text1" w:themeTint="D9"/>
          <w:sz w:val="36"/>
          <w:szCs w:val="36"/>
          <w:lang w:bidi="dv-MV"/>
        </w:rPr>
        <w:t>)</w:t>
      </w:r>
      <w:r w:rsidR="00EC3A92" w:rsidRPr="00EC3A92">
        <w:rPr>
          <w:rFonts w:ascii="MV Utheemu" w:hAnsi="MV Utheemu" w:cs="MV Utheemu"/>
          <w:color w:val="262626" w:themeColor="text1" w:themeTint="D9"/>
          <w:sz w:val="36"/>
          <w:szCs w:val="36"/>
          <w:rtl/>
          <w:lang w:bidi="dv-MV"/>
        </w:rPr>
        <w:t>،ޙަސަނު</w:t>
      </w:r>
      <w:r w:rsidR="00EC3A92">
        <w:rPr>
          <w:rFonts w:ascii="MV Utheemu" w:hAnsi="MV Utheemu" w:cs="MV Utheemu" w:hint="cs"/>
          <w:color w:val="262626" w:themeColor="text1" w:themeTint="D9"/>
          <w:sz w:val="36"/>
          <w:szCs w:val="36"/>
          <w:rtl/>
          <w:lang w:bidi="dv-MV"/>
        </w:rPr>
        <w:t xml:space="preserve"> އަދި </w:t>
      </w:r>
      <w:r w:rsidR="00EC3A92" w:rsidRPr="00EC3A92">
        <w:rPr>
          <w:rFonts w:ascii="MV Utheemu" w:hAnsi="MV Utheemu" w:cs="MV Utheemu"/>
          <w:color w:val="262626" w:themeColor="text1" w:themeTint="D9"/>
          <w:sz w:val="36"/>
          <w:szCs w:val="36"/>
          <w:rtl/>
          <w:lang w:bidi="dv-MV"/>
        </w:rPr>
        <w:t>ޙުސައިނު</w:t>
      </w:r>
      <w:r w:rsidR="00EC3A92">
        <w:rPr>
          <w:rFonts w:ascii="MV Utheemu" w:hAnsi="MV Utheemu" w:cs="MV Utheemu" w:hint="cs"/>
          <w:color w:val="262626" w:themeColor="text1" w:themeTint="D9"/>
          <w:sz w:val="36"/>
          <w:szCs w:val="36"/>
          <w:rtl/>
          <w:lang w:bidi="dv-MV"/>
        </w:rPr>
        <w:t xml:space="preserve"> </w:t>
      </w:r>
      <w:r w:rsidR="00EC3A92" w:rsidRPr="00EC3A92">
        <w:rPr>
          <w:rFonts w:ascii="MV Utheemu" w:hAnsi="MV Utheemu" w:cs="MV Utheemu"/>
          <w:color w:val="262626" w:themeColor="text1" w:themeTint="D9"/>
          <w:sz w:val="36"/>
          <w:szCs w:val="36"/>
          <w:rtl/>
        </w:rPr>
        <w:t> </w:t>
      </w:r>
      <w:r w:rsidR="00EC3A92">
        <w:rPr>
          <w:rFonts w:ascii="MV Utheemu" w:hAnsi="MV Utheemu" w:cs="MV Utheemu" w:hint="cs"/>
          <w:color w:val="262626" w:themeColor="text1" w:themeTint="D9"/>
          <w:sz w:val="36"/>
          <w:szCs w:val="36"/>
          <w:rtl/>
          <w:lang w:bidi="dv-MV"/>
        </w:rPr>
        <w:t>(</w:t>
      </w:r>
      <w:r w:rsidR="00EC3A92">
        <w:rPr>
          <w:rFonts w:ascii="Arial" w:hAnsi="Arial" w:cs="MV Boli"/>
          <w:color w:val="262626" w:themeColor="text1" w:themeTint="D9"/>
          <w:sz w:val="36"/>
          <w:szCs w:val="36"/>
          <w:lang w:bidi="dv-MV"/>
        </w:rPr>
        <w:sym w:font="KFGQPC Arabic Symbols 01" w:char="F04C"/>
      </w:r>
      <w:r w:rsidR="00EC3A92">
        <w:rPr>
          <w:rFonts w:ascii="MV Utheemu" w:hAnsi="MV Utheemu" w:cs="MV Utheemu" w:hint="cs"/>
          <w:color w:val="262626" w:themeColor="text1" w:themeTint="D9"/>
          <w:sz w:val="36"/>
          <w:szCs w:val="36"/>
          <w:rtl/>
          <w:lang w:bidi="dv-MV"/>
        </w:rPr>
        <w:t xml:space="preserve">) އަށް </w:t>
      </w:r>
      <w:r w:rsidR="00EC3A92" w:rsidRPr="006A2E24">
        <w:rPr>
          <w:rFonts w:ascii="Arial" w:hAnsi="Arial" w:cs="KFGQPC Uthman Taha Naskh" w:hint="cs"/>
          <w:b/>
          <w:bCs/>
          <w:color w:val="262626" w:themeColor="text1" w:themeTint="D9"/>
          <w:sz w:val="36"/>
          <w:szCs w:val="36"/>
          <w:rtl/>
        </w:rPr>
        <w:t>ي</w:t>
      </w:r>
      <w:r w:rsidR="00EC3A92" w:rsidRPr="00CF329E">
        <w:rPr>
          <w:rFonts w:ascii="Arial" w:hAnsi="Arial" w:cs="KFGQPC Uthman Taha Naskh" w:hint="cs"/>
          <w:b/>
          <w:bCs/>
          <w:color w:val="262626" w:themeColor="text1" w:themeTint="D9"/>
          <w:sz w:val="36"/>
          <w:szCs w:val="36"/>
          <w:rtl/>
        </w:rPr>
        <w:t>ُعَوِّذُ</w:t>
      </w:r>
      <w:r w:rsidR="00EC3A92" w:rsidRPr="00EC3A92">
        <w:rPr>
          <w:rFonts w:ascii="MV Utheemu" w:hAnsi="MV Utheemu" w:cs="MV Utheemu"/>
          <w:color w:val="262626" w:themeColor="text1" w:themeTint="D9"/>
          <w:sz w:val="36"/>
          <w:szCs w:val="36"/>
          <w:rtl/>
        </w:rPr>
        <w:t> </w:t>
      </w:r>
      <w:r w:rsidR="00EC3A92">
        <w:rPr>
          <w:rFonts w:ascii="MV Utheemu" w:hAnsi="MV Utheemu" w:cs="MV Utheemu" w:hint="cs"/>
          <w:color w:val="262626" w:themeColor="text1" w:themeTint="D9"/>
          <w:sz w:val="36"/>
          <w:szCs w:val="36"/>
          <w:rtl/>
          <w:lang w:bidi="dv-MV"/>
        </w:rPr>
        <w:t xml:space="preserve">ކޮށް </w:t>
      </w:r>
      <w:r w:rsidR="00EC3A92" w:rsidRPr="00EC3A92">
        <w:rPr>
          <w:rFonts w:ascii="MV Utheemu" w:hAnsi="MV Utheemu" w:cs="MV Utheemu"/>
          <w:color w:val="262626" w:themeColor="text1" w:themeTint="D9"/>
          <w:sz w:val="36"/>
          <w:szCs w:val="36"/>
          <w:rtl/>
        </w:rPr>
        <w:t>(</w:t>
      </w:r>
      <w:r w:rsidR="00EC3A92" w:rsidRPr="00EC3A92">
        <w:rPr>
          <w:rFonts w:ascii="MV Utheemu" w:hAnsi="MV Utheemu" w:cs="MV Utheemu"/>
          <w:color w:val="262626" w:themeColor="text1" w:themeTint="D9"/>
          <w:sz w:val="36"/>
          <w:szCs w:val="36"/>
          <w:rtl/>
          <w:lang w:bidi="dv-MV"/>
        </w:rPr>
        <w:t xml:space="preserve">ރައްކާތެރިކަން </w:t>
      </w:r>
      <w:r w:rsidR="00EC3A92">
        <w:rPr>
          <w:rFonts w:ascii="MV Utheemu" w:hAnsi="MV Utheemu" w:cs="MV Utheemu" w:hint="cs"/>
          <w:color w:val="262626" w:themeColor="text1" w:themeTint="D9"/>
          <w:sz w:val="36"/>
          <w:szCs w:val="36"/>
          <w:rtl/>
          <w:lang w:bidi="dv-MV"/>
        </w:rPr>
        <w:t>ހޯދުމަށް ކިޔަވައި</w:t>
      </w:r>
      <w:r w:rsidR="00EC3A92" w:rsidRPr="00EC3A92">
        <w:rPr>
          <w:rFonts w:ascii="MV Utheemu" w:hAnsi="MV Utheemu" w:cs="MV Utheemu"/>
          <w:color w:val="262626" w:themeColor="text1" w:themeTint="D9"/>
          <w:sz w:val="36"/>
          <w:szCs w:val="36"/>
          <w:rtl/>
          <w:lang w:bidi="dv-MV"/>
        </w:rPr>
        <w:t>) އުޅުއްވިއެވެ. އަދި އެކަލޭގެފާނު</w:t>
      </w:r>
      <w:r w:rsidR="00EC3A92">
        <w:rPr>
          <w:rFonts w:ascii="MV Utheemu" w:hAnsi="MV Utheemu" w:cs="MV Utheemu" w:hint="cs"/>
          <w:color w:val="262626" w:themeColor="text1" w:themeTint="D9"/>
          <w:sz w:val="36"/>
          <w:szCs w:val="36"/>
          <w:rtl/>
          <w:lang w:bidi="dv-MV"/>
        </w:rPr>
        <w:t xml:space="preserve"> </w:t>
      </w:r>
      <w:r w:rsidR="00EC3A92">
        <w:rPr>
          <w:rFonts w:ascii="MV Utheemu" w:hAnsi="MV Utheemu" w:cs="MV Utheemu"/>
          <w:color w:val="262626" w:themeColor="text1" w:themeTint="D9"/>
          <w:sz w:val="36"/>
          <w:szCs w:val="36"/>
          <w:lang w:bidi="dv-MV"/>
        </w:rPr>
        <w:t>(</w:t>
      </w:r>
      <w:r w:rsidR="00EC3A92" w:rsidRPr="003668BA">
        <w:rPr>
          <w:rFonts w:ascii="Arabic Typesetting" w:hAnsi="Arabic Typesetting" w:cs="Arabic Typesetting"/>
          <w:color w:val="262626" w:themeColor="text1" w:themeTint="D9"/>
          <w:sz w:val="32"/>
          <w:szCs w:val="32"/>
        </w:rPr>
        <w:sym w:font="KFGQPC Arabic Symbols 01" w:char="F048"/>
      </w:r>
      <w:r w:rsidR="00EC3A92">
        <w:rPr>
          <w:rFonts w:ascii="MV Utheemu" w:hAnsi="MV Utheemu" w:cs="MV Utheemu"/>
          <w:color w:val="262626" w:themeColor="text1" w:themeTint="D9"/>
          <w:sz w:val="36"/>
          <w:szCs w:val="36"/>
          <w:lang w:bidi="dv-MV"/>
        </w:rPr>
        <w:t>)</w:t>
      </w:r>
      <w:r w:rsidR="00EC3A92">
        <w:rPr>
          <w:rFonts w:ascii="MV Utheemu" w:hAnsi="MV Utheemu" w:cs="MV Utheemu" w:hint="cs"/>
          <w:color w:val="262626" w:themeColor="text1" w:themeTint="D9"/>
          <w:sz w:val="36"/>
          <w:szCs w:val="36"/>
          <w:rtl/>
          <w:lang w:bidi="dv-MV"/>
        </w:rPr>
        <w:t xml:space="preserve"> </w:t>
      </w:r>
      <w:r w:rsidR="00EC3A92" w:rsidRPr="00EC3A92">
        <w:rPr>
          <w:rFonts w:ascii="MV Utheemu" w:hAnsi="MV Utheemu" w:cs="MV Utheemu"/>
          <w:color w:val="262626" w:themeColor="text1" w:themeTint="D9"/>
          <w:sz w:val="36"/>
          <w:szCs w:val="36"/>
          <w:rtl/>
          <w:lang w:bidi="dv-MV"/>
        </w:rPr>
        <w:t>ޙަދީޘްކުރައްވައެވެ</w:t>
      </w:r>
      <w:r w:rsidR="00EC3A92">
        <w:rPr>
          <w:rFonts w:ascii="MV Utheemu" w:hAnsi="MV Utheemu" w:cs="MV Utheemu" w:hint="cs"/>
          <w:color w:val="262626" w:themeColor="text1" w:themeTint="D9"/>
          <w:sz w:val="36"/>
          <w:szCs w:val="36"/>
          <w:rtl/>
          <w:lang w:bidi="dv-MV"/>
        </w:rPr>
        <w:t>.</w:t>
      </w:r>
      <w:r w:rsidR="00EC3A92" w:rsidRPr="00EC3A92">
        <w:rPr>
          <w:rFonts w:ascii="MV Utheemu" w:hAnsi="MV Utheemu" w:cs="MV Utheemu"/>
          <w:color w:val="262626" w:themeColor="text1" w:themeTint="D9"/>
          <w:sz w:val="36"/>
          <w:szCs w:val="36"/>
          <w:rtl/>
          <w:lang w:bidi="dv-MV"/>
        </w:rPr>
        <w:t xml:space="preserve"> "ހަމަކަށަވަރުން ތިޔަ ދެކުދިންގެ ބައްޕަ (އިބްރާހީމް</w:t>
      </w:r>
      <w:r w:rsidR="00EC3A92" w:rsidRPr="003668BA">
        <w:rPr>
          <w:rFonts w:ascii="MV Utheemu" w:hAnsi="MV Utheemu" w:cs="MV Utheemu"/>
          <w:color w:val="262626" w:themeColor="text1" w:themeTint="D9"/>
          <w:sz w:val="28"/>
          <w:szCs w:val="28"/>
          <w:lang w:bidi="dv-MV"/>
        </w:rPr>
        <w:sym w:font="KFGQPC Arabic Symbols 01" w:char="F04F"/>
      </w:r>
      <w:r w:rsidR="00EC3A92" w:rsidRPr="00EC3A92">
        <w:rPr>
          <w:rFonts w:ascii="MV Utheemu" w:hAnsi="MV Utheemu" w:cs="MV Utheemu"/>
          <w:color w:val="262626" w:themeColor="text1" w:themeTint="D9"/>
          <w:sz w:val="36"/>
          <w:szCs w:val="36"/>
          <w:rtl/>
          <w:lang w:bidi="dv-MV"/>
        </w:rPr>
        <w:t>)، އިސްމާޢީލް</w:t>
      </w:r>
      <w:r w:rsidR="00EC3A92">
        <w:rPr>
          <w:rFonts w:ascii="MV Utheemu" w:hAnsi="MV Utheemu" w:cs="MV Utheemu" w:hint="cs"/>
          <w:color w:val="262626" w:themeColor="text1" w:themeTint="D9"/>
          <w:sz w:val="36"/>
          <w:szCs w:val="36"/>
          <w:rtl/>
          <w:lang w:bidi="dv-MV"/>
        </w:rPr>
        <w:t xml:space="preserve"> (</w:t>
      </w:r>
      <w:r w:rsidR="00EC3A92" w:rsidRPr="003668BA">
        <w:rPr>
          <w:rFonts w:ascii="MV Utheemu" w:hAnsi="MV Utheemu" w:cs="MV Utheemu"/>
          <w:color w:val="262626" w:themeColor="text1" w:themeTint="D9"/>
          <w:sz w:val="28"/>
          <w:szCs w:val="28"/>
          <w:lang w:bidi="dv-MV"/>
        </w:rPr>
        <w:sym w:font="KFGQPC Arabic Symbols 01" w:char="F04F"/>
      </w:r>
      <w:r w:rsidR="00EC3A92">
        <w:rPr>
          <w:rFonts w:ascii="MV Utheemu" w:hAnsi="MV Utheemu" w:cs="MV Utheemu" w:hint="cs"/>
          <w:color w:val="262626" w:themeColor="text1" w:themeTint="D9"/>
          <w:sz w:val="36"/>
          <w:szCs w:val="36"/>
          <w:rtl/>
          <w:lang w:bidi="dv-MV"/>
        </w:rPr>
        <w:t>) އާއި</w:t>
      </w:r>
      <w:r w:rsidR="00EC3A92" w:rsidRPr="00EC3A92">
        <w:rPr>
          <w:rFonts w:ascii="MV Utheemu" w:hAnsi="MV Utheemu" w:cs="MV Utheemu"/>
          <w:color w:val="262626" w:themeColor="text1" w:themeTint="D9"/>
          <w:sz w:val="36"/>
          <w:szCs w:val="36"/>
          <w:rtl/>
          <w:lang w:bidi="dv-MV"/>
        </w:rPr>
        <w:t xml:space="preserve"> އިސްޙާޤް</w:t>
      </w:r>
      <w:r w:rsidR="00EC3A92">
        <w:rPr>
          <w:rFonts w:ascii="MV Utheemu" w:hAnsi="MV Utheemu" w:cs="MV Utheemu" w:hint="cs"/>
          <w:color w:val="262626" w:themeColor="text1" w:themeTint="D9"/>
          <w:sz w:val="36"/>
          <w:szCs w:val="36"/>
          <w:rtl/>
          <w:lang w:bidi="dv-MV"/>
        </w:rPr>
        <w:t xml:space="preserve"> </w:t>
      </w:r>
      <w:r w:rsidR="00DE510E">
        <w:rPr>
          <w:rFonts w:ascii="MV Utheemu" w:hAnsi="MV Utheemu" w:cs="MV Utheemu" w:hint="cs"/>
          <w:color w:val="262626" w:themeColor="text1" w:themeTint="D9"/>
          <w:sz w:val="36"/>
          <w:szCs w:val="36"/>
          <w:rtl/>
          <w:lang w:bidi="dv-MV"/>
        </w:rPr>
        <w:t>(</w:t>
      </w:r>
      <w:r w:rsidR="00DE510E" w:rsidRPr="003668BA">
        <w:rPr>
          <w:rFonts w:ascii="MV Utheemu" w:hAnsi="MV Utheemu" w:cs="MV Utheemu"/>
          <w:color w:val="262626" w:themeColor="text1" w:themeTint="D9"/>
          <w:sz w:val="28"/>
          <w:szCs w:val="28"/>
          <w:lang w:bidi="dv-MV"/>
        </w:rPr>
        <w:sym w:font="KFGQPC Arabic Symbols 01" w:char="F04F"/>
      </w:r>
      <w:r w:rsidR="00DE510E">
        <w:rPr>
          <w:rFonts w:ascii="MV Utheemu" w:hAnsi="MV Utheemu" w:cs="MV Utheemu" w:hint="cs"/>
          <w:color w:val="262626" w:themeColor="text1" w:themeTint="D9"/>
          <w:sz w:val="36"/>
          <w:szCs w:val="36"/>
          <w:rtl/>
          <w:lang w:bidi="dv-MV"/>
        </w:rPr>
        <w:t>)</w:t>
      </w:r>
      <w:r w:rsidR="00EC3A92" w:rsidRPr="00EC3A92">
        <w:rPr>
          <w:rFonts w:ascii="MV Utheemu" w:hAnsi="MV Utheemu" w:cs="MV Utheemu"/>
          <w:color w:val="262626" w:themeColor="text1" w:themeTint="D9"/>
          <w:sz w:val="36"/>
          <w:szCs w:val="36"/>
          <w:rtl/>
          <w:lang w:bidi="dv-MV"/>
        </w:rPr>
        <w:t xml:space="preserve"> </w:t>
      </w:r>
      <w:r w:rsidR="00EC3A92">
        <w:rPr>
          <w:rFonts w:ascii="MV Utheemu" w:hAnsi="MV Utheemu" w:cs="MV Utheemu" w:hint="cs"/>
          <w:color w:val="262626" w:themeColor="text1" w:themeTint="D9"/>
          <w:sz w:val="36"/>
          <w:szCs w:val="36"/>
          <w:rtl/>
          <w:lang w:bidi="dv-MV"/>
        </w:rPr>
        <w:t xml:space="preserve">އަށް </w:t>
      </w:r>
      <w:r w:rsidR="00EC3A92" w:rsidRPr="00EC3A92">
        <w:rPr>
          <w:rFonts w:ascii="MV Utheemu" w:hAnsi="MV Utheemu" w:cs="MV Utheemu"/>
          <w:color w:val="262626" w:themeColor="text1" w:themeTint="D9"/>
          <w:sz w:val="36"/>
          <w:szCs w:val="36"/>
          <w:rtl/>
          <w:lang w:bidi="dv-MV"/>
        </w:rPr>
        <w:t xml:space="preserve">މި ބަސްފުޅުތަކުން </w:t>
      </w:r>
      <w:r w:rsidR="00EC3A92">
        <w:rPr>
          <w:rFonts w:ascii="MV Utheemu" w:hAnsi="MV Utheemu" w:cs="MV Utheemu" w:hint="cs"/>
          <w:color w:val="262626" w:themeColor="text1" w:themeTint="D9"/>
          <w:sz w:val="36"/>
          <w:szCs w:val="36"/>
          <w:rtl/>
          <w:lang w:bidi="dv-MV"/>
        </w:rPr>
        <w:t xml:space="preserve">ކިޔަވައި </w:t>
      </w:r>
      <w:r w:rsidR="00EC3A92" w:rsidRPr="00EC3A92">
        <w:rPr>
          <w:rFonts w:ascii="MV Utheemu" w:hAnsi="MV Utheemu" w:cs="MV Utheemu"/>
          <w:color w:val="262626" w:themeColor="text1" w:themeTint="D9"/>
          <w:sz w:val="36"/>
          <w:szCs w:val="36"/>
          <w:rtl/>
          <w:lang w:bidi="dv-MV"/>
        </w:rPr>
        <w:t>ރައްކާތެރިކަން ހޯއްދަވައިދެއްވައި އުޅުއްވިއެވެ. (އެއީ)</w:t>
      </w:r>
      <w:r w:rsidR="00EC3A92" w:rsidRPr="00EC3A92">
        <w:rPr>
          <w:rFonts w:ascii="MV Utheemu" w:hAnsi="MV Utheemu" w:cs="MV Utheemu"/>
          <w:color w:val="262626" w:themeColor="text1" w:themeTint="D9"/>
          <w:sz w:val="36"/>
          <w:szCs w:val="36"/>
          <w:lang w:bidi="dv-MV"/>
        </w:rPr>
        <w:t>: </w:t>
      </w:r>
      <w:r w:rsidR="00EC3A92" w:rsidRPr="00EC3A92">
        <w:rPr>
          <w:rFonts w:ascii="Arial" w:hAnsi="Arial" w:cs="KFGQPC Uthman Taha Naskh" w:hint="cs"/>
          <w:b/>
          <w:bCs/>
          <w:color w:val="262626" w:themeColor="text1" w:themeTint="D9"/>
          <w:sz w:val="36"/>
          <w:szCs w:val="36"/>
          <w:rtl/>
        </w:rPr>
        <w:t>أَعُوذُ</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بِكَلِمَاتِ</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اللَّهِ</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التَّامَّةِ</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مِنْ</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كُلِّ</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شَيْطَانٍ</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وَهَامَّةٍ</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وَمِنْ</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كُلِّ</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عَيْنٍ</w:t>
      </w:r>
      <w:r w:rsidR="00EC3A92" w:rsidRPr="00EC3A92">
        <w:rPr>
          <w:rFonts w:ascii="MV Utheemu" w:hAnsi="MV Utheemu" w:cs="KFGQPC Uthman Taha Naskh"/>
          <w:b/>
          <w:bCs/>
          <w:color w:val="262626" w:themeColor="text1" w:themeTint="D9"/>
          <w:sz w:val="36"/>
          <w:szCs w:val="36"/>
          <w:rtl/>
        </w:rPr>
        <w:t xml:space="preserve"> </w:t>
      </w:r>
      <w:r w:rsidR="00EC3A92" w:rsidRPr="00EC3A92">
        <w:rPr>
          <w:rFonts w:ascii="Arial" w:hAnsi="Arial" w:cs="KFGQPC Uthman Taha Naskh" w:hint="cs"/>
          <w:b/>
          <w:bCs/>
          <w:color w:val="262626" w:themeColor="text1" w:themeTint="D9"/>
          <w:sz w:val="36"/>
          <w:szCs w:val="36"/>
          <w:rtl/>
        </w:rPr>
        <w:t>لامَّةٍ</w:t>
      </w:r>
      <w:r w:rsidR="00EC3A92">
        <w:rPr>
          <w:rFonts w:ascii="Arial" w:hAnsi="Arial" w:cs="MV Boli" w:hint="cs"/>
          <w:b/>
          <w:bCs/>
          <w:color w:val="262626" w:themeColor="text1" w:themeTint="D9"/>
          <w:sz w:val="36"/>
          <w:szCs w:val="36"/>
          <w:rtl/>
          <w:lang w:bidi="dv-MV"/>
        </w:rPr>
        <w:t xml:space="preserve"> </w:t>
      </w:r>
      <w:r w:rsidR="00EC3A92" w:rsidRPr="00EC3A92">
        <w:rPr>
          <w:rFonts w:ascii="MV Utheemu" w:hAnsi="MV Utheemu" w:cs="MV Utheemu"/>
          <w:color w:val="262626" w:themeColor="text1" w:themeTint="D9"/>
          <w:sz w:val="36"/>
          <w:szCs w:val="36"/>
          <w:rtl/>
          <w:lang w:bidi="dv-MV"/>
        </w:rPr>
        <w:t>(</w:t>
      </w:r>
      <w:r w:rsidR="00EC3A92">
        <w:rPr>
          <w:rFonts w:ascii="MV Utheemu" w:hAnsi="MV Utheemu" w:cs="MV Utheemu" w:hint="cs"/>
          <w:color w:val="262626" w:themeColor="text1" w:themeTint="D9"/>
          <w:sz w:val="36"/>
          <w:szCs w:val="36"/>
          <w:rtl/>
          <w:lang w:bidi="dv-MV"/>
        </w:rPr>
        <w:t xml:space="preserve">މާނައީ: </w:t>
      </w:r>
      <w:r w:rsidR="00EC3A92" w:rsidRPr="00CF329E">
        <w:rPr>
          <w:rFonts w:ascii="MV Utheemu" w:hAnsi="MV Utheemu" w:cs="KFGQPC Uthman Taha Naskh"/>
          <w:b/>
          <w:bCs/>
          <w:color w:val="262626" w:themeColor="text1" w:themeTint="D9"/>
          <w:sz w:val="36"/>
          <w:szCs w:val="36"/>
          <w:rtl/>
          <w:lang w:bidi="dv-MV"/>
        </w:rPr>
        <w:t>(</w:t>
      </w:r>
      <w:r w:rsidR="00EC3A92" w:rsidRPr="00CF329E">
        <w:rPr>
          <w:rFonts w:ascii="MV Utheemu" w:hAnsi="MV Utheemu" w:cs="KFGQPC Uthman Taha Naskh"/>
          <w:b/>
          <w:bCs/>
          <w:color w:val="262626" w:themeColor="text1" w:themeTint="D9"/>
          <w:sz w:val="36"/>
          <w:szCs w:val="36"/>
          <w:rtl/>
        </w:rPr>
        <w:t>بِكَلِمَاتِ اللَّهِ التَّامَّةِ)</w:t>
      </w:r>
      <w:r w:rsidR="00EC3A92" w:rsidRPr="00EC3A92">
        <w:rPr>
          <w:rFonts w:ascii="MV Utheemu" w:hAnsi="MV Utheemu" w:cs="Times New Roman"/>
          <w:color w:val="262626" w:themeColor="text1" w:themeTint="D9"/>
          <w:sz w:val="36"/>
          <w:szCs w:val="36"/>
          <w:rtl/>
        </w:rPr>
        <w:t xml:space="preserve"> </w:t>
      </w:r>
      <w:r w:rsidR="004F6304">
        <w:rPr>
          <w:rFonts w:ascii="Arabic Typesetting" w:hAnsi="Arabic Typesetting" w:cs="Arabic Typesetting"/>
          <w:color w:val="262626" w:themeColor="text1" w:themeTint="D9"/>
          <w:sz w:val="36"/>
          <w:szCs w:val="36"/>
        </w:rPr>
        <w:sym w:font="KFGQPC Arabic Symbols 01" w:char="F025"/>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ތަޢާލާގެ</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ފުރިހަމަވެގެންވާ</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ކަލިމަފުޅުތަ</w:t>
      </w:r>
      <w:r w:rsidR="00EC3A92">
        <w:rPr>
          <w:rFonts w:ascii="MV Utheemu" w:hAnsi="MV Utheemu" w:cs="MV Utheemu" w:hint="cs"/>
          <w:color w:val="262626" w:themeColor="text1" w:themeTint="D9"/>
          <w:sz w:val="36"/>
          <w:szCs w:val="36"/>
          <w:rtl/>
          <w:lang w:bidi="dv-MV"/>
        </w:rPr>
        <w:t>އް</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މެދުވެރި</w:t>
      </w:r>
      <w:r w:rsidR="00EC3A92">
        <w:rPr>
          <w:rFonts w:ascii="MV Utheemu" w:hAnsi="MV Utheemu" w:cs="MV Utheemu" w:hint="cs"/>
          <w:color w:val="262626" w:themeColor="text1" w:themeTint="D9"/>
          <w:sz w:val="36"/>
          <w:szCs w:val="36"/>
          <w:rtl/>
          <w:lang w:bidi="dv-MV"/>
        </w:rPr>
        <w:t xml:space="preserve">ކޮށް، </w:t>
      </w:r>
      <w:r w:rsidR="00EC3A92" w:rsidRPr="00EC3A92">
        <w:rPr>
          <w:rFonts w:ascii="MV Utheemu" w:hAnsi="MV Utheemu" w:cs="MV Utheemu" w:hint="cs"/>
          <w:color w:val="262626" w:themeColor="text1" w:themeTint="D9"/>
          <w:sz w:val="36"/>
          <w:szCs w:val="36"/>
          <w:rtl/>
          <w:lang w:bidi="dv-MV"/>
        </w:rPr>
        <w:t>ކޮންމެ</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KFGQPC Uthman Taha Naskh"/>
          <w:color w:val="262626" w:themeColor="text1" w:themeTint="D9"/>
          <w:sz w:val="36"/>
          <w:szCs w:val="36"/>
          <w:rtl/>
        </w:rPr>
        <w:t>شَيْطَان</w:t>
      </w:r>
      <w:r w:rsidR="00EC3A92" w:rsidRPr="00EC3A92">
        <w:rPr>
          <w:rFonts w:ascii="MV Utheemu" w:hAnsi="MV Utheemu" w:cs="Times New Roman"/>
          <w:color w:val="262626" w:themeColor="text1" w:themeTint="D9"/>
          <w:sz w:val="36"/>
          <w:szCs w:val="36"/>
          <w:rtl/>
        </w:rPr>
        <w:t xml:space="preserve"> </w:t>
      </w:r>
      <w:r w:rsidR="00EC3A92">
        <w:rPr>
          <w:rFonts w:ascii="MV Utheemu" w:hAnsi="MV Utheemu" w:cs="MV Utheemu" w:hint="cs"/>
          <w:color w:val="262626" w:themeColor="text1" w:themeTint="D9"/>
          <w:sz w:val="36"/>
          <w:szCs w:val="36"/>
          <w:rtl/>
          <w:lang w:bidi="dv-MV"/>
        </w:rPr>
        <w:t>އެއް</w:t>
      </w:r>
      <w:r w:rsidR="00EC3A92" w:rsidRPr="00EC3A92">
        <w:rPr>
          <w:rFonts w:ascii="MV Utheemu" w:hAnsi="MV Utheemu" w:cs="MV Utheemu" w:hint="cs"/>
          <w:color w:val="262626" w:themeColor="text1" w:themeTint="D9"/>
          <w:sz w:val="36"/>
          <w:szCs w:val="36"/>
          <w:rtl/>
          <w:lang w:bidi="dv-MV"/>
        </w:rPr>
        <w:t>ގެ</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ކިބައިންނާއި،</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ކޮންމެ</w:t>
      </w:r>
      <w:r w:rsidR="00EC3A92" w:rsidRPr="00EC3A92">
        <w:rPr>
          <w:rFonts w:ascii="MV Utheemu" w:hAnsi="MV Utheemu" w:cs="MV Utheemu"/>
          <w:color w:val="262626" w:themeColor="text1" w:themeTint="D9"/>
          <w:sz w:val="36"/>
          <w:szCs w:val="36"/>
          <w:rtl/>
          <w:lang w:bidi="dv-MV"/>
        </w:rPr>
        <w:t xml:space="preserve"> </w:t>
      </w:r>
      <w:r w:rsidR="00EC3A92" w:rsidRPr="00CF329E">
        <w:rPr>
          <w:rFonts w:ascii="MV Utheemu" w:hAnsi="MV Utheemu" w:cs="KFGQPC Uthman Taha Naskh"/>
          <w:b/>
          <w:bCs/>
          <w:color w:val="262626" w:themeColor="text1" w:themeTint="D9"/>
          <w:sz w:val="36"/>
          <w:szCs w:val="36"/>
          <w:rtl/>
          <w:lang w:bidi="dv-MV"/>
        </w:rPr>
        <w:t>(</w:t>
      </w:r>
      <w:r w:rsidR="00EC3A92" w:rsidRPr="00CF329E">
        <w:rPr>
          <w:rFonts w:ascii="MV Utheemu" w:hAnsi="MV Utheemu" w:cs="KFGQPC Uthman Taha Naskh"/>
          <w:b/>
          <w:bCs/>
          <w:color w:val="262626" w:themeColor="text1" w:themeTint="D9"/>
          <w:sz w:val="36"/>
          <w:szCs w:val="36"/>
          <w:rtl/>
        </w:rPr>
        <w:t xml:space="preserve">هَامَّةٍ) </w:t>
      </w:r>
      <w:r w:rsidR="00EC3A92" w:rsidRPr="00EC3A92">
        <w:rPr>
          <w:rFonts w:ascii="MV Utheemu" w:hAnsi="MV Utheemu" w:cs="MV Utheemu" w:hint="cs"/>
          <w:color w:val="262626" w:themeColor="text1" w:themeTint="D9"/>
          <w:sz w:val="36"/>
          <w:szCs w:val="36"/>
          <w:rtl/>
          <w:lang w:bidi="dv-MV"/>
        </w:rPr>
        <w:t>ވިހަގަދަ</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ސޫތްޕެއްގެ</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ކިބައިންނާއި،</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އަދި</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ގެއްލުންދެނިވި</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ކޮންމެ</w:t>
      </w:r>
      <w:r w:rsidR="00EC3A92" w:rsidRPr="00EC3A92">
        <w:rPr>
          <w:rFonts w:ascii="MV Utheemu" w:hAnsi="MV Utheemu" w:cs="MV Utheemu"/>
          <w:color w:val="262626" w:themeColor="text1" w:themeTint="D9"/>
          <w:sz w:val="36"/>
          <w:szCs w:val="36"/>
          <w:rtl/>
          <w:lang w:bidi="dv-MV"/>
        </w:rPr>
        <w:t xml:space="preserve"> </w:t>
      </w:r>
      <w:r w:rsidR="00EC3A92" w:rsidRPr="00CF329E">
        <w:rPr>
          <w:rFonts w:ascii="MV Utheemu" w:hAnsi="MV Utheemu" w:cs="KFGQPC Uthman Taha Naskh"/>
          <w:b/>
          <w:bCs/>
          <w:color w:val="262626" w:themeColor="text1" w:themeTint="D9"/>
          <w:sz w:val="36"/>
          <w:szCs w:val="36"/>
          <w:rtl/>
          <w:lang w:bidi="dv-MV"/>
        </w:rPr>
        <w:t>(</w:t>
      </w:r>
      <w:r w:rsidR="00EC3A92" w:rsidRPr="00CF329E">
        <w:rPr>
          <w:rFonts w:ascii="MV Utheemu" w:hAnsi="MV Utheemu" w:cs="KFGQPC Uthman Taha Naskh"/>
          <w:b/>
          <w:bCs/>
          <w:color w:val="262626" w:themeColor="text1" w:themeTint="D9"/>
          <w:sz w:val="36"/>
          <w:szCs w:val="36"/>
          <w:rtl/>
        </w:rPr>
        <w:t xml:space="preserve">عَيْنٍ لامَّةٍ) </w:t>
      </w:r>
      <w:r w:rsidR="00EC3A92" w:rsidRPr="00EC3A92">
        <w:rPr>
          <w:rFonts w:ascii="MV Utheemu" w:hAnsi="MV Utheemu" w:cs="MV Utheemu" w:hint="cs"/>
          <w:color w:val="262626" w:themeColor="text1" w:themeTint="D9"/>
          <w:sz w:val="36"/>
          <w:szCs w:val="36"/>
          <w:rtl/>
          <w:lang w:bidi="dv-MV"/>
        </w:rPr>
        <w:t>އެސްފީނާއެއްގެ</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ކިބ</w:t>
      </w:r>
      <w:r w:rsidR="00EC3A92" w:rsidRPr="00EC3A92">
        <w:rPr>
          <w:rFonts w:ascii="MV Utheemu" w:hAnsi="MV Utheemu" w:cs="MV Utheemu"/>
          <w:color w:val="262626" w:themeColor="text1" w:themeTint="D9"/>
          <w:sz w:val="36"/>
          <w:szCs w:val="36"/>
          <w:rtl/>
          <w:lang w:bidi="dv-MV"/>
        </w:rPr>
        <w:t>ަ</w:t>
      </w:r>
      <w:r w:rsidR="00EC3A92" w:rsidRPr="00EC3A92">
        <w:rPr>
          <w:rFonts w:ascii="MV Utheemu" w:hAnsi="MV Utheemu" w:cs="MV Utheemu" w:hint="cs"/>
          <w:color w:val="262626" w:themeColor="text1" w:themeTint="D9"/>
          <w:sz w:val="36"/>
          <w:szCs w:val="36"/>
          <w:rtl/>
          <w:lang w:bidi="dv-MV"/>
        </w:rPr>
        <w:t>އިން</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ތިމަންކަލޭގެފާނު</w:t>
      </w:r>
      <w:r w:rsidR="00EC3A92" w:rsidRPr="00EC3A92">
        <w:rPr>
          <w:rFonts w:ascii="MV Utheemu" w:hAnsi="MV Utheemu" w:cs="MV Utheemu"/>
          <w:color w:val="262626" w:themeColor="text1" w:themeTint="D9"/>
          <w:sz w:val="36"/>
          <w:szCs w:val="36"/>
          <w:rtl/>
          <w:lang w:bidi="dv-MV"/>
        </w:rPr>
        <w:t xml:space="preserve"> </w:t>
      </w:r>
      <w:r w:rsidR="00EC3A92" w:rsidRPr="00CF329E">
        <w:rPr>
          <w:rFonts w:ascii="MV Utheemu" w:hAnsi="MV Utheemu" w:cs="KFGQPC Uthman Taha Naskh"/>
          <w:b/>
          <w:bCs/>
          <w:color w:val="262626" w:themeColor="text1" w:themeTint="D9"/>
          <w:sz w:val="36"/>
          <w:szCs w:val="36"/>
          <w:rtl/>
          <w:lang w:bidi="dv-MV"/>
        </w:rPr>
        <w:t>(</w:t>
      </w:r>
      <w:r w:rsidR="00EC3A92" w:rsidRPr="00CF329E">
        <w:rPr>
          <w:rFonts w:ascii="MV Utheemu" w:hAnsi="MV Utheemu" w:cs="KFGQPC Uthman Taha Naskh"/>
          <w:b/>
          <w:bCs/>
          <w:color w:val="262626" w:themeColor="text1" w:themeTint="D9"/>
          <w:sz w:val="36"/>
          <w:szCs w:val="36"/>
          <w:rtl/>
        </w:rPr>
        <w:t>أَعُوذُ)</w:t>
      </w:r>
      <w:r w:rsidR="00EC3A92">
        <w:rPr>
          <w:rFonts w:ascii="MV Utheemu" w:hAnsi="MV Utheemu" w:cs="MV Boli" w:hint="cs"/>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ރައްކާތެރިކަން</w:t>
      </w:r>
      <w:r w:rsidR="00EC3A92" w:rsidRPr="00EC3A92">
        <w:rPr>
          <w:rFonts w:ascii="MV Utheemu" w:hAnsi="MV Utheemu" w:cs="MV Utheemu"/>
          <w:color w:val="262626" w:themeColor="text1" w:themeTint="D9"/>
          <w:sz w:val="36"/>
          <w:szCs w:val="36"/>
          <w:rtl/>
          <w:lang w:bidi="dv-MV"/>
        </w:rPr>
        <w:t xml:space="preserve"> </w:t>
      </w:r>
      <w:r w:rsidR="00EC3A92" w:rsidRPr="00EC3A92">
        <w:rPr>
          <w:rFonts w:ascii="MV Utheemu" w:hAnsi="MV Utheemu" w:cs="MV Utheemu" w:hint="cs"/>
          <w:color w:val="262626" w:themeColor="text1" w:themeTint="D9"/>
          <w:sz w:val="36"/>
          <w:szCs w:val="36"/>
          <w:rtl/>
          <w:lang w:bidi="dv-MV"/>
        </w:rPr>
        <w:t>ލިބިގަންނަމެވެ</w:t>
      </w:r>
      <w:r w:rsidR="00EC3A92" w:rsidRPr="00EC3A92">
        <w:rPr>
          <w:rFonts w:ascii="MV Utheemu" w:hAnsi="MV Utheemu" w:cs="Times New Roman"/>
          <w:color w:val="262626" w:themeColor="text1" w:themeTint="D9"/>
          <w:sz w:val="36"/>
          <w:szCs w:val="36"/>
          <w:rtl/>
        </w:rPr>
        <w:t>.</w:t>
      </w:r>
      <w:r w:rsidR="00EC3A92" w:rsidRPr="00EC3A92">
        <w:rPr>
          <w:rFonts w:ascii="MV Utheemu" w:hAnsi="MV Utheemu" w:cs="MV Utheemu"/>
          <w:color w:val="262626" w:themeColor="text1" w:themeTint="D9"/>
          <w:sz w:val="36"/>
          <w:szCs w:val="36"/>
          <w:rtl/>
          <w:lang w:bidi="dv-MV"/>
        </w:rPr>
        <w:t>)</w:t>
      </w:r>
      <w:r w:rsidR="00EC3A92" w:rsidRPr="00EC3A92">
        <w:rPr>
          <w:rFonts w:ascii="MV Utheemu" w:hAnsi="MV Utheemu" w:cs="MV Utheemu"/>
          <w:color w:val="262626" w:themeColor="text1" w:themeTint="D9"/>
          <w:sz w:val="36"/>
          <w:szCs w:val="36"/>
          <w:lang w:bidi="dv-MV"/>
        </w:rPr>
        <w:t> "</w:t>
      </w:r>
    </w:p>
    <w:p w14:paraId="3C9003A3" w14:textId="00EDA419" w:rsidR="0045445B" w:rsidRDefault="009B3BC5" w:rsidP="00CF329E">
      <w:pPr>
        <w:tabs>
          <w:tab w:val="right" w:pos="90"/>
        </w:tabs>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 xml:space="preserve">ޝަރީޢަތުގައި ވާރިދުވެގެންވާ </w:t>
      </w:r>
      <w:r w:rsidRPr="003D0859">
        <w:rPr>
          <w:rFonts w:ascii="MV Utheemu" w:hAnsi="MV Utheemu" w:cs="MV Utheemu" w:hint="cs"/>
          <w:b/>
          <w:bCs/>
          <w:color w:val="262626" w:themeColor="text1" w:themeTint="D9"/>
          <w:sz w:val="36"/>
          <w:szCs w:val="36"/>
          <w:rtl/>
          <w:lang w:bidi="dv-MV"/>
        </w:rPr>
        <w:t>އިސްތިޢާޛާ</w:t>
      </w:r>
      <w:r>
        <w:rPr>
          <w:rFonts w:ascii="MV Utheemu" w:hAnsi="MV Utheemu" w:cs="MV Utheemu" w:hint="cs"/>
          <w:color w:val="262626" w:themeColor="text1" w:themeTint="D9"/>
          <w:sz w:val="36"/>
          <w:szCs w:val="36"/>
          <w:rtl/>
          <w:lang w:bidi="dv-MV"/>
        </w:rPr>
        <w:t xml:space="preserve"> އަކީ ރުޤްޔާއެވެ. </w:t>
      </w:r>
      <w:r w:rsidR="00DE510E" w:rsidRPr="00DE510E">
        <w:rPr>
          <w:rFonts w:ascii="Arial" w:hAnsi="Arial" w:cs="KFGQPC Uthman Taha Naskh"/>
          <w:b/>
          <w:bCs/>
          <w:color w:val="262626" w:themeColor="text1" w:themeTint="D9"/>
          <w:sz w:val="36"/>
          <w:szCs w:val="36"/>
          <w:rtl/>
        </w:rPr>
        <w:t>التَّعْوِيذَةُ الشَّرْعِيَّةُ</w:t>
      </w:r>
      <w:r w:rsidR="00EC3A92" w:rsidRPr="007A37B7">
        <w:rPr>
          <w:rFonts w:ascii="Arial" w:hAnsi="Arial" w:cs="KFGQPC Uthman Taha Naskh"/>
          <w:b/>
          <w:bCs/>
          <w:color w:val="262626" w:themeColor="text1" w:themeTint="D9"/>
          <w:sz w:val="36"/>
          <w:szCs w:val="36"/>
          <w:rtl/>
        </w:rPr>
        <w:t>:</w:t>
      </w:r>
      <w:r w:rsidR="00EC3A92" w:rsidRPr="003F450E">
        <w:rPr>
          <w:rFonts w:ascii="Arial" w:hAnsi="Arial" w:cs="KFGQPC Uthman Taha Naskh"/>
          <w:color w:val="262626" w:themeColor="text1" w:themeTint="D9"/>
          <w:sz w:val="36"/>
          <w:szCs w:val="36"/>
          <w:rtl/>
        </w:rPr>
        <w:t xml:space="preserve"> </w:t>
      </w:r>
      <w:r w:rsidR="00EC3A92" w:rsidRPr="00A31393">
        <w:rPr>
          <w:rFonts w:ascii="Arial" w:hAnsi="Arial" w:cs="KFGQPC Uthman Taha Naskh"/>
          <w:b/>
          <w:bCs/>
          <w:color w:val="262626" w:themeColor="text1" w:themeTint="D9"/>
          <w:sz w:val="36"/>
          <w:szCs w:val="36"/>
          <w:rtl/>
        </w:rPr>
        <w:t>الرُّقْيَةُ مِنْ كَلَامِ اللَّهِ، وَالتَّوَسُّلُ بِهِ، الَّتِي يُرْقَى بِهَا الإِنْسَانُ مِنْ فَزَعٍ، أَوْ سِحْرٍ، أَوْ لَدْغٍ، أَوْ مَرَضٍ.</w:t>
      </w:r>
      <w:r w:rsidR="00EC3A92">
        <w:rPr>
          <w:rFonts w:ascii="Arial" w:hAnsi="Arial" w:cs="KFGQPC Uthman Taha Naskh"/>
          <w:color w:val="262626" w:themeColor="text1" w:themeTint="D9"/>
          <w:sz w:val="36"/>
          <w:szCs w:val="36"/>
        </w:rPr>
        <w:t xml:space="preserve"> </w:t>
      </w:r>
      <w:r w:rsidR="00EC3A92" w:rsidRPr="000F735A">
        <w:rPr>
          <w:rFonts w:ascii="Scheherazade New" w:hAnsi="Scheherazade New" w:cs="Scheherazade New"/>
          <w:szCs w:val="24"/>
          <w:rtl/>
        </w:rPr>
        <w:t>[</w:t>
      </w:r>
      <w:r w:rsidR="00EC3A92" w:rsidRPr="00EC3A92">
        <w:rPr>
          <w:rFonts w:ascii="Arial" w:hAnsi="Arial" w:cs="KFGQPC Uthman Taha Naskh" w:hint="cs"/>
          <w:color w:val="262626" w:themeColor="text1" w:themeTint="D9"/>
          <w:sz w:val="28"/>
          <w:szCs w:val="28"/>
          <w:rtl/>
        </w:rPr>
        <w:t>تيسير</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العزيز</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الحميد</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لسليمان</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بن</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عبدالله</w:t>
      </w:r>
      <w:r w:rsidR="00EC3A92" w:rsidRPr="00EC3A92">
        <w:rPr>
          <w:rFonts w:ascii="MV Utheemu" w:hAnsi="MV Utheemu" w:cs="KFGQPC Uthman Taha Naskh" w:hint="cs"/>
          <w:color w:val="262626" w:themeColor="text1" w:themeTint="D9"/>
          <w:sz w:val="28"/>
          <w:szCs w:val="28"/>
          <w:rtl/>
        </w:rPr>
        <w:t>،</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ص</w:t>
      </w:r>
      <w:r w:rsidR="00EC3A92" w:rsidRPr="00EC3A92">
        <w:rPr>
          <w:rFonts w:ascii="MV Utheemu" w:hAnsi="MV Utheemu" w:cs="KFGQPC Uthman Taha Naskh"/>
          <w:color w:val="262626" w:themeColor="text1" w:themeTint="D9"/>
          <w:sz w:val="28"/>
          <w:szCs w:val="28"/>
          <w:rtl/>
        </w:rPr>
        <w:t xml:space="preserve"> 136 </w:t>
      </w:r>
      <w:r w:rsidR="00EC3A92" w:rsidRPr="00EC3A92">
        <w:rPr>
          <w:rFonts w:cs="Times New Roman" w:hint="cs"/>
          <w:color w:val="262626" w:themeColor="text1" w:themeTint="D9"/>
          <w:sz w:val="28"/>
          <w:szCs w:val="28"/>
          <w:rtl/>
        </w:rPr>
        <w:t>–</w:t>
      </w:r>
      <w:r w:rsidR="00EC3A92" w:rsidRPr="00EC3A92">
        <w:rPr>
          <w:rFonts w:ascii="MV Utheemu" w:hAnsi="MV Utheemu" w:cs="KFGQPC Uthman Taha Naskh"/>
          <w:color w:val="262626" w:themeColor="text1" w:themeTint="D9"/>
          <w:sz w:val="28"/>
          <w:szCs w:val="28"/>
          <w:rtl/>
        </w:rPr>
        <w:t xml:space="preserve"> 138</w:t>
      </w:r>
      <w:r w:rsidR="00EC3A92" w:rsidRPr="00EC3A92">
        <w:rPr>
          <w:rFonts w:ascii="MV Utheemu" w:hAnsi="MV Utheemu" w:cs="KFGQPC Uthman Taha Naskh" w:hint="cs"/>
          <w:color w:val="262626" w:themeColor="text1" w:themeTint="D9"/>
          <w:sz w:val="28"/>
          <w:szCs w:val="28"/>
          <w:rtl/>
        </w:rPr>
        <w:t>،</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معارج</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القبول</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لحافظ</w:t>
      </w:r>
      <w:r w:rsidR="00EC3A92" w:rsidRPr="00EC3A92">
        <w:rPr>
          <w:rFonts w:ascii="MV Utheemu" w:hAnsi="MV Utheemu" w:cs="KFGQPC Uthman Taha Naskh"/>
          <w:color w:val="262626" w:themeColor="text1" w:themeTint="D9"/>
          <w:sz w:val="28"/>
          <w:szCs w:val="28"/>
          <w:rtl/>
        </w:rPr>
        <w:t xml:space="preserve"> </w:t>
      </w:r>
      <w:r w:rsidR="00EC3A92" w:rsidRPr="00EC3A92">
        <w:rPr>
          <w:rFonts w:ascii="Arial" w:hAnsi="Arial" w:cs="KFGQPC Uthman Taha Naskh" w:hint="cs"/>
          <w:color w:val="262626" w:themeColor="text1" w:themeTint="D9"/>
          <w:sz w:val="28"/>
          <w:szCs w:val="28"/>
          <w:rtl/>
        </w:rPr>
        <w:t>الحكمي</w:t>
      </w:r>
      <w:r w:rsidR="00EC3A92" w:rsidRPr="00EC3A92">
        <w:rPr>
          <w:rFonts w:ascii="MV Utheemu" w:hAnsi="MV Utheemu" w:cs="KFGQPC Uthman Taha Naskh" w:hint="cs"/>
          <w:color w:val="262626" w:themeColor="text1" w:themeTint="D9"/>
          <w:sz w:val="28"/>
          <w:szCs w:val="28"/>
          <w:rtl/>
        </w:rPr>
        <w:t>،</w:t>
      </w:r>
      <w:r w:rsidR="00EC3A92" w:rsidRPr="00EC3A92">
        <w:rPr>
          <w:rFonts w:ascii="MV Utheemu" w:hAnsi="MV Utheemu" w:cs="KFGQPC Uthman Taha Naskh"/>
          <w:color w:val="262626" w:themeColor="text1" w:themeTint="D9"/>
          <w:sz w:val="28"/>
          <w:szCs w:val="28"/>
          <w:rtl/>
        </w:rPr>
        <w:t xml:space="preserve"> 2/510</w:t>
      </w:r>
      <w:r w:rsidR="00EC3A92" w:rsidRPr="000F735A">
        <w:rPr>
          <w:rFonts w:ascii="Scheherazade New" w:hAnsi="Scheherazade New" w:cs="Scheherazade New"/>
          <w:szCs w:val="24"/>
          <w:rtl/>
        </w:rPr>
        <w:t>]</w:t>
      </w:r>
      <w:r>
        <w:rPr>
          <w:rFonts w:ascii="MV Utheemu" w:hAnsi="MV Utheemu" w:cs="MV Utheemu" w:hint="cs"/>
          <w:sz w:val="28"/>
          <w:szCs w:val="28"/>
          <w:rtl/>
          <w:lang w:bidi="dv-MV"/>
        </w:rPr>
        <w:t xml:space="preserve"> </w:t>
      </w:r>
      <w:r w:rsidR="0045445B">
        <w:rPr>
          <w:rFonts w:ascii="MV Utheemu" w:hAnsi="MV Utheemu" w:cs="MV Utheemu" w:hint="cs"/>
          <w:color w:val="262626" w:themeColor="text1" w:themeTint="D9"/>
          <w:sz w:val="36"/>
          <w:szCs w:val="36"/>
          <w:rtl/>
          <w:lang w:bidi="dv-MV"/>
        </w:rPr>
        <w:t>"</w:t>
      </w:r>
      <w:r w:rsidR="00DE510E">
        <w:rPr>
          <w:rFonts w:ascii="MV Utheemu" w:hAnsi="MV Utheemu" w:cs="MV Utheemu" w:hint="cs"/>
          <w:b/>
          <w:bCs/>
          <w:color w:val="262626" w:themeColor="text1" w:themeTint="D9"/>
          <w:sz w:val="36"/>
          <w:szCs w:val="36"/>
          <w:rtl/>
          <w:lang w:bidi="dv-MV"/>
        </w:rPr>
        <w:t xml:space="preserve">ޝަރުޢީ </w:t>
      </w:r>
      <w:r w:rsidR="00C13383">
        <w:rPr>
          <w:rFonts w:ascii="MV Utheemu" w:hAnsi="MV Utheemu" w:cs="MV Utheemu" w:hint="cs"/>
          <w:b/>
          <w:bCs/>
          <w:color w:val="262626" w:themeColor="text1" w:themeTint="D9"/>
          <w:sz w:val="36"/>
          <w:szCs w:val="36"/>
          <w:rtl/>
          <w:lang w:bidi="dv-MV"/>
        </w:rPr>
        <w:t>ތަ</w:t>
      </w:r>
      <w:r w:rsidR="0045445B" w:rsidRPr="0045445B">
        <w:rPr>
          <w:rFonts w:ascii="MV Utheemu" w:hAnsi="MV Utheemu" w:cs="MV Utheemu" w:hint="cs"/>
          <w:b/>
          <w:bCs/>
          <w:color w:val="262626" w:themeColor="text1" w:themeTint="D9"/>
          <w:sz w:val="36"/>
          <w:szCs w:val="36"/>
          <w:rtl/>
          <w:lang w:bidi="dv-MV"/>
        </w:rPr>
        <w:t>ޢުވީޛ</w:t>
      </w:r>
      <w:r w:rsidR="009450E2">
        <w:rPr>
          <w:rFonts w:ascii="MV Utheemu" w:hAnsi="MV Utheemu" w:cs="MV Utheemu" w:hint="cs"/>
          <w:b/>
          <w:bCs/>
          <w:color w:val="262626" w:themeColor="text1" w:themeTint="D9"/>
          <w:sz w:val="36"/>
          <w:szCs w:val="36"/>
          <w:rtl/>
          <w:lang w:bidi="dv-MV"/>
        </w:rPr>
        <w:t>ަކީ</w:t>
      </w:r>
      <w:r w:rsidR="00F43973">
        <w:rPr>
          <w:rFonts w:ascii="MV Utheemu" w:hAnsi="MV Utheemu" w:cs="MV Utheemu" w:hint="cs"/>
          <w:b/>
          <w:bCs/>
          <w:color w:val="262626" w:themeColor="text1" w:themeTint="D9"/>
          <w:sz w:val="36"/>
          <w:szCs w:val="36"/>
          <w:rtl/>
          <w:lang w:bidi="dv-MV"/>
        </w:rPr>
        <w:t xml:space="preserve"> </w:t>
      </w:r>
      <w:r w:rsidR="0045445B">
        <w:rPr>
          <w:rFonts w:ascii="Arabic Typesetting" w:hAnsi="Arabic Typesetting" w:cs="Arabic Typesetting"/>
          <w:color w:val="262626" w:themeColor="text1" w:themeTint="D9"/>
          <w:sz w:val="36"/>
          <w:szCs w:val="36"/>
        </w:rPr>
        <w:sym w:font="KFGQPC Arabic Symbols 01" w:char="F025"/>
      </w:r>
      <w:r w:rsidR="0045445B" w:rsidRPr="0092015B">
        <w:rPr>
          <w:rFonts w:ascii="Scheherazade New" w:hAnsi="Scheherazade New" w:cs="Scheherazade New"/>
          <w:color w:val="262626" w:themeColor="text1" w:themeTint="D9"/>
          <w:sz w:val="32"/>
          <w:szCs w:val="32"/>
          <w:rtl/>
        </w:rPr>
        <w:t xml:space="preserve"> </w:t>
      </w:r>
      <w:r w:rsidR="0045445B" w:rsidRPr="009B3BC5">
        <w:rPr>
          <w:rFonts w:ascii="MV Utheemu" w:hAnsi="MV Utheemu" w:cs="Times New Roman"/>
          <w:color w:val="262626" w:themeColor="text1" w:themeTint="D9"/>
          <w:sz w:val="36"/>
          <w:szCs w:val="36"/>
          <w:rtl/>
        </w:rPr>
        <w:t xml:space="preserve"> </w:t>
      </w:r>
      <w:r w:rsidR="0045445B">
        <w:rPr>
          <w:rFonts w:ascii="Scheherazade New" w:hAnsi="Scheherazade New" w:cs="Scheherazade New"/>
          <w:color w:val="262626" w:themeColor="text1" w:themeTint="D9"/>
          <w:sz w:val="32"/>
          <w:szCs w:val="32"/>
        </w:rPr>
        <w:sym w:font="KFGQPC Arabic Symbols 01" w:char="F045"/>
      </w:r>
      <w:r w:rsidR="0045445B" w:rsidRPr="009B3BC5">
        <w:rPr>
          <w:rFonts w:ascii="MV Utheemu" w:hAnsi="MV Utheemu" w:cs="MV Utheemu" w:hint="cs"/>
          <w:color w:val="262626" w:themeColor="text1" w:themeTint="D9"/>
          <w:sz w:val="36"/>
          <w:szCs w:val="36"/>
          <w:rtl/>
          <w:lang w:bidi="dv-MV"/>
        </w:rPr>
        <w:t>ގެ</w:t>
      </w:r>
      <w:r w:rsidR="0045445B" w:rsidRPr="009B3BC5">
        <w:rPr>
          <w:rFonts w:ascii="MV Utheemu" w:hAnsi="MV Utheemu" w:cs="MV Utheemu"/>
          <w:color w:val="262626" w:themeColor="text1" w:themeTint="D9"/>
          <w:sz w:val="36"/>
          <w:szCs w:val="36"/>
          <w:rtl/>
          <w:lang w:bidi="dv-MV"/>
        </w:rPr>
        <w:t xml:space="preserve"> </w:t>
      </w:r>
      <w:r w:rsidR="0045445B" w:rsidRPr="009B3BC5">
        <w:rPr>
          <w:rFonts w:ascii="MV Utheemu" w:hAnsi="MV Utheemu" w:cs="MV Utheemu" w:hint="cs"/>
          <w:color w:val="262626" w:themeColor="text1" w:themeTint="D9"/>
          <w:sz w:val="36"/>
          <w:szCs w:val="36"/>
          <w:rtl/>
          <w:lang w:bidi="dv-MV"/>
        </w:rPr>
        <w:t>ބަސްފުޅު</w:t>
      </w:r>
      <w:r w:rsidR="0045445B" w:rsidRPr="009B3BC5">
        <w:rPr>
          <w:rFonts w:ascii="MV Utheemu" w:hAnsi="MV Utheemu" w:cs="MV Utheemu"/>
          <w:color w:val="262626" w:themeColor="text1" w:themeTint="D9"/>
          <w:sz w:val="36"/>
          <w:szCs w:val="36"/>
          <w:rtl/>
          <w:lang w:bidi="dv-MV"/>
        </w:rPr>
        <w:t xml:space="preserve"> </w:t>
      </w:r>
      <w:r w:rsidR="0045445B" w:rsidRPr="0045445B">
        <w:rPr>
          <w:rFonts w:ascii="MV Utheemu" w:hAnsi="MV Utheemu" w:cs="MV Utheemu"/>
          <w:color w:val="262626" w:themeColor="text1" w:themeTint="D9"/>
          <w:sz w:val="36"/>
          <w:szCs w:val="36"/>
          <w:rtl/>
          <w:lang w:bidi="dv-MV"/>
        </w:rPr>
        <w:t xml:space="preserve"> ބޭނުންކޮށްގެން ކުރެވޭ</w:t>
      </w:r>
      <w:r w:rsidR="0045445B" w:rsidRPr="0045445B">
        <w:rPr>
          <w:rFonts w:ascii="MV Utheemu" w:hAnsi="MV Utheemu" w:cs="MV Utheemu"/>
          <w:color w:val="262626" w:themeColor="text1" w:themeTint="D9"/>
          <w:sz w:val="36"/>
          <w:szCs w:val="36"/>
          <w:rtl/>
        </w:rPr>
        <w:t> </w:t>
      </w:r>
      <w:r w:rsidR="0045445B" w:rsidRPr="00CF329E">
        <w:rPr>
          <w:rFonts w:ascii="Arial" w:hAnsi="Arial" w:cs="KFGQPC Uthman Taha Naskh" w:hint="cs"/>
          <w:b/>
          <w:bCs/>
          <w:color w:val="262626" w:themeColor="text1" w:themeTint="D9"/>
          <w:sz w:val="36"/>
          <w:szCs w:val="36"/>
          <w:rtl/>
        </w:rPr>
        <w:t>الرُّقْيَةُ</w:t>
      </w:r>
      <w:r w:rsidR="0045445B" w:rsidRPr="00CF329E">
        <w:rPr>
          <w:rFonts w:ascii="Cambria" w:hAnsi="Cambria" w:cs="Cambria" w:hint="cs"/>
          <w:b/>
          <w:bCs/>
          <w:color w:val="262626" w:themeColor="text1" w:themeTint="D9"/>
          <w:sz w:val="36"/>
          <w:szCs w:val="36"/>
          <w:rtl/>
        </w:rPr>
        <w:t> </w:t>
      </w:r>
      <w:r w:rsidR="009450E2">
        <w:rPr>
          <w:rFonts w:ascii="Cambria" w:hAnsi="Cambria" w:cs="MV Boli" w:hint="cs"/>
          <w:b/>
          <w:bCs/>
          <w:color w:val="262626" w:themeColor="text1" w:themeTint="D9"/>
          <w:sz w:val="36"/>
          <w:szCs w:val="36"/>
          <w:rtl/>
          <w:lang w:bidi="dv-MV"/>
        </w:rPr>
        <w:t xml:space="preserve"> </w:t>
      </w:r>
      <w:r w:rsidR="0045445B" w:rsidRPr="0045445B">
        <w:rPr>
          <w:rFonts w:ascii="MV Utheemu" w:hAnsi="MV Utheemu" w:cs="MV Utheemu"/>
          <w:color w:val="262626" w:themeColor="text1" w:themeTint="D9"/>
          <w:sz w:val="36"/>
          <w:szCs w:val="36"/>
          <w:rtl/>
        </w:rPr>
        <w:t>(</w:t>
      </w:r>
      <w:r w:rsidR="0045445B">
        <w:rPr>
          <w:rFonts w:ascii="MV Utheemu" w:hAnsi="MV Utheemu" w:cs="MV Utheemu" w:hint="cs"/>
          <w:color w:val="262626" w:themeColor="text1" w:themeTint="D9"/>
          <w:sz w:val="36"/>
          <w:szCs w:val="36"/>
          <w:rtl/>
          <w:lang w:bidi="dv-MV"/>
        </w:rPr>
        <w:t xml:space="preserve">ކިޔެވޭ </w:t>
      </w:r>
      <w:r w:rsidR="003D0859">
        <w:rPr>
          <w:rFonts w:ascii="MV Utheemu" w:hAnsi="MV Utheemu" w:cs="MV Utheemu" w:hint="cs"/>
          <w:color w:val="262626" w:themeColor="text1" w:themeTint="D9"/>
          <w:sz w:val="36"/>
          <w:szCs w:val="36"/>
          <w:rtl/>
          <w:lang w:bidi="dv-MV"/>
        </w:rPr>
        <w:t>ކިޔެވެލި</w:t>
      </w:r>
      <w:r w:rsidR="0045445B" w:rsidRPr="0045445B">
        <w:rPr>
          <w:rFonts w:ascii="MV Utheemu" w:hAnsi="MV Utheemu" w:cs="MV Utheemu"/>
          <w:color w:val="262626" w:themeColor="text1" w:themeTint="D9"/>
          <w:sz w:val="36"/>
          <w:szCs w:val="36"/>
          <w:rtl/>
          <w:lang w:bidi="dv-MV"/>
        </w:rPr>
        <w:t>)</w:t>
      </w:r>
      <w:r w:rsidR="003D0859">
        <w:rPr>
          <w:rFonts w:ascii="MV Utheemu" w:hAnsi="MV Utheemu" w:cs="MV Utheemu" w:hint="cs"/>
          <w:color w:val="262626" w:themeColor="text1" w:themeTint="D9"/>
          <w:sz w:val="36"/>
          <w:szCs w:val="36"/>
          <w:rtl/>
          <w:lang w:bidi="dv-MV"/>
        </w:rPr>
        <w:t xml:space="preserve"> </w:t>
      </w:r>
      <w:r w:rsidR="0045445B" w:rsidRPr="0045445B">
        <w:rPr>
          <w:rFonts w:ascii="MV Utheemu" w:hAnsi="MV Utheemu" w:cs="MV Utheemu"/>
          <w:color w:val="262626" w:themeColor="text1" w:themeTint="D9"/>
          <w:sz w:val="36"/>
          <w:szCs w:val="36"/>
          <w:rtl/>
          <w:lang w:bidi="dv-MV"/>
        </w:rPr>
        <w:t>އެވެ</w:t>
      </w:r>
      <w:r w:rsidR="0045445B" w:rsidRPr="0045445B">
        <w:rPr>
          <w:rFonts w:ascii="MV Utheemu" w:hAnsi="MV Utheemu" w:cs="MV Utheemu"/>
          <w:color w:val="262626" w:themeColor="text1" w:themeTint="D9"/>
          <w:sz w:val="36"/>
          <w:szCs w:val="36"/>
          <w:lang w:bidi="dv-MV"/>
        </w:rPr>
        <w:t>.</w:t>
      </w:r>
      <w:r w:rsidR="0045445B" w:rsidRPr="0045445B">
        <w:rPr>
          <w:rFonts w:cs="MV Boli" w:hint="cs"/>
          <w:rtl/>
          <w:lang w:bidi="dv-MV"/>
        </w:rPr>
        <w:t xml:space="preserve"> </w:t>
      </w:r>
      <w:r w:rsidR="0045445B" w:rsidRPr="0045445B">
        <w:rPr>
          <w:rFonts w:ascii="MV Utheemu" w:hAnsi="MV Utheemu" w:cs="MV Utheemu" w:hint="cs"/>
          <w:color w:val="262626" w:themeColor="text1" w:themeTint="D9"/>
          <w:sz w:val="36"/>
          <w:szCs w:val="36"/>
          <w:rtl/>
          <w:lang w:bidi="dv-MV"/>
        </w:rPr>
        <w:t>އެކަލާނގެއަށް</w:t>
      </w:r>
      <w:r w:rsidR="0045445B" w:rsidRPr="0045445B">
        <w:rPr>
          <w:rFonts w:ascii="MV Utheemu" w:hAnsi="MV Utheemu" w:cs="MV Utheemu"/>
          <w:color w:val="262626" w:themeColor="text1" w:themeTint="D9"/>
          <w:sz w:val="36"/>
          <w:szCs w:val="36"/>
          <w:rtl/>
          <w:lang w:bidi="dv-MV"/>
        </w:rPr>
        <w:t xml:space="preserve"> </w:t>
      </w:r>
      <w:r w:rsidR="0045445B">
        <w:rPr>
          <w:rFonts w:ascii="MV Utheemu" w:hAnsi="MV Utheemu" w:cs="MV Utheemu" w:hint="cs"/>
          <w:color w:val="262626" w:themeColor="text1" w:themeTint="D9"/>
          <w:sz w:val="36"/>
          <w:szCs w:val="36"/>
          <w:rtl/>
          <w:lang w:bidi="dv-MV"/>
        </w:rPr>
        <w:t>ތަވަސުލު</w:t>
      </w:r>
      <w:r w:rsidR="007A1F6A">
        <w:rPr>
          <w:rFonts w:ascii="MV Utheemu" w:hAnsi="MV Utheemu" w:cs="MV Utheemu" w:hint="cs"/>
          <w:color w:val="262626" w:themeColor="text1" w:themeTint="D9"/>
          <w:sz w:val="36"/>
          <w:szCs w:val="36"/>
          <w:rtl/>
          <w:lang w:bidi="dv-MV"/>
        </w:rPr>
        <w:t xml:space="preserve">ކޮށް </w:t>
      </w:r>
      <w:r w:rsidR="007A1F6A">
        <w:rPr>
          <w:rFonts w:ascii="MV Utheemu" w:hAnsi="MV Utheemu" w:cs="MV Utheemu" w:hint="cs"/>
          <w:color w:val="262626" w:themeColor="text1" w:themeTint="D9"/>
          <w:sz w:val="36"/>
          <w:szCs w:val="36"/>
          <w:rtl/>
          <w:lang w:bidi="dv-MV"/>
        </w:rPr>
        <w:lastRenderedPageBreak/>
        <w:t>ކުއްތަންވުމެ</w:t>
      </w:r>
      <w:r w:rsidR="000B7789">
        <w:rPr>
          <w:rFonts w:ascii="MV Utheemu" w:hAnsi="MV Utheemu" w:cs="MV Utheemu" w:hint="cs"/>
          <w:color w:val="262626" w:themeColor="text1" w:themeTint="D9"/>
          <w:sz w:val="36"/>
          <w:szCs w:val="36"/>
          <w:rtl/>
          <w:lang w:bidi="dv-MV"/>
        </w:rPr>
        <w:t>ވެ.</w:t>
      </w:r>
      <w:r w:rsidR="0045445B">
        <w:rPr>
          <w:rFonts w:ascii="MV Utheemu" w:hAnsi="MV Utheemu" w:cs="MV Utheemu" w:hint="cs"/>
          <w:color w:val="262626" w:themeColor="text1" w:themeTint="D9"/>
          <w:sz w:val="36"/>
          <w:szCs w:val="36"/>
          <w:rtl/>
          <w:lang w:bidi="dv-MV"/>
        </w:rPr>
        <w:t xml:space="preserve"> ބި</w:t>
      </w:r>
      <w:r w:rsidR="0045445B" w:rsidRPr="009B3BC5">
        <w:rPr>
          <w:rFonts w:ascii="MV Utheemu" w:hAnsi="MV Utheemu" w:cs="MV Utheemu" w:hint="cs"/>
          <w:color w:val="262626" w:themeColor="text1" w:themeTint="D9"/>
          <w:sz w:val="36"/>
          <w:szCs w:val="36"/>
          <w:rtl/>
          <w:lang w:bidi="dv-MV"/>
        </w:rPr>
        <w:t>ރުވެރި</w:t>
      </w:r>
      <w:r w:rsidR="0045445B">
        <w:rPr>
          <w:rFonts w:ascii="MV Utheemu" w:hAnsi="MV Utheemu" w:cs="MV Utheemu" w:hint="cs"/>
          <w:color w:val="262626" w:themeColor="text1" w:themeTint="D9"/>
          <w:sz w:val="36"/>
          <w:szCs w:val="36"/>
          <w:rtl/>
          <w:lang w:bidi="dv-MV"/>
        </w:rPr>
        <w:t>ކަމުން</w:t>
      </w:r>
      <w:r w:rsidR="0045445B" w:rsidRPr="009B3BC5">
        <w:rPr>
          <w:rFonts w:ascii="MV Utheemu" w:hAnsi="MV Utheemu" w:cs="MV Utheemu"/>
          <w:color w:val="262626" w:themeColor="text1" w:themeTint="D9"/>
          <w:sz w:val="36"/>
          <w:szCs w:val="36"/>
          <w:rtl/>
          <w:lang w:bidi="dv-MV"/>
        </w:rPr>
        <w:t xml:space="preserve"> </w:t>
      </w:r>
      <w:r w:rsidR="0045445B" w:rsidRPr="009B3BC5">
        <w:rPr>
          <w:rFonts w:ascii="MV Utheemu" w:hAnsi="MV Utheemu" w:cs="MV Utheemu" w:hint="cs"/>
          <w:color w:val="262626" w:themeColor="text1" w:themeTint="D9"/>
          <w:sz w:val="36"/>
          <w:szCs w:val="36"/>
          <w:rtl/>
          <w:lang w:bidi="dv-MV"/>
        </w:rPr>
        <w:t>ނުވަތަ</w:t>
      </w:r>
      <w:r w:rsidR="0045445B" w:rsidRPr="009B3BC5">
        <w:rPr>
          <w:rFonts w:ascii="MV Utheemu" w:hAnsi="MV Utheemu" w:cs="MV Utheemu"/>
          <w:color w:val="262626" w:themeColor="text1" w:themeTint="D9"/>
          <w:sz w:val="36"/>
          <w:szCs w:val="36"/>
          <w:rtl/>
          <w:lang w:bidi="dv-MV"/>
        </w:rPr>
        <w:t xml:space="preserve"> </w:t>
      </w:r>
      <w:r w:rsidR="0045445B" w:rsidRPr="003C086A">
        <w:rPr>
          <w:rFonts w:ascii="MV Utheemu" w:hAnsi="MV Utheemu" w:cs="KFGQPC Uthman Taha Naskh"/>
          <w:b/>
          <w:bCs/>
          <w:color w:val="262626" w:themeColor="text1" w:themeTint="D9"/>
          <w:sz w:val="36"/>
          <w:szCs w:val="36"/>
          <w:rtl/>
        </w:rPr>
        <w:t>سِحْر</w:t>
      </w:r>
      <w:r w:rsidR="0045445B">
        <w:rPr>
          <w:rFonts w:ascii="MV Utheemu" w:hAnsi="MV Utheemu" w:cs="MV Utheemu" w:hint="cs"/>
          <w:color w:val="262626" w:themeColor="text1" w:themeTint="D9"/>
          <w:sz w:val="36"/>
          <w:szCs w:val="36"/>
          <w:rtl/>
          <w:lang w:bidi="dv-MV"/>
        </w:rPr>
        <w:t>އިން ނު</w:t>
      </w:r>
      <w:r w:rsidR="0045445B" w:rsidRPr="009B3BC5">
        <w:rPr>
          <w:rFonts w:ascii="MV Utheemu" w:hAnsi="MV Utheemu" w:cs="MV Utheemu" w:hint="cs"/>
          <w:color w:val="262626" w:themeColor="text1" w:themeTint="D9"/>
          <w:sz w:val="36"/>
          <w:szCs w:val="36"/>
          <w:rtl/>
          <w:lang w:bidi="dv-MV"/>
        </w:rPr>
        <w:t>ވަތަ</w:t>
      </w:r>
      <w:r w:rsidR="0045445B" w:rsidRPr="009B3BC5">
        <w:rPr>
          <w:rFonts w:ascii="MV Utheemu" w:hAnsi="MV Utheemu" w:cs="MV Utheemu"/>
          <w:color w:val="262626" w:themeColor="text1" w:themeTint="D9"/>
          <w:sz w:val="36"/>
          <w:szCs w:val="36"/>
          <w:rtl/>
          <w:lang w:bidi="dv-MV"/>
        </w:rPr>
        <w:t xml:space="preserve"> </w:t>
      </w:r>
      <w:r w:rsidR="0045445B" w:rsidRPr="0045445B">
        <w:rPr>
          <w:rFonts w:ascii="MV Utheemu" w:hAnsi="MV Utheemu" w:cs="MV Utheemu"/>
          <w:color w:val="262626" w:themeColor="text1" w:themeTint="D9"/>
          <w:sz w:val="36"/>
          <w:szCs w:val="36"/>
          <w:rtl/>
          <w:lang w:bidi="dv-MV"/>
        </w:rPr>
        <w:t>ވިހަގަދަ ސޫފާސޫފި</w:t>
      </w:r>
      <w:r w:rsidR="0045445B">
        <w:rPr>
          <w:rFonts w:ascii="MV Utheemu" w:hAnsi="MV Utheemu" w:cs="MV Utheemu" w:hint="cs"/>
          <w:color w:val="262626" w:themeColor="text1" w:themeTint="D9"/>
          <w:sz w:val="36"/>
          <w:szCs w:val="36"/>
          <w:rtl/>
          <w:lang w:bidi="dv-MV"/>
        </w:rPr>
        <w:t xml:space="preserve"> ކަ</w:t>
      </w:r>
      <w:r w:rsidR="000B7789">
        <w:rPr>
          <w:rFonts w:ascii="MV Utheemu" w:hAnsi="MV Utheemu" w:cs="MV Utheemu" w:hint="cs"/>
          <w:color w:val="262626" w:themeColor="text1" w:themeTint="D9"/>
          <w:sz w:val="36"/>
          <w:szCs w:val="36"/>
          <w:rtl/>
          <w:lang w:bidi="dv-MV"/>
        </w:rPr>
        <w:t>އްޓެއް</w:t>
      </w:r>
      <w:r w:rsidR="0045445B">
        <w:rPr>
          <w:rFonts w:ascii="MV Utheemu" w:hAnsi="MV Utheemu" w:cs="MV Utheemu" w:hint="cs"/>
          <w:color w:val="262626" w:themeColor="text1" w:themeTint="D9"/>
          <w:sz w:val="36"/>
          <w:szCs w:val="36"/>
          <w:rtl/>
          <w:lang w:bidi="dv-MV"/>
        </w:rPr>
        <w:t xml:space="preserve">ޖެހުމުން </w:t>
      </w:r>
      <w:r w:rsidR="0045445B" w:rsidRPr="009B3BC5">
        <w:rPr>
          <w:rFonts w:ascii="MV Utheemu" w:hAnsi="MV Utheemu" w:cs="MV Utheemu" w:hint="cs"/>
          <w:color w:val="262626" w:themeColor="text1" w:themeTint="D9"/>
          <w:sz w:val="36"/>
          <w:szCs w:val="36"/>
          <w:rtl/>
          <w:lang w:bidi="dv-MV"/>
        </w:rPr>
        <w:t>ނުވަތަ</w:t>
      </w:r>
      <w:r w:rsidR="0045445B" w:rsidRPr="009B3BC5">
        <w:rPr>
          <w:rFonts w:ascii="MV Utheemu" w:hAnsi="MV Utheemu" w:cs="MV Utheemu"/>
          <w:color w:val="262626" w:themeColor="text1" w:themeTint="D9"/>
          <w:sz w:val="36"/>
          <w:szCs w:val="36"/>
          <w:rtl/>
          <w:lang w:bidi="dv-MV"/>
        </w:rPr>
        <w:t xml:space="preserve"> </w:t>
      </w:r>
      <w:r w:rsidR="0045445B" w:rsidRPr="009B3BC5">
        <w:rPr>
          <w:rFonts w:ascii="MV Utheemu" w:hAnsi="MV Utheemu" w:cs="MV Utheemu" w:hint="cs"/>
          <w:color w:val="262626" w:themeColor="text1" w:themeTint="D9"/>
          <w:sz w:val="36"/>
          <w:szCs w:val="36"/>
          <w:rtl/>
          <w:lang w:bidi="dv-MV"/>
        </w:rPr>
        <w:t>ބަލިމަޑުކަ</w:t>
      </w:r>
      <w:r w:rsidR="0045445B">
        <w:rPr>
          <w:rFonts w:ascii="MV Utheemu" w:hAnsi="MV Utheemu" w:cs="MV Utheemu" w:hint="cs"/>
          <w:color w:val="262626" w:themeColor="text1" w:themeTint="D9"/>
          <w:sz w:val="36"/>
          <w:szCs w:val="36"/>
          <w:rtl/>
          <w:lang w:bidi="dv-MV"/>
        </w:rPr>
        <w:t xml:space="preserve">މަކުން </w:t>
      </w:r>
      <w:r w:rsidR="0045445B" w:rsidRPr="0045445B">
        <w:rPr>
          <w:rFonts w:ascii="MV Utheemu" w:hAnsi="MV Utheemu" w:cs="MV Utheemu"/>
          <w:color w:val="262626" w:themeColor="text1" w:themeTint="D9"/>
          <w:sz w:val="36"/>
          <w:szCs w:val="36"/>
          <w:rtl/>
          <w:lang w:bidi="dv-MV"/>
        </w:rPr>
        <w:t>ރައްކާތެރިކަން ހޯދައިދިނުމަށްޓަކައި</w:t>
      </w:r>
      <w:r w:rsidR="0045445B" w:rsidRPr="0045445B">
        <w:rPr>
          <w:rFonts w:ascii="Utheemu-Randoo" w:hAnsi="Utheemu-Randoo" w:cs="MV Boli"/>
          <w:color w:val="212529"/>
          <w:shd w:val="clear" w:color="auto" w:fill="FFFFFF"/>
          <w:rtl/>
          <w:lang w:bidi="dv-MV"/>
        </w:rPr>
        <w:t xml:space="preserve"> </w:t>
      </w:r>
      <w:r w:rsidR="0045445B" w:rsidRPr="0045445B">
        <w:rPr>
          <w:rFonts w:ascii="MV Utheemu" w:hAnsi="MV Utheemu" w:cs="MV Utheemu"/>
          <w:color w:val="262626" w:themeColor="text1" w:themeTint="D9"/>
          <w:sz w:val="36"/>
          <w:szCs w:val="36"/>
          <w:rtl/>
          <w:lang w:bidi="dv-MV"/>
        </w:rPr>
        <w:t>އެ އެއްޗަކުން</w:t>
      </w:r>
      <w:r w:rsidR="0045445B" w:rsidRPr="0045445B">
        <w:rPr>
          <w:rFonts w:ascii="Utheemu-Randoo" w:hAnsi="Utheemu-Randoo" w:cs="MV Boli"/>
          <w:color w:val="212529"/>
          <w:shd w:val="clear" w:color="auto" w:fill="FFFFFF"/>
          <w:rtl/>
          <w:lang w:bidi="dv-MV"/>
        </w:rPr>
        <w:t xml:space="preserve"> </w:t>
      </w:r>
      <w:r w:rsidR="0045445B" w:rsidRPr="0045445B">
        <w:rPr>
          <w:rFonts w:ascii="MV Utheemu" w:hAnsi="MV Utheemu" w:cs="MV Utheemu"/>
          <w:color w:val="262626" w:themeColor="text1" w:themeTint="D9"/>
          <w:sz w:val="36"/>
          <w:szCs w:val="36"/>
          <w:rtl/>
          <w:lang w:bidi="dv-MV"/>
        </w:rPr>
        <w:t>ރުޤ</w:t>
      </w:r>
      <w:r w:rsidR="003C086A">
        <w:rPr>
          <w:rFonts w:ascii="MV Utheemu" w:hAnsi="MV Utheemu" w:cs="MV Utheemu" w:hint="cs"/>
          <w:color w:val="262626" w:themeColor="text1" w:themeTint="D9"/>
          <w:sz w:val="36"/>
          <w:szCs w:val="36"/>
          <w:rtl/>
          <w:lang w:bidi="dv-MV"/>
        </w:rPr>
        <w:t xml:space="preserve">ްޔާ </w:t>
      </w:r>
      <w:r w:rsidR="0045445B" w:rsidRPr="0045445B">
        <w:rPr>
          <w:rFonts w:ascii="MV Utheemu" w:hAnsi="MV Utheemu" w:cs="MV Utheemu"/>
          <w:color w:val="262626" w:themeColor="text1" w:themeTint="D9"/>
          <w:sz w:val="36"/>
          <w:szCs w:val="36"/>
          <w:rtl/>
          <w:lang w:bidi="dv-MV"/>
        </w:rPr>
        <w:t xml:space="preserve">ކުރެވޭ </w:t>
      </w:r>
      <w:r w:rsidR="003C086A">
        <w:rPr>
          <w:rFonts w:ascii="MV Utheemu" w:hAnsi="MV Utheemu" w:cs="MV Utheemu" w:hint="cs"/>
          <w:color w:val="262626" w:themeColor="text1" w:themeTint="D9"/>
          <w:sz w:val="36"/>
          <w:szCs w:val="36"/>
          <w:rtl/>
          <w:lang w:bidi="dv-MV"/>
        </w:rPr>
        <w:t>(ކިޔެވެލި ކިޔެވޭ)</w:t>
      </w:r>
      <w:r w:rsidR="003C086A" w:rsidRPr="0045445B">
        <w:rPr>
          <w:rFonts w:ascii="MV Utheemu" w:hAnsi="MV Utheemu" w:cs="MV Utheemu"/>
          <w:color w:val="262626" w:themeColor="text1" w:themeTint="D9"/>
          <w:sz w:val="36"/>
          <w:szCs w:val="36"/>
          <w:rtl/>
          <w:lang w:bidi="dv-MV"/>
        </w:rPr>
        <w:t xml:space="preserve"> </w:t>
      </w:r>
      <w:r w:rsidR="0045445B" w:rsidRPr="0045445B">
        <w:rPr>
          <w:rFonts w:ascii="MV Utheemu" w:hAnsi="MV Utheemu" w:cs="MV Utheemu"/>
          <w:color w:val="262626" w:themeColor="text1" w:themeTint="D9"/>
          <w:sz w:val="36"/>
          <w:szCs w:val="36"/>
          <w:rtl/>
          <w:lang w:bidi="dv-MV"/>
        </w:rPr>
        <w:t>އެއްޗެވެ</w:t>
      </w:r>
      <w:r w:rsidR="0045445B" w:rsidRPr="0045445B">
        <w:rPr>
          <w:rFonts w:ascii="MV Utheemu" w:hAnsi="MV Utheemu" w:cs="MV Utheemu"/>
          <w:color w:val="262626" w:themeColor="text1" w:themeTint="D9"/>
          <w:sz w:val="36"/>
          <w:szCs w:val="36"/>
          <w:lang w:bidi="dv-MV"/>
        </w:rPr>
        <w:t>.</w:t>
      </w:r>
      <w:r w:rsidR="0045445B">
        <w:rPr>
          <w:rFonts w:ascii="MV Utheemu" w:hAnsi="MV Utheemu" w:cs="MV Utheemu" w:hint="cs"/>
          <w:color w:val="262626" w:themeColor="text1" w:themeTint="D9"/>
          <w:sz w:val="36"/>
          <w:szCs w:val="36"/>
          <w:rtl/>
          <w:lang w:bidi="dv-MV"/>
        </w:rPr>
        <w:t>"</w:t>
      </w:r>
    </w:p>
    <w:p w14:paraId="6555500F" w14:textId="1ABF16C7" w:rsidR="006F19C4" w:rsidRDefault="006F19C4" w:rsidP="00CF329E">
      <w:pPr>
        <w:tabs>
          <w:tab w:val="right" w:pos="90"/>
        </w:tabs>
        <w:bidi/>
        <w:jc w:val="both"/>
        <w:rPr>
          <w:rFonts w:ascii="MV Utheemu" w:hAnsi="MV Utheemu" w:cs="MV Utheemu"/>
          <w:color w:val="262626" w:themeColor="text1" w:themeTint="D9"/>
          <w:sz w:val="36"/>
          <w:szCs w:val="36"/>
          <w:rtl/>
          <w:lang w:bidi="dv-MV"/>
        </w:rPr>
      </w:pPr>
      <w:r w:rsidRPr="00CF329E">
        <w:rPr>
          <w:rFonts w:ascii="MV Utheemu" w:hAnsi="MV Utheemu" w:cs="KFGQPC Uthman Taha Naskh"/>
          <w:b/>
          <w:bCs/>
          <w:color w:val="262626" w:themeColor="text1" w:themeTint="D9"/>
          <w:sz w:val="36"/>
          <w:szCs w:val="36"/>
          <w:rtl/>
        </w:rPr>
        <w:t>ش</w:t>
      </w:r>
      <w:r w:rsidR="003C086A">
        <w:rPr>
          <w:rFonts w:ascii="MV Utheemu" w:hAnsi="MV Utheemu" w:cs="KFGQPC Uthman Taha Naskh" w:hint="cs"/>
          <w:b/>
          <w:bCs/>
          <w:color w:val="262626" w:themeColor="text1" w:themeTint="D9"/>
          <w:sz w:val="36"/>
          <w:szCs w:val="36"/>
          <w:rtl/>
        </w:rPr>
        <w:t>َ</w:t>
      </w:r>
      <w:r w:rsidRPr="00CF329E">
        <w:rPr>
          <w:rFonts w:ascii="MV Utheemu" w:hAnsi="MV Utheemu" w:cs="KFGQPC Uthman Taha Naskh"/>
          <w:b/>
          <w:bCs/>
          <w:color w:val="262626" w:themeColor="text1" w:themeTint="D9"/>
          <w:sz w:val="36"/>
          <w:szCs w:val="36"/>
          <w:rtl/>
        </w:rPr>
        <w:t>رْعِي</w:t>
      </w:r>
      <w:r w:rsidRPr="0047558B">
        <w:rPr>
          <w:rFonts w:ascii="MV Utheemu" w:hAnsi="MV Utheemu" w:cs="MV Utheemu" w:hint="cs"/>
          <w:color w:val="262626" w:themeColor="text1" w:themeTint="D9"/>
          <w:sz w:val="36"/>
          <w:szCs w:val="36"/>
          <w:rtl/>
          <w:lang w:bidi="dv-MV"/>
        </w:rPr>
        <w:t>ގޮތުން</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التَّعْوِيذ</w:t>
      </w:r>
      <w:r w:rsidR="003C086A">
        <w:rPr>
          <w:rFonts w:ascii="MV Utheemu" w:hAnsi="MV Utheemu" w:cs="KFGQPC Uthman Taha Naskh" w:hint="cs"/>
          <w:b/>
          <w:bCs/>
          <w:color w:val="262626" w:themeColor="text1" w:themeTint="D9"/>
          <w:sz w:val="36"/>
          <w:szCs w:val="36"/>
          <w:rtl/>
        </w:rPr>
        <w:t>ُ</w:t>
      </w:r>
      <w:r w:rsidRPr="00CF1843">
        <w:rPr>
          <w:rFonts w:ascii="MV Utheemu" w:hAnsi="MV Utheemu" w:cs="Times New Roman"/>
          <w:color w:val="262626" w:themeColor="text1" w:themeTint="D9"/>
          <w:sz w:val="36"/>
          <w:szCs w:val="36"/>
          <w:rtl/>
        </w:rPr>
        <w:t xml:space="preserve"> </w:t>
      </w:r>
      <w:r w:rsidRPr="00CF1843">
        <w:rPr>
          <w:rFonts w:ascii="MV Utheemu" w:hAnsi="MV Utheemu" w:cs="MV Utheemu" w:hint="cs"/>
          <w:color w:val="262626" w:themeColor="text1" w:themeTint="D9"/>
          <w:sz w:val="36"/>
          <w:szCs w:val="36"/>
          <w:rtl/>
          <w:lang w:bidi="dv-MV"/>
        </w:rPr>
        <w:t>ކުރު</w:t>
      </w:r>
      <w:r>
        <w:rPr>
          <w:rFonts w:ascii="MV Utheemu" w:hAnsi="MV Utheemu" w:cs="MV Utheemu" w:hint="cs"/>
          <w:color w:val="262626" w:themeColor="text1" w:themeTint="D9"/>
          <w:sz w:val="36"/>
          <w:szCs w:val="36"/>
          <w:rtl/>
          <w:lang w:bidi="dv-MV"/>
        </w:rPr>
        <w:t>ން ނުވަތަ އިސްތިޢާޛާކުރުން</w:t>
      </w:r>
      <w:r w:rsidRPr="00CF1843">
        <w:rPr>
          <w:rFonts w:ascii="MV Utheemu" w:hAnsi="MV Utheemu" w:cs="MV Utheemu"/>
          <w:color w:val="262626" w:themeColor="text1" w:themeTint="D9"/>
          <w:sz w:val="36"/>
          <w:szCs w:val="36"/>
          <w:rtl/>
          <w:lang w:bidi="dv-MV"/>
        </w:rPr>
        <w:t xml:space="preserve"> </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ޖިންނި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ޝައިޠާނުންގެ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ނަމާއި،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ސިހުރާއި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ކުފުރުގެ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ބަސްތަކާއި،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އަކަތައް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ކުރަހައި،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ބޮއްޔާއި،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ރޮއްޖާއި،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ފޮއްޗާއި،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ބަރަންޏާއި،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ފަރުދާތައް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ހަށިގަނޑުގައާއި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އެނޫން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ތަންތަނުގައި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އެލުވުން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ކަމުގައިވީނަމަ،</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ނަބިއްޔާ</w:t>
      </w:r>
      <w:r w:rsidRPr="0047558B">
        <w:rPr>
          <w:rFonts w:ascii="MV Utheemu" w:hAnsi="MV Utheemu" w:cs="MV Utheemu"/>
          <w:color w:val="262626" w:themeColor="text1" w:themeTint="D9"/>
          <w:sz w:val="36"/>
          <w:szCs w:val="36"/>
          <w:rtl/>
          <w:lang w:bidi="dv-MV"/>
        </w:rPr>
        <w:t xml:space="preserve"> </w:t>
      </w:r>
      <w:r w:rsidR="00781C62">
        <w:rPr>
          <w:rFonts w:ascii="MV Utheemu" w:hAnsi="MV Utheemu" w:cs="MV Utheemu"/>
          <w:color w:val="262626" w:themeColor="text1" w:themeTint="D9"/>
          <w:sz w:val="36"/>
          <w:szCs w:val="36"/>
          <w:lang w:bidi="dv-MV"/>
        </w:rPr>
        <w:t>(</w:t>
      </w:r>
      <w:r w:rsidR="00781C62" w:rsidRPr="00234FE9">
        <w:rPr>
          <w:rFonts w:ascii="Arabic Typesetting" w:hAnsi="Arabic Typesetting" w:cs="Arabic Typesetting"/>
          <w:color w:val="262626" w:themeColor="text1" w:themeTint="D9"/>
          <w:sz w:val="32"/>
          <w:szCs w:val="32"/>
        </w:rPr>
        <w:sym w:font="KFGQPC Arabic Symbols 01" w:char="F048"/>
      </w:r>
      <w:r w:rsidR="00781C62">
        <w:rPr>
          <w:rFonts w:ascii="MV Utheemu" w:hAnsi="MV Utheemu" w:cs="MV Utheemu"/>
          <w:color w:val="262626" w:themeColor="text1" w:themeTint="D9"/>
          <w:sz w:val="36"/>
          <w:szCs w:val="36"/>
          <w:lang w:bidi="dv-MV"/>
        </w:rPr>
        <w:t>)</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އެކަން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އުންމަތަށް</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ބަޔާންކޮށްދެއްވީހެވެ</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ނަމަވެސް،</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އެކަލޭގެފާނުގެ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ހިދާޔަތަކީ</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ދުޢާކުރުމާއި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ކީރިތި</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ޤުރުއާން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ކިޔަވައިގެން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ރައްކާތެރިކަން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ހޯދުމެވެ</w:t>
      </w:r>
      <w:r w:rsidRPr="0047558B">
        <w:rPr>
          <w:rFonts w:ascii="MV Utheemu" w:hAnsi="MV Utheemu" w:cs="MV Utheemu"/>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w:t>
      </w:r>
    </w:p>
    <w:p w14:paraId="3337AD75" w14:textId="4E8DC2EA" w:rsidR="00DE510E" w:rsidRPr="00B446BB" w:rsidRDefault="006F19C4" w:rsidP="009D7265">
      <w:pPr>
        <w:tabs>
          <w:tab w:val="right" w:pos="90"/>
        </w:tabs>
        <w:bidi/>
        <w:jc w:val="both"/>
        <w:rPr>
          <w:rFonts w:ascii="MV Utheemu" w:hAnsi="MV Utheemu" w:cs="MV Utheemu"/>
          <w:color w:val="262626" w:themeColor="text1" w:themeTint="D9"/>
          <w:sz w:val="36"/>
          <w:szCs w:val="36"/>
          <w:rtl/>
          <w:lang w:bidi="dv-MV"/>
        </w:rPr>
      </w:pPr>
      <w:r w:rsidRPr="0047558B">
        <w:rPr>
          <w:rFonts w:ascii="MV Utheemu" w:hAnsi="MV Utheemu" w:cs="MV Utheemu" w:hint="cs"/>
          <w:color w:val="262626" w:themeColor="text1" w:themeTint="D9"/>
          <w:sz w:val="36"/>
          <w:szCs w:val="36"/>
          <w:rtl/>
          <w:lang w:bidi="dv-MV"/>
        </w:rPr>
        <w:t>ތަވީދު</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އެޅުމަކީ</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شَرْعِي</w:t>
      </w:r>
      <w:r w:rsidRPr="00CF329E">
        <w:rPr>
          <w:rFonts w:ascii="MV Utheemu" w:hAnsi="MV Utheemu" w:cs="KFGQPC Uthman Taha Naskh" w:hint="cs"/>
          <w:b/>
          <w:bCs/>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سَبَب</w:t>
      </w:r>
      <w:r w:rsidR="00141866">
        <w:rPr>
          <w:rFonts w:ascii="MV Utheemu" w:hAnsi="MV Utheemu" w:cs="KFGQPC Uthman Taha Naskh" w:hint="cs"/>
          <w:b/>
          <w:bCs/>
          <w:color w:val="262626" w:themeColor="text1" w:themeTint="D9"/>
          <w:sz w:val="36"/>
          <w:szCs w:val="36"/>
          <w:rtl/>
        </w:rPr>
        <w:t>ُ</w:t>
      </w:r>
      <w:r w:rsidRPr="00B8367F">
        <w:rPr>
          <w:rFonts w:ascii="MV Utheemu" w:hAnsi="MV Utheemu" w:cs="KFGQPC Uthman Taha Naskh"/>
          <w:color w:val="262626" w:themeColor="text1" w:themeTint="D9"/>
          <w:sz w:val="36"/>
          <w:szCs w:val="36"/>
          <w:rtl/>
        </w:rPr>
        <w:t xml:space="preserve"> </w:t>
      </w:r>
      <w:r w:rsidR="00934C39">
        <w:rPr>
          <w:rFonts w:ascii="MV Utheemu" w:hAnsi="MV Utheemu" w:cs="MV Utheemu" w:hint="cs"/>
          <w:color w:val="262626" w:themeColor="text1" w:themeTint="D9"/>
          <w:sz w:val="36"/>
          <w:szCs w:val="36"/>
          <w:rtl/>
          <w:lang w:bidi="dv-MV"/>
        </w:rPr>
        <w:t>(ނައްޞެއް އައިސްފައިވާ ކަމެއް)</w:t>
      </w:r>
      <w:r w:rsidR="00934C39"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ނުވަތަ</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كَوْنِي</w:t>
      </w:r>
      <w:r w:rsidRPr="00B8367F">
        <w:rPr>
          <w:rFonts w:ascii="MV Utheemu" w:hAnsi="MV Utheemu" w:cs="KFGQPC Uthman Taha Naskh"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ނުވަތަ </w:t>
      </w:r>
      <w:r w:rsidRPr="0047558B">
        <w:rPr>
          <w:rFonts w:ascii="MV Utheemu" w:hAnsi="MV Utheemu" w:cs="Times New Roman"/>
          <w:color w:val="262626" w:themeColor="text1" w:themeTint="D9"/>
          <w:sz w:val="36"/>
          <w:szCs w:val="36"/>
          <w:rtl/>
        </w:rPr>
        <w:t xml:space="preserve"> </w:t>
      </w:r>
      <w:r w:rsidRPr="00CF329E">
        <w:rPr>
          <w:rFonts w:ascii="MV Utheemu" w:hAnsi="MV Utheemu" w:cs="KFGQPC Uthman Taha Naskh"/>
          <w:b/>
          <w:bCs/>
          <w:color w:val="262626" w:themeColor="text1" w:themeTint="D9"/>
          <w:sz w:val="36"/>
          <w:szCs w:val="36"/>
          <w:rtl/>
        </w:rPr>
        <w:t>قَدَرِي</w:t>
      </w:r>
      <w:r w:rsidRPr="00CF329E">
        <w:rPr>
          <w:rFonts w:ascii="MV Utheemu" w:hAnsi="MV Utheemu" w:cs="KFGQPC Uthman Taha Naskh" w:hint="cs"/>
          <w:b/>
          <w:bCs/>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 xml:space="preserve"> سَبَب</w:t>
      </w:r>
      <w:r w:rsidR="00141866">
        <w:rPr>
          <w:rFonts w:ascii="MV Utheemu" w:hAnsi="MV Utheemu" w:cs="KFGQPC Uthman Taha Naskh" w:hint="cs"/>
          <w:b/>
          <w:bCs/>
          <w:color w:val="262626" w:themeColor="text1" w:themeTint="D9"/>
          <w:sz w:val="36"/>
          <w:szCs w:val="36"/>
          <w:rtl/>
        </w:rPr>
        <w:t>ُ</w:t>
      </w:r>
      <w:r w:rsidRPr="0047558B">
        <w:rPr>
          <w:rFonts w:ascii="MV Utheemu" w:hAnsi="MV Utheemu" w:cs="MV Utheemu"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އެއް </w:t>
      </w:r>
      <w:r w:rsidR="00934C39">
        <w:rPr>
          <w:rFonts w:ascii="MV Utheemu" w:hAnsi="MV Utheemu" w:cs="MV Utheemu" w:hint="cs"/>
          <w:color w:val="262626" w:themeColor="text1" w:themeTint="D9"/>
          <w:sz w:val="36"/>
          <w:szCs w:val="36"/>
          <w:rtl/>
          <w:lang w:bidi="dv-MV"/>
        </w:rPr>
        <w:t>(</w:t>
      </w:r>
      <w:r w:rsidRPr="00CF1843">
        <w:rPr>
          <w:rFonts w:ascii="MV Utheemu" w:hAnsi="MV Utheemu" w:cs="MV Utheemu" w:hint="cs"/>
          <w:color w:val="262626" w:themeColor="text1" w:themeTint="D9"/>
          <w:sz w:val="36"/>
          <w:szCs w:val="36"/>
          <w:rtl/>
          <w:lang w:bidi="dv-MV"/>
        </w:rPr>
        <w:t>ދުނިޔަވީ</w:t>
      </w:r>
      <w:r w:rsidRPr="00CF1843">
        <w:rPr>
          <w:rFonts w:ascii="MV Utheemu" w:hAnsi="MV Utheemu" w:cs="MV Utheemu"/>
          <w:color w:val="262626" w:themeColor="text1" w:themeTint="D9"/>
          <w:sz w:val="36"/>
          <w:szCs w:val="36"/>
          <w:rtl/>
          <w:lang w:bidi="dv-MV"/>
        </w:rPr>
        <w:t xml:space="preserve"> </w:t>
      </w:r>
      <w:r w:rsidRPr="00CF1843">
        <w:rPr>
          <w:rFonts w:ascii="MV Utheemu" w:hAnsi="MV Utheemu" w:cs="MV Utheemu" w:hint="cs"/>
          <w:color w:val="262626" w:themeColor="text1" w:themeTint="D9"/>
          <w:sz w:val="36"/>
          <w:szCs w:val="36"/>
          <w:rtl/>
          <w:lang w:bidi="dv-MV"/>
        </w:rPr>
        <w:t>މާއްދީ</w:t>
      </w:r>
      <w:r w:rsidRPr="00CF1843">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سَبَب</w:t>
      </w:r>
      <w:r w:rsidR="00141866">
        <w:rPr>
          <w:rFonts w:ascii="MV Utheemu" w:hAnsi="MV Utheemu" w:cs="KFGQPC Uthman Taha Naskh" w:hint="cs"/>
          <w:b/>
          <w:bCs/>
          <w:color w:val="262626" w:themeColor="text1" w:themeTint="D9"/>
          <w:sz w:val="36"/>
          <w:szCs w:val="36"/>
          <w:rtl/>
        </w:rPr>
        <w:t xml:space="preserve">ُ </w:t>
      </w:r>
      <w:r>
        <w:rPr>
          <w:rFonts w:ascii="MV Utheemu" w:hAnsi="MV Utheemu" w:cs="MV Utheemu" w:hint="cs"/>
          <w:color w:val="262626" w:themeColor="text1" w:themeTint="D9"/>
          <w:sz w:val="36"/>
          <w:szCs w:val="36"/>
          <w:rtl/>
          <w:lang w:bidi="dv-MV"/>
        </w:rPr>
        <w:t>އެއް</w:t>
      </w:r>
      <w:r w:rsidRPr="00CF1843">
        <w:rPr>
          <w:rFonts w:ascii="MV Utheemu" w:hAnsi="MV Utheemu" w:cs="MV Utheemu" w:hint="cs"/>
          <w:color w:val="262626" w:themeColor="text1" w:themeTint="D9"/>
          <w:sz w:val="36"/>
          <w:szCs w:val="36"/>
          <w:rtl/>
          <w:lang w:bidi="dv-MV"/>
        </w:rPr>
        <w:t>ގެ</w:t>
      </w:r>
      <w:r w:rsidRPr="00CF1843">
        <w:rPr>
          <w:rFonts w:ascii="MV Utheemu" w:hAnsi="MV Utheemu" w:cs="MV Utheemu"/>
          <w:color w:val="262626" w:themeColor="text1" w:themeTint="D9"/>
          <w:sz w:val="36"/>
          <w:szCs w:val="36"/>
          <w:rtl/>
          <w:lang w:bidi="dv-MV"/>
        </w:rPr>
        <w:t xml:space="preserve"> </w:t>
      </w:r>
      <w:r w:rsidRPr="00CF1843">
        <w:rPr>
          <w:rFonts w:ascii="MV Utheemu" w:hAnsi="MV Utheemu" w:cs="MV Utheemu" w:hint="cs"/>
          <w:color w:val="262626" w:themeColor="text1" w:themeTint="D9"/>
          <w:sz w:val="36"/>
          <w:szCs w:val="36"/>
          <w:rtl/>
          <w:lang w:bidi="dv-MV"/>
        </w:rPr>
        <w:t>ގޮތުން</w:t>
      </w:r>
      <w:r>
        <w:rPr>
          <w:rFonts w:ascii="MV Utheemu" w:hAnsi="MV Utheemu" w:cs="MV Utheemu" w:hint="cs"/>
          <w:color w:val="262626" w:themeColor="text1" w:themeTint="D9"/>
          <w:sz w:val="36"/>
          <w:szCs w:val="36"/>
          <w:rtl/>
          <w:lang w:bidi="dv-MV"/>
        </w:rPr>
        <w:t xml:space="preserve"> </w:t>
      </w:r>
      <w:r w:rsidR="004F6304">
        <w:rPr>
          <w:rFonts w:ascii="Arabic Typesetting" w:hAnsi="Arabic Typesetting" w:cs="Arabic Typesetting"/>
          <w:color w:val="262626" w:themeColor="text1" w:themeTint="D9"/>
          <w:sz w:val="36"/>
          <w:szCs w:val="36"/>
        </w:rPr>
        <w:sym w:font="KFGQPC Arabic Symbols 01" w:char="F025"/>
      </w:r>
      <w:r>
        <w:rPr>
          <w:rFonts w:ascii="MV Utheemu" w:hAnsi="MV Utheemu" w:cs="MV Utheemu" w:hint="cs"/>
          <w:color w:val="262626" w:themeColor="text1" w:themeTint="D9"/>
          <w:sz w:val="36"/>
          <w:szCs w:val="36"/>
          <w:rtl/>
          <w:lang w:bidi="dv-MV"/>
        </w:rPr>
        <w:t xml:space="preserve"> ޚަލްޤުކުރައްވާފައިވާ</w:t>
      </w:r>
      <w:r w:rsidRPr="00CF1843">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ކަމެއް</w:t>
      </w:r>
      <w:r w:rsidR="007907C2">
        <w:rPr>
          <w:rFonts w:ascii="MV Utheemu" w:hAnsi="MV Utheemu" w:cs="MV Utheemu" w:hint="cs"/>
          <w:color w:val="262626" w:themeColor="text1" w:themeTint="D9"/>
          <w:sz w:val="36"/>
          <w:szCs w:val="36"/>
          <w:rtl/>
          <w:lang w:bidi="dv-MV"/>
        </w:rPr>
        <w:t xml:space="preserve"> ލައްވާފައ</w:t>
      </w:r>
      <w:r w:rsidR="009D7265">
        <w:rPr>
          <w:rFonts w:ascii="MV Utheemu" w:hAnsi="MV Utheemu" w:cs="MV Utheemu" w:hint="cs"/>
          <w:color w:val="262626" w:themeColor="text1" w:themeTint="D9"/>
          <w:sz w:val="36"/>
          <w:szCs w:val="36"/>
          <w:rtl/>
          <w:lang w:bidi="dv-MV"/>
        </w:rPr>
        <w:t>ި އޮތް</w:t>
      </w:r>
      <w:r w:rsidR="00934C39">
        <w:rPr>
          <w:rFonts w:ascii="MV Utheemu" w:hAnsi="MV Utheemu" w:cs="MV Utheemu" w:hint="cs"/>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ކަމުގައިވާނަމަ، </w:t>
      </w:r>
      <w:r w:rsidRPr="0047558B">
        <w:rPr>
          <w:rFonts w:ascii="MV Utheemu" w:hAnsi="MV Utheemu" w:cs="MV Utheemu" w:hint="cs"/>
          <w:color w:val="262626" w:themeColor="text1" w:themeTint="D9"/>
          <w:sz w:val="36"/>
          <w:szCs w:val="36"/>
          <w:rtl/>
          <w:lang w:bidi="dv-MV"/>
        </w:rPr>
        <w:t>އެކަލޭގެފާނު</w:t>
      </w:r>
      <w:r w:rsidRPr="0047558B">
        <w:rPr>
          <w:rFonts w:ascii="MV Utheemu" w:hAnsi="MV Utheemu" w:cs="MV Utheemu"/>
          <w:color w:val="262626" w:themeColor="text1" w:themeTint="D9"/>
          <w:sz w:val="36"/>
          <w:szCs w:val="36"/>
          <w:rtl/>
          <w:lang w:bidi="dv-MV"/>
        </w:rPr>
        <w:t xml:space="preserve"> </w:t>
      </w:r>
      <w:r>
        <w:rPr>
          <w:rFonts w:ascii="MV Utheemu" w:hAnsi="MV Utheemu" w:cs="MV Utheemu"/>
          <w:color w:val="262626" w:themeColor="text1" w:themeTint="D9"/>
          <w:sz w:val="36"/>
          <w:szCs w:val="36"/>
          <w:lang w:bidi="dv-MV"/>
        </w:rPr>
        <w:t>(</w:t>
      </w:r>
      <w:r w:rsidR="00D63D4E" w:rsidRPr="00234FE9">
        <w:rPr>
          <w:rFonts w:ascii="Arabic Typesetting" w:hAnsi="Arabic Typesetting" w:cs="Arabic Typesetting"/>
          <w:color w:val="262626" w:themeColor="text1" w:themeTint="D9"/>
          <w:sz w:val="32"/>
          <w:szCs w:val="32"/>
        </w:rPr>
        <w:sym w:font="KFGQPC Arabic Symbols 01" w:char="F048"/>
      </w:r>
      <w:r>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އެކަމަށް</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އިރުޝާދު</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ދެއްވީހެވެ</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އެހެނަސް،</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އެފަދަ</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ކަންކަމުގެ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ބަދަލުގައި،</w:t>
      </w:r>
      <w:r w:rsidRPr="0047558B">
        <w:rPr>
          <w:rFonts w:ascii="MV Utheemu" w:hAnsi="MV Utheemu" w:cs="MV Utheemu"/>
          <w:color w:val="262626" w:themeColor="text1" w:themeTint="D9"/>
          <w:sz w:val="36"/>
          <w:szCs w:val="36"/>
          <w:rtl/>
          <w:lang w:bidi="dv-MV"/>
        </w:rPr>
        <w:t xml:space="preserve"> </w:t>
      </w:r>
      <w:r>
        <w:rPr>
          <w:rFonts w:ascii="Arabic Typesetting" w:hAnsi="Arabic Typesetting" w:cs="Arabic Typesetting"/>
          <w:color w:val="262626" w:themeColor="text1" w:themeTint="D9"/>
          <w:sz w:val="36"/>
          <w:szCs w:val="36"/>
        </w:rPr>
        <w:sym w:font="KFGQPC Arabic Symbols 01" w:char="F025"/>
      </w:r>
      <w:r w:rsidRPr="0092015B">
        <w:rPr>
          <w:rFonts w:ascii="Scheherazade New" w:hAnsi="Scheherazade New" w:cs="Scheherazade New"/>
          <w:color w:val="262626" w:themeColor="text1" w:themeTint="D9"/>
          <w:sz w:val="32"/>
          <w:szCs w:val="32"/>
          <w:rtl/>
        </w:rPr>
        <w:t xml:space="preserve"> </w:t>
      </w:r>
      <w:r>
        <w:rPr>
          <w:rFonts w:ascii="Scheherazade New" w:hAnsi="Scheherazade New" w:cs="Scheherazade New"/>
          <w:color w:val="262626" w:themeColor="text1" w:themeTint="D9"/>
          <w:sz w:val="32"/>
          <w:szCs w:val="32"/>
        </w:rPr>
        <w:sym w:font="KFGQPC Arabic Symbols 01" w:char="F045"/>
      </w:r>
      <w:r>
        <w:rPr>
          <w:rFonts w:ascii="Scheherazade New" w:hAnsi="Scheherazade New" w:cs="Scheherazade New"/>
          <w:color w:val="262626" w:themeColor="text1" w:themeTint="D9"/>
          <w:sz w:val="32"/>
          <w:szCs w:val="32"/>
        </w:rPr>
        <w:t xml:space="preserve"> </w:t>
      </w:r>
      <w:r>
        <w:rPr>
          <w:rFonts w:ascii="MV Utheemu" w:hAnsi="MV Utheemu" w:cs="MV Utheemu" w:hint="cs"/>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ކަލާމްފުޅުން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ރައްކާތެރިކަން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ހޯދުމަށް</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دعَاء</w:t>
      </w:r>
      <w:r w:rsidRPr="00CF1843">
        <w:rPr>
          <w:rFonts w:ascii="MV Utheemu" w:hAnsi="MV Utheemu" w:cs="MV Utheemu" w:hint="cs"/>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އާއި</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شَرْعِي</w:t>
      </w:r>
      <w:r w:rsidRPr="0047558B">
        <w:rPr>
          <w:rFonts w:ascii="MV Utheemu" w:hAnsi="MV Utheemu" w:cs="MV Utheemu" w:hint="cs"/>
          <w:color w:val="262626" w:themeColor="text1" w:themeTint="D9"/>
          <w:sz w:val="36"/>
          <w:szCs w:val="36"/>
          <w:rtl/>
          <w:lang w:bidi="dv-MV"/>
        </w:rPr>
        <w:t xml:space="preserve"> ޝަރުޢީ</w:t>
      </w:r>
      <w:r w:rsidRPr="0047558B">
        <w:rPr>
          <w:rFonts w:ascii="MV Utheemu" w:hAnsi="MV Utheemu" w:cs="MV Utheemu"/>
          <w:color w:val="262626" w:themeColor="text1" w:themeTint="D9"/>
          <w:sz w:val="36"/>
          <w:szCs w:val="36"/>
          <w:rtl/>
          <w:lang w:bidi="dv-MV"/>
        </w:rPr>
        <w:t xml:space="preserve"> </w:t>
      </w:r>
      <w:r w:rsidRPr="00CF329E">
        <w:rPr>
          <w:rFonts w:ascii="MV Utheemu" w:hAnsi="MV Utheemu" w:cs="KFGQPC Uthman Taha Naskh"/>
          <w:b/>
          <w:bCs/>
          <w:color w:val="262626" w:themeColor="text1" w:themeTint="D9"/>
          <w:sz w:val="36"/>
          <w:szCs w:val="36"/>
          <w:rtl/>
        </w:rPr>
        <w:t xml:space="preserve">رُقْيَة </w:t>
      </w:r>
      <w:r w:rsidRPr="0047558B">
        <w:rPr>
          <w:rFonts w:ascii="MV Utheemu" w:hAnsi="MV Utheemu" w:cs="MV Utheemu" w:hint="cs"/>
          <w:color w:val="262626" w:themeColor="text1" w:themeTint="D9"/>
          <w:sz w:val="36"/>
          <w:szCs w:val="36"/>
          <w:rtl/>
          <w:lang w:bidi="dv-MV"/>
        </w:rPr>
        <w:t>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ޒަރީޢާއިން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އަމުރުކުރެއްވުމީ،</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ތަވީދުތައް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ލިޔެ</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ހަށިގަނޑުގެ</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އެކި</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ތަންތަނުގައި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އެލުވުމަކީ</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ނަބަވީ</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ސުންނަތާ</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ޚިލާފު،</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އަދި</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އެއްވެސް</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އަޞްލެއް</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ނެތް</w:t>
      </w:r>
      <w:r w:rsidRPr="0047558B">
        <w:rPr>
          <w:rFonts w:ascii="MV Utheemu" w:hAnsi="MV Utheemu" w:cs="MV Utheemu"/>
          <w:color w:val="262626" w:themeColor="text1" w:themeTint="D9"/>
          <w:sz w:val="36"/>
          <w:szCs w:val="36"/>
          <w:rtl/>
          <w:lang w:bidi="dv-MV"/>
        </w:rPr>
        <w:t xml:space="preserve"> </w:t>
      </w:r>
      <w:r w:rsidRPr="00934C39">
        <w:rPr>
          <w:rFonts w:ascii="MV Utheemu" w:hAnsi="MV Utheemu" w:cs="KFGQPC Uthman Taha Naskh"/>
          <w:b/>
          <w:bCs/>
          <w:color w:val="262626" w:themeColor="text1" w:themeTint="D9"/>
          <w:sz w:val="36"/>
          <w:szCs w:val="36"/>
          <w:rtl/>
        </w:rPr>
        <w:t>بَاطِل</w:t>
      </w:r>
      <w:r>
        <w:rPr>
          <w:rFonts w:ascii="MV Utheemu" w:hAnsi="MV Utheemu" w:cs="MV Boli" w:hint="cs"/>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ކަމެއްކަން</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ހާމަވާ</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ސާފު</w:t>
      </w:r>
      <w:r w:rsidRPr="0047558B">
        <w:rPr>
          <w:rFonts w:ascii="MV Utheemu" w:hAnsi="MV Utheemu" w:cs="MV Utheemu"/>
          <w:color w:val="262626" w:themeColor="text1" w:themeTint="D9"/>
          <w:sz w:val="36"/>
          <w:szCs w:val="36"/>
          <w:rtl/>
          <w:lang w:bidi="dv-MV"/>
        </w:rPr>
        <w:t xml:space="preserve"> </w:t>
      </w:r>
      <w:r w:rsidRPr="0047558B">
        <w:rPr>
          <w:rFonts w:ascii="MV Utheemu" w:hAnsi="MV Utheemu" w:cs="MV Utheemu" w:hint="cs"/>
          <w:color w:val="262626" w:themeColor="text1" w:themeTint="D9"/>
          <w:sz w:val="36"/>
          <w:szCs w:val="36"/>
          <w:rtl/>
          <w:lang w:bidi="dv-MV"/>
        </w:rPr>
        <w:t>ދަލީލެކެވެ</w:t>
      </w:r>
      <w:r w:rsidRPr="0047558B">
        <w:rPr>
          <w:rFonts w:ascii="MV Utheemu" w:hAnsi="MV Utheemu" w:cs="MV Utheemu"/>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w:t>
      </w:r>
      <w:r w:rsidR="007907C2" w:rsidRPr="007907C2">
        <w:rPr>
          <w:rFonts w:ascii="MV Utheemu" w:hAnsi="MV Utheemu" w:cs="MV Utheemu"/>
          <w:color w:val="262626" w:themeColor="text1" w:themeTint="D9"/>
          <w:sz w:val="36"/>
          <w:szCs w:val="36"/>
          <w:rtl/>
          <w:lang w:bidi="dv-MV"/>
        </w:rPr>
        <w:t xml:space="preserve">ސަބަބުތަކުގައި ހިފުމަކީ </w:t>
      </w:r>
      <w:r w:rsidR="009D7265">
        <w:rPr>
          <w:rFonts w:ascii="Arabic Typesetting" w:hAnsi="Arabic Typesetting" w:cs="Arabic Typesetting"/>
          <w:color w:val="262626" w:themeColor="text1" w:themeTint="D9"/>
          <w:sz w:val="36"/>
          <w:szCs w:val="36"/>
        </w:rPr>
        <w:sym w:font="KFGQPC Arabic Symbols 01" w:char="F025"/>
      </w:r>
      <w:r w:rsidR="009D7265">
        <w:rPr>
          <w:rFonts w:ascii="Arabic Typesetting" w:hAnsi="Arabic Typesetting" w:cs="MV Boli" w:hint="cs"/>
          <w:color w:val="262626" w:themeColor="text1" w:themeTint="D9"/>
          <w:sz w:val="36"/>
          <w:szCs w:val="36"/>
          <w:rtl/>
          <w:lang w:bidi="dv-MV"/>
        </w:rPr>
        <w:t xml:space="preserve"> </w:t>
      </w:r>
      <w:r w:rsidR="007907C2" w:rsidRPr="007907C2">
        <w:rPr>
          <w:rFonts w:ascii="MV Utheemu" w:hAnsi="MV Utheemu" w:cs="MV Utheemu"/>
          <w:color w:val="262626" w:themeColor="text1" w:themeTint="D9"/>
          <w:sz w:val="36"/>
          <w:szCs w:val="36"/>
          <w:rtl/>
          <w:lang w:bidi="dv-MV"/>
        </w:rPr>
        <w:t xml:space="preserve">އަމުރުކުރައްވާ ކަމަކަށް ވީނަމަވެސް، ޙަޤީޤީ ރައްކާތެރިކަން ދެއްވާ ފަރާތަކީ މާތް </w:t>
      </w:r>
      <w:r w:rsidR="009D7265">
        <w:rPr>
          <w:rFonts w:ascii="Arabic Typesetting" w:hAnsi="Arabic Typesetting" w:cs="Arabic Typesetting"/>
          <w:color w:val="262626" w:themeColor="text1" w:themeTint="D9"/>
          <w:sz w:val="36"/>
          <w:szCs w:val="36"/>
        </w:rPr>
        <w:sym w:font="KFGQPC Arabic Symbols 01" w:char="F025"/>
      </w:r>
      <w:r w:rsidR="007907C2" w:rsidRPr="007907C2">
        <w:rPr>
          <w:rFonts w:ascii="MV Utheemu" w:hAnsi="MV Utheemu" w:cs="MV Utheemu"/>
          <w:color w:val="262626" w:themeColor="text1" w:themeTint="D9"/>
          <w:sz w:val="36"/>
          <w:szCs w:val="36"/>
          <w:rtl/>
          <w:lang w:bidi="dv-MV"/>
        </w:rPr>
        <w:t xml:space="preserve"> ކަމާއި، އެކަލާނގެ ޝަރުޢުކުރެއްވި</w:t>
      </w:r>
      <w:r w:rsidR="007907C2">
        <w:rPr>
          <w:rFonts w:ascii="MV Utheemu" w:hAnsi="MV Utheemu" w:cs="MV Utheemu" w:hint="cs"/>
          <w:color w:val="262626" w:themeColor="text1" w:themeTint="D9"/>
          <w:sz w:val="36"/>
          <w:szCs w:val="36"/>
          <w:rtl/>
          <w:lang w:bidi="dv-MV"/>
        </w:rPr>
        <w:t xml:space="preserve"> (</w:t>
      </w:r>
      <w:r w:rsidR="007907C2" w:rsidRPr="007907C2">
        <w:rPr>
          <w:rFonts w:ascii="MV Utheemu" w:hAnsi="MV Utheemu" w:cs="MV Utheemu"/>
          <w:color w:val="262626" w:themeColor="text1" w:themeTint="D9"/>
          <w:sz w:val="36"/>
          <w:szCs w:val="36"/>
          <w:rtl/>
          <w:lang w:bidi="dv-MV"/>
        </w:rPr>
        <w:t>ދީނީ ގޮތުން އަންގަވާފައިވާ ކަންކަން</w:t>
      </w:r>
      <w:r w:rsidR="007907C2">
        <w:rPr>
          <w:rFonts w:ascii="MV Utheemu" w:hAnsi="MV Utheemu" w:cs="MV Utheemu" w:hint="cs"/>
          <w:color w:val="262626" w:themeColor="text1" w:themeTint="D9"/>
          <w:sz w:val="36"/>
          <w:szCs w:val="36"/>
          <w:rtl/>
          <w:lang w:bidi="dv-MV"/>
        </w:rPr>
        <w:t xml:space="preserve">، </w:t>
      </w:r>
      <w:r w:rsidR="007907C2" w:rsidRPr="007907C2">
        <w:rPr>
          <w:rFonts w:ascii="MV Utheemu" w:hAnsi="MV Utheemu" w:cs="MV Utheemu"/>
          <w:color w:val="262626" w:themeColor="text1" w:themeTint="D9"/>
          <w:sz w:val="36"/>
          <w:szCs w:val="36"/>
          <w:rtl/>
          <w:lang w:bidi="dv-MV"/>
        </w:rPr>
        <w:t>މިސާލަކަށް: ދުޢާ، ރުޤްޔާ</w:t>
      </w:r>
      <w:r w:rsidR="007907C2">
        <w:rPr>
          <w:rFonts w:ascii="MV Utheemu" w:hAnsi="MV Utheemu" w:cs="MV Utheemu" w:hint="cs"/>
          <w:color w:val="262626" w:themeColor="text1" w:themeTint="D9"/>
          <w:sz w:val="36"/>
          <w:szCs w:val="36"/>
          <w:rtl/>
          <w:lang w:bidi="dv-MV"/>
        </w:rPr>
        <w:t>)</w:t>
      </w:r>
      <w:r w:rsidR="007907C2" w:rsidRPr="007907C2">
        <w:rPr>
          <w:rFonts w:ascii="MV Utheemu" w:hAnsi="MV Utheemu" w:cs="MV Utheemu"/>
          <w:color w:val="262626" w:themeColor="text1" w:themeTint="D9"/>
          <w:sz w:val="36"/>
          <w:szCs w:val="36"/>
          <w:rtl/>
          <w:lang w:bidi="dv-MV"/>
        </w:rPr>
        <w:t>، ކައުނުކުރެއްވި، ޚަލްޤުކުރެއްވި އަދި ތަޤްދީރުކުރެއްވި</w:t>
      </w:r>
      <w:r w:rsidR="007907C2">
        <w:rPr>
          <w:rFonts w:ascii="MV Utheemu" w:hAnsi="MV Utheemu" w:cs="MV Utheemu" w:hint="cs"/>
          <w:color w:val="262626" w:themeColor="text1" w:themeTint="D9"/>
          <w:sz w:val="36"/>
          <w:szCs w:val="36"/>
          <w:rtl/>
          <w:lang w:bidi="dv-MV"/>
        </w:rPr>
        <w:t xml:space="preserve"> (</w:t>
      </w:r>
      <w:r w:rsidR="007907C2" w:rsidRPr="007907C2">
        <w:rPr>
          <w:rFonts w:ascii="MV Utheemu" w:hAnsi="MV Utheemu" w:cs="MV Utheemu" w:hint="cs"/>
          <w:color w:val="262626" w:themeColor="text1" w:themeTint="D9"/>
          <w:sz w:val="36"/>
          <w:szCs w:val="36"/>
          <w:rtl/>
          <w:lang w:bidi="dv-MV"/>
        </w:rPr>
        <w:t>ދުނިޔަވީ</w:t>
      </w:r>
      <w:r w:rsidR="007907C2" w:rsidRPr="007907C2">
        <w:rPr>
          <w:rFonts w:ascii="MV Utheemu" w:hAnsi="MV Utheemu" w:cs="MV Utheemu"/>
          <w:color w:val="262626" w:themeColor="text1" w:themeTint="D9"/>
          <w:sz w:val="36"/>
          <w:szCs w:val="36"/>
          <w:rtl/>
          <w:lang w:bidi="dv-MV"/>
        </w:rPr>
        <w:t xml:space="preserve"> </w:t>
      </w:r>
      <w:r w:rsidR="007907C2" w:rsidRPr="007907C2">
        <w:rPr>
          <w:rFonts w:ascii="MV Utheemu" w:hAnsi="MV Utheemu" w:cs="MV Utheemu" w:hint="cs"/>
          <w:color w:val="262626" w:themeColor="text1" w:themeTint="D9"/>
          <w:sz w:val="36"/>
          <w:szCs w:val="36"/>
          <w:rtl/>
          <w:lang w:bidi="dv-MV"/>
        </w:rPr>
        <w:t>ގޮތުން</w:t>
      </w:r>
      <w:r w:rsidR="007907C2" w:rsidRPr="007907C2">
        <w:rPr>
          <w:rFonts w:ascii="MV Utheemu" w:hAnsi="MV Utheemu" w:cs="MV Utheemu"/>
          <w:color w:val="262626" w:themeColor="text1" w:themeTint="D9"/>
          <w:sz w:val="36"/>
          <w:szCs w:val="36"/>
          <w:rtl/>
          <w:lang w:bidi="dv-MV"/>
        </w:rPr>
        <w:t xml:space="preserve"> </w:t>
      </w:r>
      <w:r w:rsidR="00694024">
        <w:rPr>
          <w:rFonts w:ascii="Arabic Typesetting" w:hAnsi="Arabic Typesetting" w:cs="Arabic Typesetting"/>
          <w:color w:val="262626" w:themeColor="text1" w:themeTint="D9"/>
          <w:sz w:val="36"/>
          <w:szCs w:val="36"/>
        </w:rPr>
        <w:sym w:font="KFGQPC Arabic Symbols 01" w:char="F025"/>
      </w:r>
      <w:r w:rsidR="00694024" w:rsidRPr="0092015B">
        <w:rPr>
          <w:rFonts w:ascii="Scheherazade New" w:hAnsi="Scheherazade New" w:cs="Scheherazade New"/>
          <w:color w:val="262626" w:themeColor="text1" w:themeTint="D9"/>
          <w:sz w:val="32"/>
          <w:szCs w:val="32"/>
          <w:rtl/>
        </w:rPr>
        <w:t xml:space="preserve"> </w:t>
      </w:r>
      <w:r w:rsidR="007907C2" w:rsidRPr="007907C2">
        <w:rPr>
          <w:rFonts w:ascii="MV Utheemu" w:hAnsi="MV Utheemu" w:cs="MV Utheemu"/>
          <w:color w:val="262626" w:themeColor="text1" w:themeTint="D9"/>
          <w:sz w:val="36"/>
          <w:szCs w:val="36"/>
          <w:rtl/>
          <w:lang w:bidi="dv-MV"/>
        </w:rPr>
        <w:t xml:space="preserve"> </w:t>
      </w:r>
      <w:r w:rsidR="007907C2" w:rsidRPr="007907C2">
        <w:rPr>
          <w:rFonts w:ascii="MV Utheemu" w:hAnsi="MV Utheemu" w:cs="MV Utheemu" w:hint="cs"/>
          <w:color w:val="262626" w:themeColor="text1" w:themeTint="D9"/>
          <w:sz w:val="36"/>
          <w:szCs w:val="36"/>
          <w:rtl/>
          <w:lang w:bidi="dv-MV"/>
        </w:rPr>
        <w:t>އުފައްދަވާފައިވާ</w:t>
      </w:r>
      <w:r w:rsidR="007907C2" w:rsidRPr="007907C2">
        <w:rPr>
          <w:rFonts w:ascii="MV Utheemu" w:hAnsi="MV Utheemu" w:cs="MV Utheemu"/>
          <w:color w:val="262626" w:themeColor="text1" w:themeTint="D9"/>
          <w:sz w:val="36"/>
          <w:szCs w:val="36"/>
          <w:rtl/>
          <w:lang w:bidi="dv-MV"/>
        </w:rPr>
        <w:t xml:space="preserve"> </w:t>
      </w:r>
      <w:r w:rsidR="007907C2" w:rsidRPr="007907C2">
        <w:rPr>
          <w:rFonts w:ascii="MV Utheemu" w:hAnsi="MV Utheemu" w:cs="MV Utheemu" w:hint="cs"/>
          <w:color w:val="262626" w:themeColor="text1" w:themeTint="D9"/>
          <w:sz w:val="36"/>
          <w:szCs w:val="36"/>
          <w:rtl/>
          <w:lang w:bidi="dv-MV"/>
        </w:rPr>
        <w:t>މާއްދީ</w:t>
      </w:r>
      <w:r w:rsidR="007907C2" w:rsidRPr="007907C2">
        <w:rPr>
          <w:rFonts w:ascii="MV Utheemu" w:hAnsi="MV Utheemu" w:cs="MV Utheemu"/>
          <w:color w:val="262626" w:themeColor="text1" w:themeTint="D9"/>
          <w:sz w:val="36"/>
          <w:szCs w:val="36"/>
          <w:rtl/>
          <w:lang w:bidi="dv-MV"/>
        </w:rPr>
        <w:t xml:space="preserve"> </w:t>
      </w:r>
      <w:r w:rsidR="007907C2" w:rsidRPr="007907C2">
        <w:rPr>
          <w:rFonts w:ascii="MV Utheemu" w:hAnsi="MV Utheemu" w:cs="MV Utheemu" w:hint="cs"/>
          <w:color w:val="262626" w:themeColor="text1" w:themeTint="D9"/>
          <w:sz w:val="36"/>
          <w:szCs w:val="36"/>
          <w:rtl/>
          <w:lang w:bidi="dv-MV"/>
        </w:rPr>
        <w:t>ސަބަބުތައް</w:t>
      </w:r>
      <w:r w:rsidR="007907C2">
        <w:rPr>
          <w:rFonts w:ascii="MV Utheemu" w:hAnsi="MV Utheemu" w:cs="MV Utheemu" w:hint="cs"/>
          <w:color w:val="262626" w:themeColor="text1" w:themeTint="D9"/>
          <w:sz w:val="36"/>
          <w:szCs w:val="36"/>
          <w:rtl/>
          <w:lang w:bidi="dv-MV"/>
        </w:rPr>
        <w:t>)</w:t>
      </w:r>
      <w:r w:rsidR="007907C2" w:rsidRPr="007907C2">
        <w:rPr>
          <w:rFonts w:ascii="MV Utheemu" w:hAnsi="MV Utheemu" w:cs="MV Utheemu"/>
          <w:color w:val="262626" w:themeColor="text1" w:themeTint="D9"/>
          <w:sz w:val="36"/>
          <w:szCs w:val="36"/>
          <w:rtl/>
          <w:lang w:bidi="dv-MV"/>
        </w:rPr>
        <w:t xml:space="preserve"> ސަބަބުތަކުގެ ބޭރުން ރައްކާތެރިކަން ހޯދަން އުޅުމަކީ ތައުޙީދުގެ އަޞްލާ ފުށުއަރާ</w:t>
      </w:r>
      <w:r w:rsidR="007907C2">
        <w:rPr>
          <w:rFonts w:ascii="MV Utheemu" w:hAnsi="MV Utheemu" w:cs="MV Utheemu" w:hint="cs"/>
          <w:color w:val="262626" w:themeColor="text1" w:themeTint="D9"/>
          <w:sz w:val="36"/>
          <w:szCs w:val="36"/>
          <w:rtl/>
          <w:lang w:bidi="dv-MV"/>
        </w:rPr>
        <w:t xml:space="preserve"> ކަމެކެވެ. </w:t>
      </w:r>
      <w:r w:rsidR="009E3BDE" w:rsidRPr="009E3BDE">
        <w:rPr>
          <w:rFonts w:ascii="MV Utheemu" w:hAnsi="MV Utheemu" w:cs="MV Utheemu"/>
          <w:color w:val="262626" w:themeColor="text1" w:themeTint="D9"/>
          <w:sz w:val="36"/>
          <w:szCs w:val="36"/>
          <w:rtl/>
          <w:lang w:bidi="dv-MV"/>
        </w:rPr>
        <w:t xml:space="preserve">އަދި އެއީ </w:t>
      </w:r>
      <w:r w:rsidR="00694024">
        <w:rPr>
          <w:rFonts w:ascii="Arabic Typesetting" w:hAnsi="Arabic Typesetting" w:cs="Arabic Typesetting"/>
          <w:color w:val="262626" w:themeColor="text1" w:themeTint="D9"/>
          <w:sz w:val="36"/>
          <w:szCs w:val="36"/>
        </w:rPr>
        <w:sym w:font="KFGQPC Arabic Symbols 01" w:char="F025"/>
      </w:r>
      <w:r w:rsidR="009E3BDE" w:rsidRPr="009E3BDE">
        <w:rPr>
          <w:rFonts w:ascii="MV Utheemu" w:hAnsi="MV Utheemu" w:cs="MV Utheemu"/>
          <w:color w:val="262626" w:themeColor="text1" w:themeTint="D9"/>
          <w:sz w:val="36"/>
          <w:szCs w:val="36"/>
          <w:rtl/>
          <w:lang w:bidi="dv-MV"/>
        </w:rPr>
        <w:t xml:space="preserve"> ލައްވާފައިނުވާ ސަބަބެއް، ސަބަބެއް ކަމުގައި ބަލައިގަތުމަކީ </w:t>
      </w:r>
      <w:r w:rsidR="00694024">
        <w:rPr>
          <w:rFonts w:ascii="Arabic Typesetting" w:hAnsi="Arabic Typesetting" w:cs="Arabic Typesetting"/>
          <w:color w:val="262626" w:themeColor="text1" w:themeTint="D9"/>
          <w:sz w:val="36"/>
          <w:szCs w:val="36"/>
        </w:rPr>
        <w:sym w:font="KFGQPC Arabic Symbols 01" w:char="F025"/>
      </w:r>
      <w:r w:rsidR="009E3BDE" w:rsidRPr="009E3BDE">
        <w:rPr>
          <w:rFonts w:ascii="MV Utheemu" w:hAnsi="MV Utheemu" w:cs="MV Utheemu"/>
          <w:color w:val="262626" w:themeColor="text1" w:themeTint="D9"/>
          <w:sz w:val="36"/>
          <w:szCs w:val="36"/>
          <w:rtl/>
          <w:lang w:bidi="dv-MV"/>
        </w:rPr>
        <w:t xml:space="preserve"> ފިޔަވައި އެހެން ޚާލިޤަކު ނުވަތަ ސަބަބުތައް އުފައްދަވާ އެހެން ފަރާތެއް </w:t>
      </w:r>
      <w:r w:rsidR="009E3BDE" w:rsidRPr="009E3BDE">
        <w:rPr>
          <w:rFonts w:ascii="MV Utheemu" w:hAnsi="MV Utheemu" w:cs="MV Utheemu"/>
          <w:color w:val="262626" w:themeColor="text1" w:themeTint="D9"/>
          <w:sz w:val="36"/>
          <w:szCs w:val="36"/>
          <w:rtl/>
          <w:lang w:bidi="dv-MV"/>
        </w:rPr>
        <w:lastRenderedPageBreak/>
        <w:t xml:space="preserve">ޤާއިމުކުރުން ފަދަ ކަމެއްކަން ދެނެގަތުން މުހިންމެވެ. </w:t>
      </w:r>
      <w:r w:rsidR="009E3BDE" w:rsidRPr="0047558B">
        <w:rPr>
          <w:rFonts w:ascii="MV Utheemu" w:hAnsi="MV Utheemu" w:cs="MV Utheemu" w:hint="cs"/>
          <w:color w:val="262626" w:themeColor="text1" w:themeTint="D9"/>
          <w:sz w:val="36"/>
          <w:szCs w:val="36"/>
          <w:rtl/>
          <w:lang w:bidi="dv-MV"/>
        </w:rPr>
        <w:t>މީގެ</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އިތުރުން،</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ތަވީދު</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އެޅުމަކީ</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އެކަން</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ކުރާ</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ގޮތެއްގެ</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މައްޗަށް</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ބިނާވެ</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ބޮޑު</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ޝިރުކަކަށް</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ނުވަތަ</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ކުޑަ</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ޝިރުކަކަށް</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ވެސް</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ވެދާނެ</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ކަމެކެވެ</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އަދި</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ކީރިތި</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ޤުރުއާން</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ލިޔެގެން</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ތަވީދު</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އެޅުމަކީ</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ވެސް</w:t>
      </w:r>
      <w:r w:rsidR="009E3BDE" w:rsidRPr="0047558B">
        <w:rPr>
          <w:rFonts w:ascii="MV Utheemu" w:hAnsi="MV Utheemu" w:cs="MV Utheemu"/>
          <w:color w:val="262626" w:themeColor="text1" w:themeTint="D9"/>
          <w:sz w:val="36"/>
          <w:szCs w:val="36"/>
          <w:rtl/>
          <w:lang w:bidi="dv-MV"/>
        </w:rPr>
        <w:t xml:space="preserve"> </w:t>
      </w:r>
      <w:r w:rsidR="009E3BDE" w:rsidRPr="00CF329E">
        <w:rPr>
          <w:rFonts w:ascii="MV Utheemu" w:hAnsi="MV Utheemu" w:cs="KFGQPC Uthman Taha Naskh"/>
          <w:b/>
          <w:bCs/>
          <w:color w:val="262626" w:themeColor="text1" w:themeTint="D9"/>
          <w:sz w:val="36"/>
          <w:szCs w:val="36"/>
          <w:rtl/>
        </w:rPr>
        <w:t>شِرْك</w:t>
      </w:r>
      <w:r w:rsidR="009E3BDE">
        <w:rPr>
          <w:rFonts w:ascii="MV Utheemu" w:hAnsi="MV Utheemu" w:cs="KFGQPC Uthman Taha Naskh" w:hint="cs"/>
          <w:b/>
          <w:bCs/>
          <w:color w:val="262626" w:themeColor="text1" w:themeTint="D9"/>
          <w:sz w:val="36"/>
          <w:szCs w:val="36"/>
          <w:rtl/>
        </w:rPr>
        <w:t>ُ</w:t>
      </w:r>
      <w:r w:rsidR="009E3BDE" w:rsidRPr="0047558B">
        <w:rPr>
          <w:rFonts w:ascii="MV Utheemu" w:hAnsi="MV Utheemu" w:cs="MV Utheemu" w:hint="cs"/>
          <w:color w:val="262626" w:themeColor="text1" w:themeTint="D9"/>
          <w:sz w:val="36"/>
          <w:szCs w:val="36"/>
          <w:rtl/>
          <w:lang w:bidi="dv-MV"/>
        </w:rPr>
        <w:t>ގެ</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ވަސީލަތްތަކުގެ</w:t>
      </w:r>
      <w:r w:rsidR="009E3BDE" w:rsidRPr="0047558B">
        <w:rPr>
          <w:rFonts w:ascii="MV Utheemu" w:hAnsi="MV Utheemu" w:cs="MV Utheemu"/>
          <w:color w:val="262626" w:themeColor="text1" w:themeTint="D9"/>
          <w:sz w:val="36"/>
          <w:szCs w:val="36"/>
          <w:rtl/>
          <w:lang w:bidi="dv-MV"/>
        </w:rPr>
        <w:t xml:space="preserve"> </w:t>
      </w:r>
      <w:r w:rsidR="009E3BDE" w:rsidRPr="007907C2">
        <w:rPr>
          <w:rFonts w:ascii="MV Utheemu" w:hAnsi="MV Utheemu" w:cs="KFGQPC Uthman Taha Naskh"/>
          <w:color w:val="262626" w:themeColor="text1" w:themeTint="D9"/>
          <w:sz w:val="36"/>
          <w:szCs w:val="36"/>
          <w:rtl/>
          <w:lang w:bidi="dv-MV"/>
        </w:rPr>
        <w:t>(</w:t>
      </w:r>
      <w:r w:rsidR="009E3BDE" w:rsidRPr="00CF329E">
        <w:rPr>
          <w:rFonts w:ascii="MV Utheemu" w:hAnsi="MV Utheemu" w:cs="KFGQPC Uthman Taha Naskh"/>
          <w:b/>
          <w:bCs/>
          <w:color w:val="262626" w:themeColor="text1" w:themeTint="D9"/>
          <w:sz w:val="36"/>
          <w:szCs w:val="36"/>
          <w:rtl/>
        </w:rPr>
        <w:t>وَسَائِل الشِّرْك</w:t>
      </w:r>
      <w:r w:rsidR="009E3BDE">
        <w:rPr>
          <w:rFonts w:ascii="MV Utheemu" w:hAnsi="MV Utheemu" w:cs="KFGQPC Uthman Taha Naskh" w:hint="cs"/>
          <w:b/>
          <w:bCs/>
          <w:color w:val="262626" w:themeColor="text1" w:themeTint="D9"/>
          <w:sz w:val="36"/>
          <w:szCs w:val="36"/>
          <w:rtl/>
        </w:rPr>
        <w:t>ُ</w:t>
      </w:r>
      <w:r w:rsidR="009E3BDE" w:rsidRPr="007907C2">
        <w:rPr>
          <w:rFonts w:ascii="MV Utheemu" w:hAnsi="MV Utheemu" w:cs="KFGQPC Uthman Taha Naskh"/>
          <w:color w:val="262626" w:themeColor="text1" w:themeTint="D9"/>
          <w:sz w:val="36"/>
          <w:szCs w:val="36"/>
          <w:rtl/>
        </w:rPr>
        <w:t>)</w:t>
      </w:r>
      <w:r w:rsidR="009E3BDE" w:rsidRPr="00CF329E">
        <w:rPr>
          <w:rFonts w:ascii="MV Utheemu" w:hAnsi="MV Utheemu" w:cs="KFGQPC Uthman Taha Naskh" w:hint="cs"/>
          <w:b/>
          <w:bCs/>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ތެރޭގައި</w:t>
      </w:r>
      <w:r w:rsidR="009E3BDE" w:rsidRPr="0047558B">
        <w:rPr>
          <w:rFonts w:ascii="MV Utheemu" w:hAnsi="MV Utheemu" w:cs="MV Utheemu"/>
          <w:color w:val="262626" w:themeColor="text1" w:themeTint="D9"/>
          <w:sz w:val="36"/>
          <w:szCs w:val="36"/>
          <w:rtl/>
          <w:lang w:bidi="dv-MV"/>
        </w:rPr>
        <w:t xml:space="preserve"> </w:t>
      </w:r>
      <w:r w:rsidR="009E3BDE" w:rsidRPr="0047558B">
        <w:rPr>
          <w:rFonts w:ascii="MV Utheemu" w:hAnsi="MV Utheemu" w:cs="MV Utheemu" w:hint="cs"/>
          <w:color w:val="262626" w:themeColor="text1" w:themeTint="D9"/>
          <w:sz w:val="36"/>
          <w:szCs w:val="36"/>
          <w:rtl/>
          <w:lang w:bidi="dv-MV"/>
        </w:rPr>
        <w:t>ހިމެނޭ</w:t>
      </w:r>
      <w:r w:rsidR="009E3BDE" w:rsidRPr="0047558B">
        <w:rPr>
          <w:rFonts w:ascii="MV Utheemu" w:hAnsi="MV Utheemu" w:cs="MV Utheemu"/>
          <w:color w:val="262626" w:themeColor="text1" w:themeTint="D9"/>
          <w:sz w:val="36"/>
          <w:szCs w:val="36"/>
          <w:rtl/>
          <w:lang w:bidi="dv-MV"/>
        </w:rPr>
        <w:t xml:space="preserve"> </w:t>
      </w:r>
      <w:r w:rsidR="009E3BDE">
        <w:rPr>
          <w:rFonts w:ascii="MV Utheemu" w:hAnsi="MV Utheemu" w:cs="MV Utheemu" w:hint="cs"/>
          <w:color w:val="262626" w:themeColor="text1" w:themeTint="D9"/>
          <w:sz w:val="36"/>
          <w:szCs w:val="36"/>
          <w:rtl/>
          <w:lang w:bidi="dv-MV"/>
        </w:rPr>
        <w:t xml:space="preserve">ކަމެއްކަމުގައި ޢިލްމުވެރިން ވިދާޅުވެއެވެ. އޭގެ ތަފްޞީލު އަދި ބަޔާންކުރެވޭނެއެވެ. </w:t>
      </w:r>
      <w:r w:rsidR="009E3BDE" w:rsidRPr="009E3BDE">
        <w:rPr>
          <w:rFonts w:ascii="MV Utheemu" w:hAnsi="MV Utheemu" w:cs="MV Utheemu"/>
          <w:color w:val="262626" w:themeColor="text1" w:themeTint="D9"/>
          <w:sz w:val="36"/>
          <w:szCs w:val="36"/>
          <w:rtl/>
          <w:lang w:bidi="dv-MV"/>
        </w:rPr>
        <w:t xml:space="preserve">ހަމައެފަދައިން، </w:t>
      </w:r>
      <w:r w:rsidR="00694024">
        <w:rPr>
          <w:rFonts w:ascii="MV Utheemu" w:hAnsi="MV Utheemu" w:cs="MV Utheemu" w:hint="cs"/>
          <w:color w:val="262626" w:themeColor="text1" w:themeTint="D9"/>
          <w:sz w:val="36"/>
          <w:szCs w:val="36"/>
          <w:rtl/>
          <w:lang w:bidi="dv-MV"/>
        </w:rPr>
        <w:t>އަރަހުށި</w:t>
      </w:r>
      <w:r w:rsidR="009E3BDE" w:rsidRPr="009E3BDE">
        <w:rPr>
          <w:rFonts w:ascii="MV Utheemu" w:hAnsi="MV Utheemu" w:cs="MV Utheemu"/>
          <w:color w:val="262626" w:themeColor="text1" w:themeTint="D9"/>
          <w:sz w:val="36"/>
          <w:szCs w:val="36"/>
          <w:rtl/>
          <w:lang w:bidi="dv-MV"/>
        </w:rPr>
        <w:t xml:space="preserve"> </w:t>
      </w:r>
      <w:r w:rsidR="00694024">
        <w:rPr>
          <w:rFonts w:ascii="Arabic Typesetting" w:hAnsi="Arabic Typesetting" w:cs="Arabic Typesetting"/>
          <w:color w:val="262626" w:themeColor="text1" w:themeTint="D9"/>
          <w:sz w:val="36"/>
          <w:szCs w:val="36"/>
        </w:rPr>
        <w:sym w:font="KFGQPC Arabic Symbols 01" w:char="F025"/>
      </w:r>
      <w:r w:rsidR="00694024" w:rsidRPr="0092015B">
        <w:rPr>
          <w:rFonts w:ascii="Scheherazade New" w:hAnsi="Scheherazade New" w:cs="Scheherazade New"/>
          <w:color w:val="262626" w:themeColor="text1" w:themeTint="D9"/>
          <w:sz w:val="32"/>
          <w:szCs w:val="32"/>
          <w:rtl/>
        </w:rPr>
        <w:t xml:space="preserve"> </w:t>
      </w:r>
      <w:r w:rsidR="009E3BDE" w:rsidRPr="009E3BDE">
        <w:rPr>
          <w:rFonts w:ascii="MV Utheemu" w:hAnsi="MV Utheemu" w:cs="MV Utheemu"/>
          <w:color w:val="262626" w:themeColor="text1" w:themeTint="D9"/>
          <w:sz w:val="36"/>
          <w:szCs w:val="36"/>
          <w:rtl/>
          <w:lang w:bidi="dv-MV"/>
        </w:rPr>
        <w:t>ލައްވާފައިވާ ޙަޤީޤީ ސަބަބުތަކަށް އިންކާރުކު</w:t>
      </w:r>
      <w:r w:rsidR="00694024">
        <w:rPr>
          <w:rFonts w:ascii="MV Utheemu" w:hAnsi="MV Utheemu" w:cs="MV Utheemu" w:hint="cs"/>
          <w:color w:val="262626" w:themeColor="text1" w:themeTint="D9"/>
          <w:sz w:val="36"/>
          <w:szCs w:val="36"/>
          <w:rtl/>
          <w:lang w:bidi="dv-MV"/>
        </w:rPr>
        <w:t xml:space="preserve">ރުމަކީ، </w:t>
      </w:r>
      <w:r w:rsidR="009E3BDE" w:rsidRPr="009E3BDE">
        <w:rPr>
          <w:rFonts w:ascii="MV Utheemu" w:hAnsi="MV Utheemu" w:cs="MV Utheemu"/>
          <w:color w:val="262626" w:themeColor="text1" w:themeTint="D9"/>
          <w:sz w:val="36"/>
          <w:szCs w:val="36"/>
          <w:rtl/>
          <w:lang w:bidi="dv-MV"/>
        </w:rPr>
        <w:t>އެކަލާނގެ ޚަލްޤުކުރެއްވުމުގެ ކުޅަދުންވަންތަކަމާއި ޙިކުމަތްތެރި ނިޒާމުގެ މުހިންމު ބަޔަކަށް އިންކާރުކު</w:t>
      </w:r>
      <w:r w:rsidR="00694024">
        <w:rPr>
          <w:rFonts w:ascii="MV Utheemu" w:hAnsi="MV Utheemu" w:cs="MV Utheemu" w:hint="cs"/>
          <w:color w:val="262626" w:themeColor="text1" w:themeTint="D9"/>
          <w:sz w:val="36"/>
          <w:szCs w:val="36"/>
          <w:rtl/>
          <w:lang w:bidi="dv-MV"/>
        </w:rPr>
        <w:t>ރުމެކެވެ.</w:t>
      </w:r>
      <w:r w:rsidR="009E3BDE">
        <w:rPr>
          <w:rFonts w:ascii="MV Utheemu" w:hAnsi="MV Utheemu" w:cs="MV Utheemu" w:hint="cs"/>
          <w:color w:val="262626" w:themeColor="text1" w:themeTint="D9"/>
          <w:sz w:val="36"/>
          <w:szCs w:val="36"/>
          <w:rtl/>
          <w:lang w:bidi="dv-MV"/>
        </w:rPr>
        <w:t xml:space="preserve"> </w:t>
      </w:r>
    </w:p>
    <w:p w14:paraId="4CFF1031" w14:textId="1197B350" w:rsidR="005550F3" w:rsidRDefault="0047558B" w:rsidP="005550F3">
      <w:pPr>
        <w:bidi/>
        <w:jc w:val="both"/>
        <w:rPr>
          <w:rFonts w:ascii="AK Rasmee" w:hAnsi="AK Rasmee" w:cs="MV Boli"/>
          <w:b/>
          <w:bCs/>
          <w:color w:val="0F243E" w:themeColor="text2" w:themeShade="80"/>
          <w:sz w:val="36"/>
          <w:szCs w:val="36"/>
          <w:rtl/>
          <w:lang w:bidi="dv-MV"/>
        </w:rPr>
      </w:pPr>
      <w:r w:rsidRPr="00D1581F">
        <w:rPr>
          <w:rFonts w:ascii="Scheherazade New" w:hAnsi="Scheherazade New" w:cs="Scheherazade New"/>
          <w:b/>
          <w:bCs/>
          <w:color w:val="0F243E" w:themeColor="text2" w:themeShade="80"/>
          <w:sz w:val="36"/>
          <w:szCs w:val="36"/>
          <w:rtl/>
        </w:rPr>
        <w:t>۞</w:t>
      </w:r>
      <w:r w:rsidRPr="003D74BE">
        <w:rPr>
          <w:rFonts w:ascii="MV Utheemu" w:hAnsi="MV Utheemu" w:cs="MV Utheemu" w:hint="cs"/>
          <w:b/>
          <w:bCs/>
          <w:color w:val="262626" w:themeColor="text1" w:themeTint="D9"/>
          <w:sz w:val="36"/>
          <w:szCs w:val="36"/>
          <w:rtl/>
          <w:lang w:bidi="dv-MV"/>
        </w:rPr>
        <w:t xml:space="preserve"> </w:t>
      </w:r>
      <w:r w:rsidR="002F505D" w:rsidRPr="002F505D">
        <w:rPr>
          <w:rFonts w:ascii="MV Utheemu" w:hAnsi="MV Utheemu" w:cs="MV Utheemu" w:hint="cs"/>
          <w:b/>
          <w:bCs/>
          <w:color w:val="403152" w:themeColor="accent4" w:themeShade="80"/>
          <w:sz w:val="36"/>
          <w:szCs w:val="36"/>
          <w:rtl/>
          <w:lang w:bidi="dv-MV"/>
        </w:rPr>
        <w:t>ތަމީމާ</w:t>
      </w:r>
      <w:r w:rsidR="002F505D">
        <w:rPr>
          <w:rFonts w:ascii="MV Utheemu" w:hAnsi="MV Utheemu" w:cs="MV Utheemu"/>
          <w:b/>
          <w:bCs/>
          <w:color w:val="403152" w:themeColor="accent4" w:themeShade="80"/>
          <w:sz w:val="36"/>
          <w:szCs w:val="36"/>
          <w:lang w:bidi="dv-MV"/>
        </w:rPr>
        <w:t xml:space="preserve"> </w:t>
      </w:r>
      <w:r w:rsidRPr="0047558B">
        <w:rPr>
          <w:rFonts w:ascii="AK Rasmee" w:hAnsi="AK Rasmee" w:cs="KFGQPC Uthman Taha Naskh"/>
          <w:b/>
          <w:bCs/>
          <w:color w:val="0F243E" w:themeColor="text2" w:themeShade="80"/>
          <w:sz w:val="36"/>
          <w:szCs w:val="36"/>
          <w:rtl/>
        </w:rPr>
        <w:t>التَّمِيمَةُ</w:t>
      </w:r>
      <w:r w:rsidR="001A022F" w:rsidRPr="001A022F">
        <w:rPr>
          <w:rtl/>
        </w:rPr>
        <w:t xml:space="preserve"> </w:t>
      </w:r>
      <w:r w:rsidR="001A022F" w:rsidRPr="00677800">
        <w:rPr>
          <w:rFonts w:ascii="AK Rasmee" w:hAnsi="AK Rasmee" w:cs="KFGQPC Uthman Taha Naskh"/>
          <w:b/>
          <w:bCs/>
          <w:color w:val="0F243E" w:themeColor="text2" w:themeShade="80"/>
          <w:sz w:val="36"/>
          <w:szCs w:val="36"/>
          <w:rtl/>
        </w:rPr>
        <w:t xml:space="preserve">/ </w:t>
      </w:r>
      <w:r w:rsidR="001A022F">
        <w:rPr>
          <w:rFonts w:ascii="MV Utheemu" w:hAnsi="MV Utheemu" w:cs="MV Utheemu" w:hint="cs"/>
          <w:b/>
          <w:bCs/>
          <w:color w:val="403152" w:themeColor="accent4" w:themeShade="80"/>
          <w:sz w:val="36"/>
          <w:szCs w:val="36"/>
          <w:rtl/>
          <w:lang w:bidi="dv-MV"/>
        </w:rPr>
        <w:t xml:space="preserve">ތަމީމާތައް </w:t>
      </w:r>
      <w:r w:rsidR="001A022F" w:rsidRPr="001A022F">
        <w:rPr>
          <w:rFonts w:ascii="AK Rasmee" w:hAnsi="AK Rasmee" w:cs="KFGQPC Uthman Taha Naskh"/>
          <w:b/>
          <w:bCs/>
          <w:color w:val="0F243E" w:themeColor="text2" w:themeShade="80"/>
          <w:sz w:val="36"/>
          <w:szCs w:val="36"/>
          <w:rtl/>
        </w:rPr>
        <w:t>التَّمَائِمُ</w:t>
      </w:r>
    </w:p>
    <w:tbl>
      <w:tblPr>
        <w:tblStyle w:val="TableGrid"/>
        <w:bidiVisual/>
        <w:tblW w:w="0" w:type="auto"/>
        <w:tblLook w:val="04A0" w:firstRow="1" w:lastRow="0" w:firstColumn="1" w:lastColumn="0" w:noHBand="0" w:noVBand="1"/>
      </w:tblPr>
      <w:tblGrid>
        <w:gridCol w:w="10250"/>
      </w:tblGrid>
      <w:tr w:rsidR="005550F3" w14:paraId="22A6EFD5" w14:textId="77777777" w:rsidTr="00F057B6">
        <w:tc>
          <w:tcPr>
            <w:tcW w:w="10250" w:type="dxa"/>
            <w:shd w:val="clear" w:color="auto" w:fill="DBE5F1" w:themeFill="accent1" w:themeFillTint="33"/>
          </w:tcPr>
          <w:p w14:paraId="701CF9C5" w14:textId="3C134D9F" w:rsidR="005550F3" w:rsidRPr="005550F3" w:rsidRDefault="005550F3" w:rsidP="00F057B6">
            <w:pPr>
              <w:bidi/>
              <w:jc w:val="both"/>
              <w:rPr>
                <w:rFonts w:ascii="MV Utheemu" w:hAnsi="MV Utheemu" w:cs="MV Utheemu"/>
                <w:rtl/>
                <w:lang w:bidi="dv-MV"/>
              </w:rPr>
            </w:pPr>
            <w:r>
              <w:rPr>
                <w:rFonts w:ascii="Scheherazade New" w:hAnsi="Scheherazade New" w:cs="Scheherazade New"/>
                <w:color w:val="262626" w:themeColor="text1" w:themeTint="D9"/>
                <w:sz w:val="32"/>
                <w:szCs w:val="32"/>
              </w:rPr>
              <w:sym w:font="KFGQPC Arabic Symbols 01" w:char="F045"/>
            </w:r>
            <w:r w:rsidR="00B446BB">
              <w:rPr>
                <w:rFonts w:ascii="Scheherazade New" w:hAnsi="Scheherazade New" w:cs="Scheherazade New"/>
                <w:color w:val="262626" w:themeColor="text1" w:themeTint="D9"/>
                <w:sz w:val="32"/>
                <w:szCs w:val="32"/>
              </w:rPr>
              <w:t xml:space="preserve"> </w:t>
            </w:r>
            <w:r w:rsidR="00B446BB">
              <w:rPr>
                <w:rFonts w:ascii="Arabic Typesetting" w:hAnsi="Arabic Typesetting" w:cs="Arabic Typesetting"/>
                <w:color w:val="262626" w:themeColor="text1" w:themeTint="D9"/>
              </w:rPr>
              <w:sym w:font="KFGQPC Arabic Symbols 01" w:char="F025"/>
            </w:r>
            <w:r w:rsidRPr="003F450E">
              <w:rPr>
                <w:rFonts w:ascii="Scheherazade New" w:hAnsi="Scheherazade New" w:cs="Scheherazade New"/>
                <w:b/>
                <w:color w:val="262626" w:themeColor="text1" w:themeTint="D9"/>
                <w:sz w:val="32"/>
                <w:szCs w:val="32"/>
                <w:rtl/>
              </w:rPr>
              <w:t xml:space="preserve"> </w:t>
            </w:r>
            <w:r>
              <w:rPr>
                <w:rFonts w:ascii="MV Utheemu" w:hAnsi="MV Utheemu" w:cs="MV Utheemu" w:hint="cs"/>
                <w:color w:val="262626" w:themeColor="text1" w:themeTint="D9"/>
                <w:rtl/>
                <w:lang w:bidi="dv-MV"/>
              </w:rPr>
              <w:t>ވަޙީކުރެއްވިއެވެ.</w:t>
            </w:r>
            <w:r w:rsidRPr="00DC3178">
              <w:rPr>
                <w:rFonts w:ascii="MV Utheemu" w:hAnsi="MV Utheemu" w:cs="MV Utheemu"/>
                <w:color w:val="262626" w:themeColor="text1" w:themeTint="D9"/>
                <w:rtl/>
                <w:lang w:bidi="dv-MV"/>
              </w:rPr>
              <w:t xml:space="preserve"> </w:t>
            </w:r>
            <w:r w:rsidRPr="002F4CCB">
              <w:rPr>
                <w:rFonts w:ascii="Scheherazade New" w:hAnsi="Scheherazade New" w:cs="Scheherazade New"/>
                <w:b/>
                <w:color w:val="262626" w:themeColor="text1" w:themeTint="D9"/>
                <w:sz w:val="32"/>
                <w:szCs w:val="32"/>
                <w:rtl/>
              </w:rPr>
              <w:t>﴿</w:t>
            </w:r>
            <w:r w:rsidRPr="002F4CCB">
              <w:rPr>
                <w:rtl/>
              </w:rPr>
              <w:t xml:space="preserve"> </w:t>
            </w:r>
            <w:r w:rsidRPr="002F4CCB">
              <w:rPr>
                <w:rFonts w:ascii="Scheherazade New" w:hAnsi="Scheherazade New" w:cs="Scheherazade New"/>
                <w:b/>
                <w:color w:val="262626" w:themeColor="text1" w:themeTint="D9"/>
                <w:sz w:val="32"/>
                <w:szCs w:val="32"/>
                <w:rtl/>
              </w:rPr>
              <w:t xml:space="preserve">الْيَوْمَ </w:t>
            </w:r>
            <w:r w:rsidRPr="00934C39">
              <w:rPr>
                <w:rFonts w:ascii="Scheherazade New" w:hAnsi="Scheherazade New" w:cs="Scheherazade New"/>
                <w:b/>
                <w:color w:val="262626" w:themeColor="text1" w:themeTint="D9"/>
                <w:sz w:val="32"/>
                <w:szCs w:val="32"/>
                <w:u w:val="single"/>
                <w:rtl/>
              </w:rPr>
              <w:t>أَكْمَلْتُ</w:t>
            </w:r>
            <w:r w:rsidRPr="002F4CCB">
              <w:rPr>
                <w:rFonts w:ascii="Scheherazade New" w:hAnsi="Scheherazade New" w:cs="Scheherazade New"/>
                <w:b/>
                <w:color w:val="262626" w:themeColor="text1" w:themeTint="D9"/>
                <w:sz w:val="32"/>
                <w:szCs w:val="32"/>
                <w:rtl/>
              </w:rPr>
              <w:t xml:space="preserve"> لَكُمْ دِينَكُمْ وَ</w:t>
            </w:r>
            <w:r w:rsidRPr="002F4CCB">
              <w:rPr>
                <w:rFonts w:ascii="Scheherazade New" w:hAnsi="Scheherazade New" w:cs="Scheherazade New"/>
                <w:b/>
                <w:color w:val="262626" w:themeColor="text1" w:themeTint="D9"/>
                <w:sz w:val="32"/>
                <w:szCs w:val="32"/>
                <w:u w:val="single"/>
                <w:rtl/>
              </w:rPr>
              <w:t>أَتْمَمْتُ</w:t>
            </w:r>
            <w:r w:rsidRPr="00934C39">
              <w:rPr>
                <w:rFonts w:ascii="Scheherazade New" w:hAnsi="Scheherazade New" w:cs="Scheherazade New"/>
                <w:b/>
                <w:color w:val="262626" w:themeColor="text1" w:themeTint="D9"/>
                <w:sz w:val="32"/>
                <w:szCs w:val="32"/>
                <w:rtl/>
              </w:rPr>
              <w:t xml:space="preserve"> </w:t>
            </w:r>
            <w:r w:rsidRPr="002F4CCB">
              <w:rPr>
                <w:rFonts w:ascii="Scheherazade New" w:hAnsi="Scheherazade New" w:cs="Scheherazade New"/>
                <w:b/>
                <w:color w:val="262626" w:themeColor="text1" w:themeTint="D9"/>
                <w:sz w:val="32"/>
                <w:szCs w:val="32"/>
                <w:rtl/>
              </w:rPr>
              <w:t xml:space="preserve">عَلَيْكُمْ نِعْمَتِي وَرَضِيتُ لَكُمُ الْإِسْلَامَ دِينًا ۚ </w:t>
            </w:r>
            <w:r w:rsidRPr="003F450E">
              <w:rPr>
                <w:rFonts w:ascii="Scheherazade New" w:hAnsi="Scheherazade New" w:cs="Scheherazade New"/>
                <w:b/>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3F450E">
              <w:rPr>
                <w:rFonts w:ascii="Arial" w:hAnsi="Arial" w:cs="MV Boli" w:hint="cs"/>
                <w:color w:val="262626" w:themeColor="text1" w:themeTint="D9"/>
                <w:sz w:val="32"/>
                <w:szCs w:val="32"/>
                <w:rtl/>
                <w:lang w:bidi="dv-MV"/>
              </w:rPr>
              <w:t xml:space="preserve"> </w:t>
            </w:r>
            <w:r w:rsidRPr="000F735A">
              <w:rPr>
                <w:rFonts w:ascii="Scheherazade New" w:hAnsi="Scheherazade New" w:cs="Scheherazade New"/>
                <w:szCs w:val="24"/>
                <w:rtl/>
              </w:rPr>
              <w:t>[</w:t>
            </w:r>
            <w:r w:rsidRPr="002F4CCB">
              <w:rPr>
                <w:rFonts w:ascii="Scheherazade New" w:hAnsi="Scheherazade New" w:cs="Scheherazade New"/>
                <w:szCs w:val="24"/>
                <w:rtl/>
              </w:rPr>
              <w:t>سورة المائدة - الآية 3</w:t>
            </w:r>
            <w:r w:rsidRPr="000F735A">
              <w:rPr>
                <w:rFonts w:ascii="Scheherazade New" w:hAnsi="Scheherazade New" w:cs="Scheherazade New"/>
                <w:szCs w:val="24"/>
                <w:rtl/>
              </w:rPr>
              <w:t xml:space="preserve">] </w:t>
            </w:r>
            <w:r w:rsidRPr="002F4CCB">
              <w:rPr>
                <w:rFonts w:ascii="MV Utheemu" w:hAnsi="MV Utheemu" w:cs="MV Utheemu" w:hint="cs"/>
                <w:rtl/>
                <w:lang w:bidi="dv-MV"/>
              </w:rPr>
              <w:t>"</w:t>
            </w:r>
            <w:r w:rsidRPr="0096650A">
              <w:rPr>
                <w:rFonts w:ascii="MV Utheemu" w:hAnsi="MV Utheemu" w:cs="MV Utheemu" w:hint="cs"/>
                <w:rtl/>
                <w:lang w:bidi="dv-MV"/>
              </w:rPr>
              <w:t>މިއަދު،</w:t>
            </w:r>
            <w:r w:rsidRPr="0096650A">
              <w:rPr>
                <w:rFonts w:ascii="MV Utheemu" w:hAnsi="MV Utheemu" w:cs="MV Utheemu"/>
                <w:rtl/>
                <w:lang w:bidi="dv-MV"/>
              </w:rPr>
              <w:t xml:space="preserve"> </w:t>
            </w:r>
            <w:r w:rsidRPr="0096650A">
              <w:rPr>
                <w:rFonts w:ascii="MV Utheemu" w:hAnsi="MV Utheemu" w:cs="MV Utheemu" w:hint="cs"/>
                <w:rtl/>
                <w:lang w:bidi="dv-MV"/>
              </w:rPr>
              <w:t>ތިޔަބައިމީހުންގެ</w:t>
            </w:r>
            <w:r w:rsidRPr="0096650A">
              <w:rPr>
                <w:rFonts w:ascii="MV Utheemu" w:hAnsi="MV Utheemu" w:cs="MV Utheemu"/>
                <w:rtl/>
                <w:lang w:bidi="dv-MV"/>
              </w:rPr>
              <w:t xml:space="preserve"> </w:t>
            </w:r>
            <w:r w:rsidRPr="00934C39">
              <w:rPr>
                <w:rFonts w:ascii="MV Utheemu" w:hAnsi="MV Utheemu"/>
                <w:b/>
                <w:rtl/>
              </w:rPr>
              <w:t>دين</w:t>
            </w:r>
            <w:r w:rsidRPr="0096650A">
              <w:rPr>
                <w:rFonts w:ascii="MV Utheemu" w:hAnsi="MV Utheemu" w:cs="MV Utheemu" w:hint="cs"/>
                <w:rtl/>
                <w:lang w:bidi="dv-MV"/>
              </w:rPr>
              <w:t xml:space="preserve"> ތިޔަބައިމީހުންނަށް</w:t>
            </w:r>
            <w:r w:rsidRPr="0096650A">
              <w:rPr>
                <w:rFonts w:ascii="MV Utheemu" w:hAnsi="MV Utheemu" w:cs="MV Utheemu"/>
                <w:rtl/>
                <w:lang w:bidi="dv-MV"/>
              </w:rPr>
              <w:t xml:space="preserve"> </w:t>
            </w:r>
            <w:r w:rsidRPr="0096650A">
              <w:rPr>
                <w:rFonts w:ascii="MV Utheemu" w:hAnsi="MV Utheemu" w:cs="MV Utheemu" w:hint="cs"/>
                <w:rtl/>
                <w:lang w:bidi="dv-MV"/>
              </w:rPr>
              <w:t>ތިމަންރަސްކަލާނގެ</w:t>
            </w:r>
            <w:r w:rsidRPr="0096650A">
              <w:rPr>
                <w:rFonts w:ascii="MV Utheemu" w:hAnsi="MV Utheemu" w:cs="MV Utheemu"/>
                <w:rtl/>
                <w:lang w:bidi="dv-MV"/>
              </w:rPr>
              <w:t xml:space="preserve"> </w:t>
            </w:r>
            <w:r w:rsidRPr="00934C39">
              <w:rPr>
                <w:rFonts w:ascii="MV Utheemu" w:hAnsi="MV Utheemu" w:cs="Times New Roman"/>
                <w:b/>
                <w:rtl/>
              </w:rPr>
              <w:t>أ</w:t>
            </w:r>
            <w:r w:rsidRPr="00934C39">
              <w:rPr>
                <w:rFonts w:ascii="MV Utheemu" w:hAnsi="MV Utheemu"/>
                <w:b/>
                <w:rtl/>
              </w:rPr>
              <w:t>كْمَلْتُ</w:t>
            </w:r>
            <w:r w:rsidRPr="0096650A">
              <w:rPr>
                <w:rFonts w:ascii="MV Utheemu" w:hAnsi="MV Utheemu" w:cs="Times New Roman"/>
                <w:rtl/>
              </w:rPr>
              <w:t xml:space="preserve"> </w:t>
            </w:r>
            <w:r w:rsidRPr="00934C39">
              <w:rPr>
                <w:rFonts w:ascii="MV Utheemu" w:hAnsi="MV Utheemu" w:cs="MV Utheemu" w:hint="cs"/>
                <w:b/>
                <w:rtl/>
                <w:lang w:bidi="dv-MV"/>
              </w:rPr>
              <w:t>ފުރިހަމަކޮށްދެއްވައިފީމެވެ</w:t>
            </w:r>
            <w:r w:rsidRPr="00934C39">
              <w:rPr>
                <w:rFonts w:ascii="MV Utheemu" w:hAnsi="MV Utheemu" w:cs="MV Utheemu"/>
                <w:b/>
                <w:rtl/>
                <w:lang w:bidi="dv-MV"/>
              </w:rPr>
              <w:t xml:space="preserve">. </w:t>
            </w:r>
            <w:r w:rsidRPr="0096650A">
              <w:rPr>
                <w:rFonts w:ascii="MV Utheemu" w:hAnsi="MV Utheemu" w:cs="MV Utheemu" w:hint="cs"/>
                <w:rtl/>
                <w:lang w:bidi="dv-MV"/>
              </w:rPr>
              <w:t>އަދި</w:t>
            </w:r>
            <w:r w:rsidRPr="0096650A">
              <w:rPr>
                <w:rFonts w:ascii="MV Utheemu" w:hAnsi="MV Utheemu" w:cs="MV Utheemu"/>
                <w:rtl/>
                <w:lang w:bidi="dv-MV"/>
              </w:rPr>
              <w:t xml:space="preserve"> </w:t>
            </w:r>
            <w:r w:rsidRPr="0096650A">
              <w:rPr>
                <w:rFonts w:ascii="MV Utheemu" w:hAnsi="MV Utheemu" w:cs="MV Utheemu" w:hint="cs"/>
                <w:rtl/>
                <w:lang w:bidi="dv-MV"/>
              </w:rPr>
              <w:t>ތިމަންރަސްކަލާނގެ</w:t>
            </w:r>
            <w:r w:rsidRPr="0096650A">
              <w:rPr>
                <w:rFonts w:ascii="MV Utheemu" w:hAnsi="MV Utheemu" w:cs="MV Utheemu"/>
                <w:rtl/>
                <w:lang w:bidi="dv-MV"/>
              </w:rPr>
              <w:t xml:space="preserve"> </w:t>
            </w:r>
            <w:r w:rsidRPr="0096650A">
              <w:rPr>
                <w:rFonts w:ascii="MV Utheemu" w:hAnsi="MV Utheemu" w:cs="MV Utheemu" w:hint="cs"/>
                <w:rtl/>
                <w:lang w:bidi="dv-MV"/>
              </w:rPr>
              <w:t>ނިޢުމަތް</w:t>
            </w:r>
            <w:r w:rsidRPr="0096650A">
              <w:rPr>
                <w:rFonts w:ascii="MV Utheemu" w:hAnsi="MV Utheemu" w:cs="MV Utheemu"/>
                <w:rtl/>
                <w:lang w:bidi="dv-MV"/>
              </w:rPr>
              <w:t xml:space="preserve"> </w:t>
            </w:r>
            <w:r w:rsidRPr="0096650A">
              <w:rPr>
                <w:rFonts w:ascii="MV Utheemu" w:hAnsi="MV Utheemu" w:cs="MV Utheemu" w:hint="cs"/>
                <w:rtl/>
                <w:lang w:bidi="dv-MV"/>
              </w:rPr>
              <w:t>ތިޔަބައިމީހުންގެ</w:t>
            </w:r>
            <w:r w:rsidRPr="0096650A">
              <w:rPr>
                <w:rFonts w:ascii="MV Utheemu" w:hAnsi="MV Utheemu" w:cs="MV Utheemu"/>
                <w:rtl/>
                <w:lang w:bidi="dv-MV"/>
              </w:rPr>
              <w:t xml:space="preserve"> </w:t>
            </w:r>
            <w:r w:rsidRPr="0096650A">
              <w:rPr>
                <w:rFonts w:ascii="MV Utheemu" w:hAnsi="MV Utheemu" w:cs="MV Utheemu" w:hint="cs"/>
                <w:rtl/>
                <w:lang w:bidi="dv-MV"/>
              </w:rPr>
              <w:t>މައްޗަށް</w:t>
            </w:r>
            <w:r w:rsidRPr="0096650A">
              <w:rPr>
                <w:rFonts w:ascii="MV Utheemu" w:hAnsi="MV Utheemu" w:cs="MV Utheemu"/>
                <w:rtl/>
                <w:lang w:bidi="dv-MV"/>
              </w:rPr>
              <w:t xml:space="preserve"> </w:t>
            </w:r>
            <w:r w:rsidRPr="004C30BB">
              <w:rPr>
                <w:rFonts w:ascii="MV Utheemu" w:hAnsi="MV Utheemu"/>
                <w:b/>
                <w:rtl/>
              </w:rPr>
              <w:t>أَتْمَمْتُ</w:t>
            </w:r>
            <w:r w:rsidRPr="004C30BB">
              <w:rPr>
                <w:rFonts w:ascii="MV Utheemu" w:hAnsi="MV Utheemu" w:cs="Times New Roman"/>
                <w:b/>
                <w:rtl/>
              </w:rPr>
              <w:t xml:space="preserve"> </w:t>
            </w:r>
            <w:r w:rsidRPr="004C30BB">
              <w:rPr>
                <w:rFonts w:ascii="MV Utheemu" w:hAnsi="MV Utheemu" w:cs="MV Utheemu" w:hint="cs"/>
                <w:b/>
                <w:rtl/>
                <w:lang w:bidi="dv-MV"/>
              </w:rPr>
              <w:t>ފުރިހަމަ</w:t>
            </w:r>
            <w:r w:rsidRPr="00934C39">
              <w:rPr>
                <w:rFonts w:ascii="MV Utheemu" w:hAnsi="MV Utheemu" w:cs="MV Utheemu" w:hint="cs"/>
                <w:b/>
                <w:rtl/>
                <w:lang w:bidi="dv-MV"/>
              </w:rPr>
              <w:t>ކޮށްދެއްވައިފީމެވެ</w:t>
            </w:r>
            <w:r w:rsidRPr="00934C39">
              <w:rPr>
                <w:rFonts w:ascii="MV Utheemu" w:hAnsi="MV Utheemu" w:cs="MV Utheemu"/>
                <w:b/>
                <w:rtl/>
                <w:lang w:bidi="dv-MV"/>
              </w:rPr>
              <w:t>.</w:t>
            </w:r>
            <w:r>
              <w:rPr>
                <w:rFonts w:ascii="MV Utheemu" w:hAnsi="MV Utheemu" w:cs="MV Utheemu" w:hint="cs"/>
                <w:rtl/>
                <w:lang w:bidi="dv-MV"/>
              </w:rPr>
              <w:t xml:space="preserve"> </w:t>
            </w:r>
            <w:r w:rsidRPr="0096650A">
              <w:rPr>
                <w:rFonts w:ascii="MV Utheemu" w:hAnsi="MV Utheemu" w:cs="MV Utheemu" w:hint="cs"/>
                <w:rtl/>
                <w:lang w:bidi="dv-MV"/>
              </w:rPr>
              <w:t>އަދި</w:t>
            </w:r>
            <w:r w:rsidRPr="0096650A">
              <w:rPr>
                <w:rFonts w:ascii="MV Utheemu" w:hAnsi="MV Utheemu" w:cs="MV Utheemu"/>
                <w:rtl/>
                <w:lang w:bidi="dv-MV"/>
              </w:rPr>
              <w:t xml:space="preserve"> </w:t>
            </w:r>
            <w:r w:rsidRPr="00934C39">
              <w:rPr>
                <w:rFonts w:ascii="MV Utheemu" w:hAnsi="MV Utheemu"/>
                <w:b/>
                <w:rtl/>
              </w:rPr>
              <w:t>إسلام دين</w:t>
            </w:r>
            <w:r w:rsidRPr="0096650A">
              <w:rPr>
                <w:rFonts w:ascii="MV Utheemu" w:hAnsi="MV Utheemu" w:cs="Times New Roman"/>
                <w:rtl/>
              </w:rPr>
              <w:t xml:space="preserve"> </w:t>
            </w:r>
            <w:r w:rsidRPr="0096650A">
              <w:rPr>
                <w:rFonts w:ascii="MV Utheemu" w:hAnsi="MV Utheemu" w:cs="MV Utheemu" w:hint="cs"/>
                <w:rtl/>
                <w:lang w:bidi="dv-MV"/>
              </w:rPr>
              <w:t>އެއީ</w:t>
            </w:r>
            <w:r w:rsidRPr="0096650A">
              <w:rPr>
                <w:rFonts w:ascii="MV Utheemu" w:hAnsi="MV Utheemu" w:cs="MV Utheemu"/>
                <w:rtl/>
                <w:lang w:bidi="dv-MV"/>
              </w:rPr>
              <w:t xml:space="preserve"> </w:t>
            </w:r>
            <w:r w:rsidRPr="0096650A">
              <w:rPr>
                <w:rFonts w:ascii="MV Utheemu" w:hAnsi="MV Utheemu" w:cs="MV Utheemu" w:hint="cs"/>
                <w:rtl/>
                <w:lang w:bidi="dv-MV"/>
              </w:rPr>
              <w:t>ކަލޭމެންގެ</w:t>
            </w:r>
            <w:r w:rsidRPr="0096650A">
              <w:rPr>
                <w:rFonts w:ascii="MV Utheemu" w:hAnsi="MV Utheemu" w:cs="MV Utheemu"/>
                <w:rtl/>
                <w:lang w:bidi="dv-MV"/>
              </w:rPr>
              <w:t xml:space="preserve"> </w:t>
            </w:r>
            <w:r w:rsidRPr="00EA22C9">
              <w:rPr>
                <w:rFonts w:ascii="MV Utheemu" w:hAnsi="MV Utheemu"/>
                <w:b/>
                <w:rtl/>
              </w:rPr>
              <w:t>دين</w:t>
            </w:r>
            <w:r w:rsidRPr="0096650A">
              <w:rPr>
                <w:rFonts w:ascii="MV Utheemu" w:hAnsi="MV Utheemu" w:cs="Times New Roman"/>
                <w:rtl/>
              </w:rPr>
              <w:t xml:space="preserve"> </w:t>
            </w:r>
            <w:r w:rsidRPr="0096650A">
              <w:rPr>
                <w:rFonts w:ascii="MV Utheemu" w:hAnsi="MV Utheemu" w:cs="MV Utheemu" w:hint="cs"/>
                <w:rtl/>
                <w:lang w:bidi="dv-MV"/>
              </w:rPr>
              <w:t>ކަމުގައި</w:t>
            </w:r>
            <w:r w:rsidRPr="0096650A">
              <w:rPr>
                <w:rFonts w:ascii="MV Utheemu" w:hAnsi="MV Utheemu" w:cs="MV Utheemu"/>
                <w:rtl/>
                <w:lang w:bidi="dv-MV"/>
              </w:rPr>
              <w:t xml:space="preserve"> </w:t>
            </w:r>
            <w:r w:rsidRPr="0096650A">
              <w:rPr>
                <w:rFonts w:ascii="MV Utheemu" w:hAnsi="MV Utheemu" w:cs="MV Utheemu" w:hint="cs"/>
                <w:rtl/>
                <w:lang w:bidi="dv-MV"/>
              </w:rPr>
              <w:t>ތިމަންރަސްކަލާނގެ</w:t>
            </w:r>
            <w:r w:rsidRPr="0096650A">
              <w:rPr>
                <w:rFonts w:ascii="MV Utheemu" w:hAnsi="MV Utheemu" w:cs="MV Utheemu"/>
                <w:rtl/>
                <w:lang w:bidi="dv-MV"/>
              </w:rPr>
              <w:t xml:space="preserve"> </w:t>
            </w:r>
            <w:r w:rsidRPr="0096650A">
              <w:rPr>
                <w:rFonts w:ascii="MV Utheemu" w:hAnsi="MV Utheemu" w:cs="MV Utheemu" w:hint="cs"/>
                <w:rtl/>
                <w:lang w:bidi="dv-MV"/>
              </w:rPr>
              <w:t>ރުހިވޮޑިގެންފީމެވެ</w:t>
            </w:r>
            <w:r w:rsidRPr="0096650A">
              <w:rPr>
                <w:rFonts w:ascii="MV Utheemu" w:hAnsi="MV Utheemu" w:cs="MV Utheemu"/>
                <w:rtl/>
                <w:lang w:bidi="dv-MV"/>
              </w:rPr>
              <w:t>.</w:t>
            </w:r>
            <w:r>
              <w:rPr>
                <w:rFonts w:ascii="MV Utheemu" w:hAnsi="MV Utheemu" w:cs="MV Utheemu" w:hint="cs"/>
                <w:rtl/>
                <w:lang w:bidi="dv-MV"/>
              </w:rPr>
              <w:t>"</w:t>
            </w:r>
          </w:p>
        </w:tc>
      </w:tr>
    </w:tbl>
    <w:p w14:paraId="6B49CCAF" w14:textId="77777777" w:rsidR="00B446BB" w:rsidRPr="00B446BB" w:rsidRDefault="00B446BB" w:rsidP="00B446BB">
      <w:pPr>
        <w:bidi/>
        <w:jc w:val="both"/>
        <w:rPr>
          <w:rFonts w:ascii="MV Utheemu" w:hAnsi="MV Utheemu"/>
          <w:color w:val="262626" w:themeColor="text1" w:themeTint="D9"/>
          <w:sz w:val="20"/>
          <w:szCs w:val="20"/>
          <w:rtl/>
        </w:rPr>
      </w:pPr>
    </w:p>
    <w:p w14:paraId="5FE85E62" w14:textId="6F26E4F9" w:rsidR="005550F3" w:rsidRDefault="005550F3" w:rsidP="00B446BB">
      <w:pPr>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 xml:space="preserve">މި އާޔަތުން ޢިލްމުވެރިން ބަޔާންކުރާ ފާއިދާއަކީ </w:t>
      </w:r>
      <w:r w:rsidRPr="00C60097">
        <w:rPr>
          <w:rFonts w:ascii="Arial" w:hAnsi="Arial" w:cs="KFGQPC Uthman Taha Naskh" w:hint="cs"/>
          <w:b/>
          <w:bCs/>
          <w:color w:val="262626" w:themeColor="text1" w:themeTint="D9"/>
          <w:sz w:val="36"/>
          <w:szCs w:val="36"/>
          <w:u w:val="single"/>
          <w:rtl/>
        </w:rPr>
        <w:t>التَّمَامُ</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فِي</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الدِّينِ</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يَقْتَضِي</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تَحْرِيمَ</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الزِّيَادَةِ</w:t>
      </w:r>
      <w:r w:rsidRPr="00F543C0">
        <w:rPr>
          <w:rFonts w:ascii="MV Utheemu" w:hAnsi="MV Utheemu" w:cs="KFGQPC Uthman Taha Naskh"/>
          <w:b/>
          <w:bCs/>
          <w:color w:val="262626" w:themeColor="text1" w:themeTint="D9"/>
          <w:sz w:val="36"/>
          <w:szCs w:val="36"/>
          <w:rtl/>
        </w:rPr>
        <w:t xml:space="preserve"> </w:t>
      </w:r>
      <w:r w:rsidRPr="00F543C0">
        <w:rPr>
          <w:rFonts w:ascii="Arial" w:hAnsi="Arial" w:cs="KFGQPC Uthman Taha Naskh" w:hint="cs"/>
          <w:b/>
          <w:bCs/>
          <w:color w:val="262626" w:themeColor="text1" w:themeTint="D9"/>
          <w:sz w:val="36"/>
          <w:szCs w:val="36"/>
          <w:rtl/>
        </w:rPr>
        <w:t>فِيهِ</w:t>
      </w:r>
      <w:r w:rsidRPr="003D12CA">
        <w:rPr>
          <w:rtl/>
        </w:rPr>
        <w:t xml:space="preserve"> </w:t>
      </w:r>
      <w:r w:rsidR="001A66C7">
        <w:rPr>
          <w:rFonts w:ascii="MV Utheemu" w:hAnsi="MV Utheemu" w:cs="MV Utheemu" w:hint="cs"/>
          <w:color w:val="262626" w:themeColor="text1" w:themeTint="D9"/>
          <w:sz w:val="36"/>
          <w:szCs w:val="36"/>
          <w:rtl/>
          <w:lang w:bidi="dv-MV"/>
        </w:rPr>
        <w:t xml:space="preserve">އެބަހީ </w:t>
      </w:r>
      <w:r w:rsidRPr="00C60097">
        <w:rPr>
          <w:rFonts w:ascii="MV Utheemu" w:hAnsi="MV Utheemu" w:cs="MV Utheemu"/>
          <w:b/>
          <w:bCs/>
          <w:color w:val="262626" w:themeColor="text1" w:themeTint="D9"/>
          <w:sz w:val="36"/>
          <w:szCs w:val="36"/>
          <w:rtl/>
          <w:lang w:bidi="dv-MV"/>
        </w:rPr>
        <w:t>ދީން ފުރިހަމަވެފައިވުމީ،</w:t>
      </w:r>
      <w:r w:rsidRPr="003D12CA">
        <w:rPr>
          <w:rFonts w:ascii="MV Utheemu" w:hAnsi="MV Utheemu" w:cs="MV Utheemu"/>
          <w:color w:val="262626" w:themeColor="text1" w:themeTint="D9"/>
          <w:sz w:val="36"/>
          <w:szCs w:val="36"/>
          <w:rtl/>
          <w:lang w:bidi="dv-MV"/>
        </w:rPr>
        <w:t xml:space="preserve"> އެ ދީނަށް އެއްވެސް ކަމެއް އިތުރުކުރުން (ބިދުޢަ</w:t>
      </w:r>
      <w:r w:rsidR="001A66C7">
        <w:rPr>
          <w:rFonts w:ascii="MV Utheemu" w:hAnsi="MV Utheemu" w:cs="MV Utheemu"/>
          <w:color w:val="262626" w:themeColor="text1" w:themeTint="D9"/>
          <w:sz w:val="36"/>
          <w:szCs w:val="36"/>
          <w:lang w:bidi="dv-MV"/>
        </w:rPr>
        <w:t xml:space="preserve"> </w:t>
      </w:r>
      <w:r w:rsidR="001A66C7">
        <w:rPr>
          <w:rFonts w:ascii="MV Utheemu" w:hAnsi="MV Utheemu" w:cs="MV Utheemu" w:hint="cs"/>
          <w:color w:val="262626" w:themeColor="text1" w:themeTint="D9"/>
          <w:sz w:val="36"/>
          <w:szCs w:val="36"/>
          <w:rtl/>
          <w:lang w:bidi="dv-MV"/>
        </w:rPr>
        <w:t xml:space="preserve"> ނުވަތަ އައު ކަންކަން</w:t>
      </w:r>
      <w:r w:rsidRPr="003D12CA">
        <w:rPr>
          <w:rFonts w:ascii="MV Utheemu" w:hAnsi="MV Utheemu" w:cs="MV Utheemu"/>
          <w:color w:val="262626" w:themeColor="text1" w:themeTint="D9"/>
          <w:sz w:val="36"/>
          <w:szCs w:val="36"/>
          <w:rtl/>
          <w:lang w:bidi="dv-MV"/>
        </w:rPr>
        <w:t xml:space="preserve"> އުފެއްދު</w:t>
      </w:r>
      <w:r w:rsidR="001A66C7">
        <w:rPr>
          <w:rFonts w:ascii="MV Utheemu" w:hAnsi="MV Utheemu" w:cs="MV Utheemu" w:hint="cs"/>
          <w:color w:val="262626" w:themeColor="text1" w:themeTint="D9"/>
          <w:sz w:val="36"/>
          <w:szCs w:val="36"/>
          <w:rtl/>
          <w:lang w:bidi="dv-MV"/>
        </w:rPr>
        <w:t>މާއި ވެއްދުން</w:t>
      </w:r>
      <w:r w:rsidRPr="003D12CA">
        <w:rPr>
          <w:rFonts w:ascii="MV Utheemu" w:hAnsi="MV Utheemu" w:cs="MV Utheemu"/>
          <w:color w:val="262626" w:themeColor="text1" w:themeTint="D9"/>
          <w:sz w:val="36"/>
          <w:szCs w:val="36"/>
          <w:rtl/>
          <w:lang w:bidi="dv-MV"/>
        </w:rPr>
        <w:t>) ޙަރާމްވެގެންވުން ލާޒިމުކުރާ ކަމެ</w:t>
      </w:r>
      <w:r w:rsidR="001A66C7">
        <w:rPr>
          <w:rFonts w:ascii="MV Utheemu" w:hAnsi="MV Utheemu" w:cs="MV Utheemu" w:hint="cs"/>
          <w:color w:val="262626" w:themeColor="text1" w:themeTint="D9"/>
          <w:sz w:val="36"/>
          <w:szCs w:val="36"/>
          <w:rtl/>
          <w:lang w:bidi="dv-MV"/>
        </w:rPr>
        <w:t>އް ކަމެވެ.</w:t>
      </w:r>
    </w:p>
    <w:p w14:paraId="208A07E0" w14:textId="49A45BAA" w:rsidR="00CA61CD" w:rsidRPr="00CA61CD" w:rsidRDefault="00CA61CD" w:rsidP="00CA61CD">
      <w:pPr>
        <w:bidi/>
        <w:jc w:val="both"/>
        <w:rPr>
          <w:rFonts w:ascii="MV Utheemu" w:hAnsi="MV Utheemu" w:cs="MV Utheemu"/>
          <w:color w:val="262626" w:themeColor="text1" w:themeTint="D9"/>
          <w:sz w:val="36"/>
          <w:szCs w:val="36"/>
          <w:lang w:bidi="dv-MV"/>
        </w:rPr>
      </w:pPr>
      <w:r>
        <w:rPr>
          <w:rFonts w:ascii="MV Utheemu" w:hAnsi="MV Utheemu" w:cs="MV Utheemu" w:hint="cs"/>
          <w:color w:val="262626" w:themeColor="text1" w:themeTint="D9"/>
          <w:sz w:val="36"/>
          <w:szCs w:val="36"/>
          <w:rtl/>
          <w:lang w:bidi="dv-MV"/>
        </w:rPr>
        <w:t xml:space="preserve">ނަބިއްޔާ </w:t>
      </w:r>
      <w:r>
        <w:rPr>
          <w:rFonts w:ascii="MV Utheemu" w:hAnsi="MV Utheemu" w:cs="MV Utheemu"/>
          <w:color w:val="262626" w:themeColor="text1" w:themeTint="D9"/>
          <w:sz w:val="36"/>
          <w:szCs w:val="36"/>
          <w:lang w:bidi="dv-MV"/>
        </w:rPr>
        <w:t>(</w:t>
      </w:r>
      <w:r w:rsidR="00D63D4E" w:rsidRPr="00234FE9">
        <w:rPr>
          <w:rFonts w:ascii="Arabic Typesetting" w:hAnsi="Arabic Typesetting" w:cs="Arabic Typesetting"/>
          <w:color w:val="262626" w:themeColor="text1" w:themeTint="D9"/>
          <w:sz w:val="32"/>
          <w:szCs w:val="32"/>
        </w:rPr>
        <w:sym w:font="KFGQPC Arabic Symbols 01" w:char="F048"/>
      </w:r>
      <w:r>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ހަދީޘް ކުރެއްވިއެވެ. </w:t>
      </w:r>
      <w:r w:rsidRPr="00797779">
        <w:rPr>
          <w:rFonts w:cs="KFGQPC Uthman Taha Naskh"/>
          <w:b/>
          <w:bCs/>
          <w:color w:val="000000" w:themeColor="text1"/>
          <w:sz w:val="36"/>
          <w:szCs w:val="36"/>
          <w:rtl/>
        </w:rPr>
        <w:t>«مَنْ تَعَلَّقَ تَمِيمَةً فَقَدْ أَشْرَكَ»</w:t>
      </w:r>
      <w:r w:rsidRPr="00AC6FD5">
        <w:rPr>
          <w:rFonts w:ascii="MV Utheemu" w:hAnsi="MV Utheemu" w:cs="MV Utheemu" w:hint="cs"/>
          <w:color w:val="262626" w:themeColor="text1" w:themeTint="D9"/>
          <w:sz w:val="36"/>
          <w:szCs w:val="36"/>
          <w:rtl/>
          <w:lang w:bidi="dv-MV"/>
        </w:rPr>
        <w:t xml:space="preserve"> </w:t>
      </w:r>
      <w:r w:rsidRPr="00463071">
        <w:rPr>
          <w:rFonts w:cs="KFGQPC Uthman Taha Naskh"/>
          <w:color w:val="000000" w:themeColor="text1"/>
          <w:sz w:val="32"/>
          <w:szCs w:val="32"/>
          <w:rtl/>
        </w:rPr>
        <w:t>[</w:t>
      </w:r>
      <w:r w:rsidRPr="00B40DCB">
        <w:rPr>
          <w:rFonts w:cs="KFGQPC Uthman Taha Naskh"/>
          <w:b/>
          <w:bCs/>
          <w:color w:val="000000" w:themeColor="text1"/>
          <w:sz w:val="28"/>
          <w:szCs w:val="28"/>
          <w:rtl/>
        </w:rPr>
        <w:t>المسند أحمد</w:t>
      </w:r>
      <w:r w:rsidRPr="00B40DCB">
        <w:rPr>
          <w:rFonts w:cs="KFGQPC Uthman Taha Naskh"/>
          <w:color w:val="000000" w:themeColor="text1"/>
          <w:sz w:val="32"/>
          <w:szCs w:val="32"/>
          <w:rtl/>
        </w:rPr>
        <w:t>]</w:t>
      </w:r>
      <w:r w:rsidRPr="00B40DCB">
        <w:rPr>
          <w:rStyle w:val="EndnoteReference"/>
          <w:rFonts w:cs="KFGQPC Uthman Taha Naskh"/>
          <w:b/>
          <w:bCs/>
          <w:color w:val="000000" w:themeColor="text1"/>
          <w:sz w:val="36"/>
          <w:szCs w:val="36"/>
          <w:rtl/>
        </w:rPr>
        <w:t xml:space="preserve"> </w:t>
      </w:r>
      <w:r>
        <w:rPr>
          <w:rFonts w:cs="KFGQPC Uthman Taha Naskh"/>
          <w:b/>
          <w:bCs/>
          <w:color w:val="000000" w:themeColor="text1"/>
          <w:sz w:val="36"/>
          <w:szCs w:val="36"/>
        </w:rPr>
        <w:t xml:space="preserve"> </w:t>
      </w:r>
      <w:r>
        <w:rPr>
          <w:rStyle w:val="EndnoteReference"/>
          <w:rFonts w:cs="KFGQPC Uthman Taha Naskh"/>
          <w:b/>
          <w:bCs/>
          <w:color w:val="000000" w:themeColor="text1"/>
          <w:sz w:val="36"/>
          <w:szCs w:val="36"/>
        </w:rPr>
        <w:endnoteReference w:id="1"/>
      </w:r>
      <w:r w:rsidRPr="00410092">
        <w:rPr>
          <w:rFonts w:ascii="MV Utheemu" w:hAnsi="MV Utheemu" w:cs="MV Utheemu" w:hint="cs"/>
          <w:color w:val="262626" w:themeColor="text1" w:themeTint="D9"/>
          <w:sz w:val="36"/>
          <w:szCs w:val="36"/>
          <w:rtl/>
          <w:lang w:bidi="dv-MV"/>
        </w:rPr>
        <w:t>އަދި</w:t>
      </w:r>
      <w:r w:rsidRPr="00410092">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އެހެން ރިވާޔަތެއްގައިވެއެވެ. </w:t>
      </w:r>
      <w:r w:rsidRPr="00EB06E9">
        <w:rPr>
          <w:rFonts w:ascii="MV Utheemu" w:hAnsi="MV Utheemu" w:cs="MV Utheemu" w:hint="cs"/>
          <w:b/>
          <w:bCs/>
          <w:color w:val="262626" w:themeColor="text1" w:themeTint="D9"/>
          <w:sz w:val="36"/>
          <w:szCs w:val="36"/>
          <w:rtl/>
          <w:lang w:bidi="dv-MV"/>
        </w:rPr>
        <w:t>"</w:t>
      </w:r>
      <w:r w:rsidR="00393433">
        <w:rPr>
          <w:rFonts w:ascii="MV Utheemu" w:hAnsi="MV Utheemu" w:cs="MV Utheemu" w:hint="cs"/>
          <w:b/>
          <w:bCs/>
          <w:color w:val="262626" w:themeColor="text1" w:themeTint="D9"/>
          <w:sz w:val="36"/>
          <w:szCs w:val="36"/>
          <w:rtl/>
          <w:lang w:bidi="dv-MV"/>
        </w:rPr>
        <w:t>ތަމީމާއެއް (ތަވީދެއް)</w:t>
      </w:r>
      <w:r w:rsidRPr="00EB06E9">
        <w:rPr>
          <w:rFonts w:ascii="MV Utheemu" w:hAnsi="MV Utheemu" w:cs="MV Utheemu" w:hint="cs"/>
          <w:b/>
          <w:bCs/>
          <w:color w:val="262626" w:themeColor="text1" w:themeTint="D9"/>
          <w:sz w:val="36"/>
          <w:szCs w:val="36"/>
          <w:rtl/>
          <w:lang w:bidi="dv-MV"/>
        </w:rPr>
        <w:t xml:space="preserve"> އަޅައިފި ކޮންމެ މީހަކު، ފަހެ ހަމަކަށަވަރުން އޭނާ ޝަރީކުކޮށްފިއެވެ."</w:t>
      </w:r>
    </w:p>
    <w:p w14:paraId="530ADC13" w14:textId="5AFF8D2C" w:rsidR="00CA61CD" w:rsidRPr="00CA61CD" w:rsidRDefault="00CA61CD" w:rsidP="00CA61CD">
      <w:pPr>
        <w:bidi/>
        <w:jc w:val="both"/>
        <w:rPr>
          <w:b/>
          <w:bCs/>
          <w:color w:val="0F243E" w:themeColor="text2" w:themeShade="80"/>
          <w:sz w:val="36"/>
          <w:szCs w:val="36"/>
        </w:rPr>
      </w:pPr>
      <w:r w:rsidRPr="00AC6FD5">
        <w:rPr>
          <w:rFonts w:cs="KFGQPC Uthman Taha Naskh"/>
          <w:b/>
          <w:bCs/>
          <w:color w:val="000000" w:themeColor="text1"/>
          <w:sz w:val="36"/>
          <w:szCs w:val="36"/>
          <w:rtl/>
        </w:rPr>
        <w:lastRenderedPageBreak/>
        <w:t>عَنْ عُقْبَةَ بْنِ عَامِرٍ رَضِيَ اللَّهُ عَنْهُ مَرْفُوعًا</w:t>
      </w:r>
      <w:r>
        <w:rPr>
          <w:rFonts w:cs="KFGQPC Uthman Taha Naskh"/>
          <w:b/>
          <w:bCs/>
          <w:color w:val="000000" w:themeColor="text1"/>
          <w:sz w:val="36"/>
          <w:szCs w:val="36"/>
        </w:rPr>
        <w:t xml:space="preserve"> </w:t>
      </w:r>
      <w:r w:rsidRPr="00AC6FD5">
        <w:rPr>
          <w:rFonts w:cs="KFGQPC Uthman Taha Naskh"/>
          <w:b/>
          <w:bCs/>
          <w:color w:val="000000" w:themeColor="text1"/>
          <w:sz w:val="36"/>
          <w:szCs w:val="36"/>
        </w:rPr>
        <w:t>:</w:t>
      </w:r>
      <w:r w:rsidRPr="00AC6FD5">
        <w:rPr>
          <w:rFonts w:ascii="MV Utheemu" w:hAnsi="MV Utheemu" w:cs="MV Utheemu" w:hint="cs"/>
          <w:color w:val="262626" w:themeColor="text1" w:themeTint="D9"/>
          <w:sz w:val="36"/>
          <w:szCs w:val="36"/>
          <w:rtl/>
          <w:lang w:bidi="dv-MV"/>
        </w:rPr>
        <w:t xml:space="preserve"> </w:t>
      </w:r>
      <w:r w:rsidRPr="00410092">
        <w:rPr>
          <w:rFonts w:ascii="MV Utheemu" w:hAnsi="MV Utheemu" w:cs="MV Utheemu" w:hint="cs"/>
          <w:color w:val="262626" w:themeColor="text1" w:themeTint="D9"/>
          <w:sz w:val="36"/>
          <w:szCs w:val="36"/>
          <w:rtl/>
          <w:lang w:bidi="dv-MV"/>
        </w:rPr>
        <w:t>އަދި</w:t>
      </w:r>
      <w:r w:rsidRPr="00410092">
        <w:rPr>
          <w:rFonts w:ascii="MV Utheemu" w:hAnsi="MV Utheemu" w:cs="MV Utheemu"/>
          <w:color w:val="262626" w:themeColor="text1" w:themeTint="D9"/>
          <w:sz w:val="36"/>
          <w:szCs w:val="36"/>
          <w:rtl/>
          <w:lang w:bidi="dv-MV"/>
        </w:rPr>
        <w:t xml:space="preserve"> </w:t>
      </w:r>
      <w:r w:rsidR="004F6304">
        <w:rPr>
          <w:rFonts w:ascii="Arabic Typesetting" w:hAnsi="Arabic Typesetting" w:cs="Arabic Typesetting"/>
          <w:color w:val="262626" w:themeColor="text1" w:themeTint="D9"/>
          <w:sz w:val="36"/>
          <w:szCs w:val="36"/>
        </w:rPr>
        <w:sym w:font="KFGQPC Arabic Symbols 01" w:char="F025"/>
      </w:r>
      <w:r w:rsidRPr="00410092">
        <w:rPr>
          <w:rFonts w:ascii="MV Utheemu" w:hAnsi="MV Utheemu" w:cs="MV Utheemu"/>
          <w:color w:val="262626" w:themeColor="text1" w:themeTint="D9"/>
          <w:sz w:val="36"/>
          <w:szCs w:val="36"/>
          <w:rtl/>
          <w:lang w:bidi="dv-MV"/>
        </w:rPr>
        <w:t xml:space="preserve"> </w:t>
      </w:r>
      <w:r w:rsidRPr="00410092">
        <w:rPr>
          <w:rFonts w:ascii="MV Utheemu" w:hAnsi="MV Utheemu" w:cs="MV Utheemu" w:hint="cs"/>
          <w:color w:val="262626" w:themeColor="text1" w:themeTint="D9"/>
          <w:sz w:val="36"/>
          <w:szCs w:val="36"/>
          <w:rtl/>
          <w:lang w:bidi="dv-MV"/>
        </w:rPr>
        <w:t>ރުއްސަވާވޮޑިގެންނެވި</w:t>
      </w:r>
      <w:r w:rsidRPr="00410092">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އުޤްބާ ބިން ޢާމިރު</w:t>
      </w:r>
      <w:r w:rsidRPr="00410092">
        <w:rPr>
          <w:rFonts w:ascii="MV Utheemu" w:hAnsi="MV Utheemu" w:cs="MV Utheemu" w:hint="cs"/>
          <w:color w:val="262626" w:themeColor="text1" w:themeTint="D9"/>
          <w:sz w:val="36"/>
          <w:szCs w:val="36"/>
          <w:rtl/>
          <w:lang w:bidi="dv-MV"/>
        </w:rPr>
        <w:t>ގެ</w:t>
      </w:r>
      <w:r w:rsidRPr="00410092">
        <w:rPr>
          <w:rFonts w:ascii="MV Utheemu" w:hAnsi="MV Utheemu" w:cs="MV Utheemu"/>
          <w:color w:val="262626" w:themeColor="text1" w:themeTint="D9"/>
          <w:sz w:val="36"/>
          <w:szCs w:val="36"/>
          <w:rtl/>
          <w:lang w:bidi="dv-MV"/>
        </w:rPr>
        <w:t xml:space="preserve"> </w:t>
      </w:r>
      <w:r w:rsidRPr="00410092">
        <w:rPr>
          <w:rFonts w:ascii="MV Utheemu" w:hAnsi="MV Utheemu" w:cs="MV Utheemu" w:hint="cs"/>
          <w:color w:val="262626" w:themeColor="text1" w:themeTint="D9"/>
          <w:sz w:val="36"/>
          <w:szCs w:val="36"/>
          <w:rtl/>
          <w:lang w:bidi="dv-MV"/>
        </w:rPr>
        <w:t>ކިބައިން</w:t>
      </w:r>
      <w:r w:rsidRPr="00410092">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މަރުފޫޢުކޮށް (ނަބިއްޔާ </w:t>
      </w:r>
      <w:r w:rsidR="00781C62">
        <w:rPr>
          <w:rFonts w:ascii="MV Utheemu" w:hAnsi="MV Utheemu" w:cs="MV Utheemu"/>
          <w:color w:val="262626" w:themeColor="text1" w:themeTint="D9"/>
          <w:sz w:val="36"/>
          <w:szCs w:val="36"/>
          <w:lang w:bidi="dv-MV"/>
        </w:rPr>
        <w:t>(</w:t>
      </w:r>
      <w:r w:rsidR="00781C62" w:rsidRPr="00234FE9">
        <w:rPr>
          <w:rFonts w:ascii="Arabic Typesetting" w:hAnsi="Arabic Typesetting" w:cs="Arabic Typesetting"/>
          <w:color w:val="262626" w:themeColor="text1" w:themeTint="D9"/>
          <w:sz w:val="32"/>
          <w:szCs w:val="32"/>
        </w:rPr>
        <w:sym w:font="KFGQPC Arabic Symbols 01" w:char="F048"/>
      </w:r>
      <w:r w:rsidR="00781C62">
        <w:rPr>
          <w:rFonts w:ascii="MV Utheemu" w:hAnsi="MV Utheemu" w:cs="MV Utheemu"/>
          <w:color w:val="262626" w:themeColor="text1" w:themeTint="D9"/>
          <w:sz w:val="36"/>
          <w:szCs w:val="36"/>
          <w:lang w:bidi="dv-MV"/>
        </w:rPr>
        <w:t>)</w:t>
      </w:r>
      <w:r>
        <w:rPr>
          <w:rFonts w:ascii="Arial" w:hAnsi="Arial" w:cs="Arial"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ހަމައަށް އުފުލިގެންވާ ގޮތަށް) </w:t>
      </w:r>
      <w:r w:rsidRPr="00410092">
        <w:rPr>
          <w:rFonts w:ascii="MV Utheemu" w:hAnsi="MV Utheemu" w:cs="MV Utheemu" w:hint="cs"/>
          <w:color w:val="262626" w:themeColor="text1" w:themeTint="D9"/>
          <w:sz w:val="36"/>
          <w:szCs w:val="36"/>
          <w:rtl/>
          <w:lang w:bidi="dv-MV"/>
        </w:rPr>
        <w:t>ރިވާވެގެންވެއެވެ</w:t>
      </w:r>
      <w:r>
        <w:rPr>
          <w:rFonts w:ascii="MV Utheemu" w:hAnsi="MV Utheemu" w:cs="MV Utheemu" w:hint="cs"/>
          <w:color w:val="262626" w:themeColor="text1" w:themeTint="D9"/>
          <w:sz w:val="36"/>
          <w:szCs w:val="36"/>
          <w:rtl/>
          <w:lang w:bidi="dv-MV"/>
        </w:rPr>
        <w:t>. (</w:t>
      </w:r>
      <w:r w:rsidRPr="00147012">
        <w:rPr>
          <w:rFonts w:ascii="MV Utheemu" w:hAnsi="MV Utheemu" w:cs="MV Utheemu" w:hint="cs"/>
          <w:color w:val="262626" w:themeColor="text1" w:themeTint="D9"/>
          <w:sz w:val="36"/>
          <w:szCs w:val="36"/>
          <w:rtl/>
          <w:lang w:bidi="dv-MV"/>
        </w:rPr>
        <w:t>އެކަލޭގެފާނު</w:t>
      </w:r>
      <w:r w:rsidRPr="00147012">
        <w:rPr>
          <w:rFonts w:ascii="MV Utheemu" w:hAnsi="MV Utheemu" w:cs="MV Utheemu"/>
          <w:color w:val="262626" w:themeColor="text1" w:themeTint="D9"/>
          <w:sz w:val="36"/>
          <w:szCs w:val="36"/>
          <w:rtl/>
          <w:lang w:bidi="dv-MV"/>
        </w:rPr>
        <w:t xml:space="preserve"> </w:t>
      </w:r>
      <w:r w:rsidRPr="00147012">
        <w:rPr>
          <w:rFonts w:ascii="MV Utheemu" w:hAnsi="MV Utheemu" w:cs="MV Utheemu" w:hint="cs"/>
          <w:color w:val="262626" w:themeColor="text1" w:themeTint="D9"/>
          <w:sz w:val="36"/>
          <w:szCs w:val="36"/>
          <w:rtl/>
          <w:lang w:bidi="dv-MV"/>
        </w:rPr>
        <w:t>ޙަދީޘްކުރެއްވިއެވެ</w:t>
      </w:r>
      <w:r w:rsidRPr="00147012">
        <w:rPr>
          <w:rFonts w:ascii="MV Utheemu" w:hAnsi="MV Utheemu" w:cs="MV Utheemu"/>
          <w:color w:val="262626" w:themeColor="text1" w:themeTint="D9"/>
          <w:sz w:val="36"/>
          <w:szCs w:val="36"/>
          <w:rtl/>
          <w:lang w:bidi="dv-MV"/>
        </w:rPr>
        <w:t>.</w:t>
      </w:r>
      <w:r>
        <w:rPr>
          <w:rFonts w:ascii="MV Utheemu" w:hAnsi="MV Utheemu" w:cs="MV Utheemu" w:hint="cs"/>
          <w:color w:val="262626" w:themeColor="text1" w:themeTint="D9"/>
          <w:sz w:val="36"/>
          <w:szCs w:val="36"/>
          <w:rtl/>
          <w:lang w:bidi="dv-MV"/>
        </w:rPr>
        <w:t>)</w:t>
      </w:r>
      <w:r>
        <w:rPr>
          <w:rFonts w:cs="MV Boli" w:hint="cs"/>
          <w:b/>
          <w:bCs/>
          <w:color w:val="0F243E" w:themeColor="text2" w:themeShade="80"/>
          <w:sz w:val="36"/>
          <w:szCs w:val="36"/>
          <w:rtl/>
          <w:lang w:bidi="dv-MV"/>
        </w:rPr>
        <w:t xml:space="preserve"> </w:t>
      </w:r>
      <w:r w:rsidRPr="00AC6FD5">
        <w:rPr>
          <w:rFonts w:cs="KFGQPC Uthman Taha Naskh"/>
          <w:b/>
          <w:bCs/>
          <w:color w:val="000000" w:themeColor="text1"/>
          <w:sz w:val="36"/>
          <w:szCs w:val="36"/>
          <w:rtl/>
        </w:rPr>
        <w:t>«مَنْ تَعَلَّقَ تَمِيمَةً فَلَا أَتَمَّ اللَّهُ لَهُ، وَمَنْ تَعَلَّقَ وَدَعَةً فَلَا وَدَعَ اللَّهُ لَهُ</w:t>
      </w:r>
      <w:r w:rsidRPr="00B40DCB">
        <w:rPr>
          <w:rFonts w:cs="KFGQPC Uthman Taha Naskh"/>
          <w:b/>
          <w:bCs/>
          <w:color w:val="000000" w:themeColor="text1"/>
          <w:sz w:val="36"/>
          <w:szCs w:val="36"/>
          <w:rtl/>
        </w:rPr>
        <w:t>.»</w:t>
      </w:r>
      <w:r w:rsidRPr="00463071">
        <w:rPr>
          <w:rFonts w:cs="KFGQPC Uthman Taha Naskh"/>
          <w:color w:val="000000" w:themeColor="text1"/>
          <w:sz w:val="32"/>
          <w:szCs w:val="32"/>
          <w:rtl/>
        </w:rPr>
        <w:t xml:space="preserve"> [</w:t>
      </w:r>
      <w:r w:rsidRPr="00B40DCB">
        <w:rPr>
          <w:rFonts w:cs="KFGQPC Uthman Taha Naskh" w:hint="cs"/>
          <w:b/>
          <w:bCs/>
          <w:color w:val="000000" w:themeColor="text1"/>
          <w:sz w:val="36"/>
          <w:szCs w:val="36"/>
          <w:rtl/>
        </w:rPr>
        <w:t xml:space="preserve"> </w:t>
      </w:r>
      <w:r w:rsidRPr="00B40DCB">
        <w:rPr>
          <w:rFonts w:cs="KFGQPC Uthman Taha Naskh"/>
          <w:b/>
          <w:bCs/>
          <w:color w:val="000000" w:themeColor="text1"/>
          <w:sz w:val="28"/>
          <w:szCs w:val="28"/>
          <w:rtl/>
        </w:rPr>
        <w:t>المسند أحمد</w:t>
      </w:r>
      <w:r w:rsidRPr="00B40DCB">
        <w:rPr>
          <w:rFonts w:cs="KFGQPC Uthman Taha Naskh"/>
          <w:color w:val="000000" w:themeColor="text1"/>
          <w:sz w:val="32"/>
          <w:szCs w:val="32"/>
          <w:rtl/>
        </w:rPr>
        <w:t>]</w:t>
      </w:r>
      <w:r w:rsidRPr="00B40DCB">
        <w:rPr>
          <w:rStyle w:val="EndnoteReference"/>
          <w:rFonts w:cs="KFGQPC Uthman Taha Naskh"/>
          <w:b/>
          <w:bCs/>
          <w:color w:val="000000" w:themeColor="text1"/>
          <w:sz w:val="36"/>
          <w:szCs w:val="36"/>
          <w:rtl/>
        </w:rPr>
        <w:t xml:space="preserve"> </w:t>
      </w:r>
      <w:r w:rsidRPr="00B40DCB">
        <w:rPr>
          <w:rStyle w:val="EndnoteReference"/>
          <w:rFonts w:cs="KFGQPC Uthman Taha Naskh"/>
          <w:b/>
          <w:bCs/>
          <w:color w:val="000000" w:themeColor="text1"/>
          <w:sz w:val="36"/>
          <w:szCs w:val="36"/>
          <w:rtl/>
        </w:rPr>
        <w:endnoteReference w:id="2"/>
      </w:r>
      <w:r>
        <w:rPr>
          <w:rFonts w:cs="MV Boli" w:hint="cs"/>
          <w:b/>
          <w:bCs/>
          <w:color w:val="000000" w:themeColor="text1"/>
          <w:sz w:val="36"/>
          <w:szCs w:val="36"/>
          <w:rtl/>
          <w:lang w:bidi="dv-MV"/>
        </w:rPr>
        <w:t xml:space="preserve"> </w:t>
      </w:r>
      <w:r w:rsidRPr="00EB06E9">
        <w:rPr>
          <w:rFonts w:ascii="MV Utheemu" w:hAnsi="MV Utheemu" w:cs="MV Utheemu" w:hint="cs"/>
          <w:b/>
          <w:bCs/>
          <w:color w:val="262626" w:themeColor="text1" w:themeTint="D9"/>
          <w:sz w:val="36"/>
          <w:szCs w:val="36"/>
          <w:rtl/>
          <w:lang w:bidi="dv-MV"/>
        </w:rPr>
        <w:t>"</w:t>
      </w:r>
      <w:r w:rsidR="00393433">
        <w:rPr>
          <w:rFonts w:ascii="MV Utheemu" w:hAnsi="MV Utheemu" w:cs="MV Utheemu" w:hint="cs"/>
          <w:b/>
          <w:bCs/>
          <w:color w:val="262626" w:themeColor="text1" w:themeTint="D9"/>
          <w:sz w:val="36"/>
          <w:szCs w:val="36"/>
          <w:u w:val="single"/>
          <w:rtl/>
          <w:lang w:bidi="dv-MV"/>
        </w:rPr>
        <w:t>ތަމީމާއެއް</w:t>
      </w:r>
      <w:r w:rsidRPr="00EB06E9">
        <w:rPr>
          <w:rFonts w:ascii="MV Utheemu" w:hAnsi="MV Utheemu" w:cs="MV Utheemu" w:hint="cs"/>
          <w:b/>
          <w:bCs/>
          <w:color w:val="262626" w:themeColor="text1" w:themeTint="D9"/>
          <w:sz w:val="36"/>
          <w:szCs w:val="36"/>
          <w:rtl/>
          <w:lang w:bidi="dv-MV"/>
        </w:rPr>
        <w:t xml:space="preserve"> </w:t>
      </w:r>
      <w:r w:rsidR="00393433">
        <w:rPr>
          <w:rFonts w:ascii="MV Utheemu" w:hAnsi="MV Utheemu" w:cs="MV Utheemu" w:hint="cs"/>
          <w:b/>
          <w:bCs/>
          <w:color w:val="262626" w:themeColor="text1" w:themeTint="D9"/>
          <w:sz w:val="36"/>
          <w:szCs w:val="36"/>
          <w:rtl/>
          <w:lang w:bidi="dv-MV"/>
        </w:rPr>
        <w:t xml:space="preserve">(ތަވީދެއް) </w:t>
      </w:r>
      <w:r w:rsidRPr="00EB06E9">
        <w:rPr>
          <w:rFonts w:ascii="MV Utheemu" w:hAnsi="MV Utheemu" w:cs="MV Utheemu" w:hint="cs"/>
          <w:b/>
          <w:bCs/>
          <w:color w:val="262626" w:themeColor="text1" w:themeTint="D9"/>
          <w:sz w:val="36"/>
          <w:szCs w:val="36"/>
          <w:rtl/>
          <w:lang w:bidi="dv-MV"/>
        </w:rPr>
        <w:t xml:space="preserve">އެލުވައިފި ކޮންމެ މީހާއަށް، އެކަންތައް (އޭނަ އެކަމަކަށްޓަކައި އެޅިކަންތައް) ފުރިހަމަ ނުކުރައްވާށިއެވެ! އަދި މޫދު ބޮއްޔެއް އެލުވައިފި ކޮންމެ މީހަކަށް، </w:t>
      </w:r>
      <w:r w:rsidR="004F6304">
        <w:rPr>
          <w:rFonts w:ascii="Arabic Typesetting" w:hAnsi="Arabic Typesetting" w:cs="Arabic Typesetting"/>
          <w:color w:val="262626" w:themeColor="text1" w:themeTint="D9"/>
          <w:sz w:val="36"/>
          <w:szCs w:val="36"/>
        </w:rPr>
        <w:sym w:font="KFGQPC Arabic Symbols 01" w:char="F025"/>
      </w:r>
      <w:r w:rsidRPr="00EB06E9">
        <w:rPr>
          <w:rFonts w:ascii="MV Utheemu" w:hAnsi="MV Utheemu" w:cs="MV Utheemu" w:hint="cs"/>
          <w:b/>
          <w:bCs/>
          <w:color w:val="262626" w:themeColor="text1" w:themeTint="D9"/>
          <w:sz w:val="36"/>
          <w:szCs w:val="36"/>
          <w:rtl/>
          <w:lang w:bidi="dv-MV"/>
        </w:rPr>
        <w:t xml:space="preserve"> އެކަމުން އޭނާއަށް ހިންހަމަޖެހުމެއް، ރާހަތެއް ނުވަތަ ސަލާމަތްތެރިކަމެއް ނުދެއްވާށިއެވެ!"</w:t>
      </w:r>
      <w:r>
        <w:rPr>
          <w:rFonts w:cs="MV Boli" w:hint="cs"/>
          <w:b/>
          <w:bCs/>
          <w:color w:val="0F243E" w:themeColor="text2" w:themeShade="80"/>
          <w:sz w:val="36"/>
          <w:szCs w:val="36"/>
          <w:rtl/>
          <w:lang w:bidi="dv-MV"/>
        </w:rPr>
        <w:t xml:space="preserve"> </w:t>
      </w:r>
    </w:p>
    <w:p w14:paraId="5712515C" w14:textId="350AA23F" w:rsidR="005D7EDC" w:rsidRDefault="00163CBD" w:rsidP="00CF329E">
      <w:pPr>
        <w:bidi/>
        <w:jc w:val="both"/>
        <w:rPr>
          <w:rFonts w:ascii="MV Utheemu" w:hAnsi="MV Utheemu" w:cs="MV Utheemu"/>
          <w:sz w:val="32"/>
          <w:szCs w:val="32"/>
          <w:lang w:bidi="dv-MV"/>
        </w:rPr>
      </w:pPr>
      <w:r w:rsidRPr="00163CBD">
        <w:rPr>
          <w:rFonts w:ascii="MV Utheemu" w:hAnsi="MV Utheemu" w:cs="MV Utheemu" w:hint="cs"/>
          <w:b/>
          <w:bCs/>
          <w:color w:val="262626" w:themeColor="text1" w:themeTint="D9"/>
          <w:sz w:val="36"/>
          <w:szCs w:val="36"/>
          <w:rtl/>
          <w:lang w:bidi="dv-MV"/>
        </w:rPr>
        <w:t>މިޤަރުނުގެ މުޖައްދިދު</w:t>
      </w:r>
      <w:r>
        <w:rPr>
          <w:rFonts w:ascii="MV Utheemu" w:hAnsi="MV Utheemu" w:cs="MV Utheemu" w:hint="cs"/>
          <w:color w:val="262626" w:themeColor="text1" w:themeTint="D9"/>
          <w:sz w:val="36"/>
          <w:szCs w:val="36"/>
          <w:rtl/>
          <w:lang w:bidi="dv-MV"/>
        </w:rPr>
        <w:t xml:space="preserve"> </w:t>
      </w:r>
      <w:r w:rsidR="00B8367F" w:rsidRPr="0036440E">
        <w:rPr>
          <w:rFonts w:ascii="Arial" w:hAnsi="Arial" w:cs="KFGQPC Uthman Taha Naskh"/>
          <w:b/>
          <w:bCs/>
          <w:color w:val="262626" w:themeColor="text1" w:themeTint="D9"/>
          <w:sz w:val="36"/>
          <w:szCs w:val="36"/>
          <w:rtl/>
        </w:rPr>
        <w:t>سَمَاحَةُ الشَّيْخِ الإِمَامِ عَبْدِ العَزِيزِ بْنِ بَاز</w:t>
      </w:r>
      <w:r w:rsidR="00B8367F" w:rsidRPr="00BC645E">
        <w:rPr>
          <w:rFonts w:ascii="Arial" w:hAnsi="Arial" w:cs="KFGQPC Uthman Taha Naskh"/>
          <w:color w:val="262626" w:themeColor="text1" w:themeTint="D9"/>
          <w:sz w:val="36"/>
          <w:szCs w:val="36"/>
          <w:rtl/>
        </w:rPr>
        <w:t xml:space="preserve"> </w:t>
      </w:r>
      <w:r w:rsidR="00B8367F" w:rsidRPr="005D7EDC">
        <w:rPr>
          <w:rFonts w:ascii="MV Utheemu" w:hAnsi="MV Utheemu" w:cs="MV Utheemu"/>
          <w:color w:val="262626" w:themeColor="text1" w:themeTint="D9"/>
          <w:sz w:val="36"/>
          <w:szCs w:val="36"/>
          <w:rtl/>
        </w:rPr>
        <w:t>(</w:t>
      </w:r>
      <w:r w:rsidR="005D7EDC">
        <w:rPr>
          <w:rFonts w:ascii="MV Utheemu" w:hAnsi="MV Utheemu" w:cs="MV Utheemu" w:hint="cs"/>
          <w:color w:val="262626" w:themeColor="text1" w:themeTint="D9"/>
          <w:sz w:val="36"/>
          <w:szCs w:val="36"/>
          <w:rtl/>
          <w:lang w:bidi="dv-MV"/>
        </w:rPr>
        <w:t>1420-1330</w:t>
      </w:r>
      <w:r w:rsidR="005D7EDC" w:rsidRPr="005D7EDC">
        <w:rPr>
          <w:rFonts w:ascii="MV Utheemu" w:hAnsi="MV Utheemu" w:cs="MV Utheemu"/>
          <w:color w:val="262626" w:themeColor="text1" w:themeTint="D9"/>
          <w:sz w:val="36"/>
          <w:szCs w:val="36"/>
          <w:rtl/>
          <w:lang w:bidi="dv-MV"/>
        </w:rPr>
        <w:t>ހ.</w:t>
      </w:r>
      <w:r w:rsidR="00B8367F" w:rsidRPr="005D7EDC">
        <w:rPr>
          <w:rFonts w:ascii="MV Utheemu" w:hAnsi="MV Utheemu" w:cs="MV Utheemu"/>
          <w:color w:val="262626" w:themeColor="text1" w:themeTint="D9"/>
          <w:sz w:val="36"/>
          <w:szCs w:val="36"/>
          <w:rtl/>
        </w:rPr>
        <w:t>)</w:t>
      </w:r>
      <w:r w:rsidR="00B8367F" w:rsidRPr="00042E4F">
        <w:rPr>
          <w:rFonts w:ascii="Arial" w:hAnsi="Arial" w:cs="Arial" w:hint="cs"/>
          <w:color w:val="262626" w:themeColor="text1" w:themeTint="D9"/>
          <w:sz w:val="36"/>
          <w:szCs w:val="36"/>
          <w:rtl/>
        </w:rPr>
        <w:t xml:space="preserve"> </w:t>
      </w:r>
      <w:r w:rsidR="005D7EDC">
        <w:rPr>
          <w:rFonts w:ascii="Arial" w:hAnsi="Arial" w:cs="Arial"/>
          <w:color w:val="262626" w:themeColor="text1" w:themeTint="D9"/>
          <w:sz w:val="36"/>
          <w:szCs w:val="36"/>
        </w:rPr>
        <w:t xml:space="preserve"> </w:t>
      </w:r>
      <w:r w:rsidR="005D7EDC">
        <w:rPr>
          <w:rFonts w:ascii="Arial" w:hAnsi="Arial" w:cs="Arial" w:hint="cs"/>
          <w:color w:val="262626" w:themeColor="text1" w:themeTint="D9"/>
          <w:sz w:val="36"/>
          <w:szCs w:val="36"/>
        </w:rPr>
        <w:sym w:font="KFGQPC Arabic Symbols 01" w:char="F056"/>
      </w:r>
      <w:r w:rsidR="00304FD7">
        <w:rPr>
          <w:rFonts w:ascii="Arial" w:hAnsi="Arial" w:cs="MV Boli" w:hint="cs"/>
          <w:color w:val="262626" w:themeColor="text1" w:themeTint="D9"/>
          <w:sz w:val="36"/>
          <w:szCs w:val="36"/>
          <w:rtl/>
          <w:lang w:bidi="dv-MV"/>
        </w:rPr>
        <w:t xml:space="preserve"> </w:t>
      </w:r>
      <w:r w:rsidR="00B8367F" w:rsidRPr="005D7EDC">
        <w:rPr>
          <w:rFonts w:ascii="MV Utheemu" w:hAnsi="MV Utheemu" w:cs="MV Utheemu" w:hint="cs"/>
          <w:color w:val="262626" w:themeColor="text1" w:themeTint="D9"/>
          <w:sz w:val="36"/>
          <w:szCs w:val="36"/>
          <w:rtl/>
          <w:lang w:bidi="dv-MV"/>
        </w:rPr>
        <w:t>ވިދާޅުވިއެވެ.</w:t>
      </w:r>
      <w:r w:rsidR="00B8367F">
        <w:rPr>
          <w:rFonts w:ascii="MV Utheemu" w:hAnsi="MV Utheemu" w:cs="MV Utheemu" w:hint="cs"/>
          <w:b/>
          <w:bCs/>
          <w:color w:val="262626" w:themeColor="text1" w:themeTint="D9"/>
          <w:sz w:val="36"/>
          <w:szCs w:val="36"/>
          <w:rtl/>
          <w:lang w:bidi="dv-MV"/>
        </w:rPr>
        <w:t xml:space="preserve"> </w:t>
      </w:r>
      <w:r w:rsidR="00B8367F" w:rsidRPr="00CF329E">
        <w:rPr>
          <w:rFonts w:ascii="MV Utheemu" w:hAnsi="MV Utheemu" w:cs="KFGQPC Uthman Taha Naskh"/>
          <w:b/>
          <w:bCs/>
          <w:color w:val="262626" w:themeColor="text1" w:themeTint="D9"/>
          <w:sz w:val="36"/>
          <w:szCs w:val="36"/>
          <w:rtl/>
        </w:rPr>
        <w:t>التَّمِيمَةُ هِيَ مَا يُعَلَّقُ عَلَى الأَوْلَادِ أَوْ غَيْرِهِمْ مِنَ النَّاسِ لِدَفْعِ العَيْنِ أَوِ الجِنِّ أَوِ المَرَضِ وَنَحْوِ ذَلِكَ، وَيُسَمِّيهَا بَعْضُ النَّاسِ حِرْزًا، وَيُسَمِّيهَا بَعْضُهُمُ الجَامِعَةَ.</w:t>
      </w:r>
      <w:r w:rsidR="00B8367F" w:rsidRPr="009B1B20">
        <w:rPr>
          <w:rStyle w:val="EndnoteReference"/>
          <w:rFonts w:ascii="MV Utheemu" w:hAnsi="MV Utheemu" w:cs="KFGQPC Uthman Taha Naskh"/>
          <w:color w:val="262626" w:themeColor="text1" w:themeTint="D9"/>
          <w:sz w:val="36"/>
          <w:szCs w:val="36"/>
          <w:vertAlign w:val="baseline"/>
          <w:rtl/>
        </w:rPr>
        <w:t xml:space="preserve"> </w:t>
      </w:r>
      <w:r w:rsidR="00B8367F">
        <w:rPr>
          <w:rStyle w:val="EndnoteReference"/>
          <w:rFonts w:ascii="MV Utheemu" w:hAnsi="MV Utheemu"/>
          <w:color w:val="262626" w:themeColor="text1" w:themeTint="D9"/>
          <w:sz w:val="36"/>
          <w:szCs w:val="36"/>
          <w:rtl/>
        </w:rPr>
        <w:endnoteReference w:id="3"/>
      </w:r>
      <w:r w:rsidR="00B8367F">
        <w:rPr>
          <w:rFonts w:ascii="MV Utheemu" w:hAnsi="MV Utheemu" w:cs="Times New Roman" w:hint="cs"/>
          <w:color w:val="262626" w:themeColor="text1" w:themeTint="D9"/>
          <w:sz w:val="36"/>
          <w:szCs w:val="36"/>
          <w:rtl/>
        </w:rPr>
        <w:t xml:space="preserve"> </w:t>
      </w:r>
      <w:r w:rsidR="00B8367F" w:rsidRPr="008444B2">
        <w:rPr>
          <w:rFonts w:ascii="MV Utheemu" w:hAnsi="MV Utheemu" w:cs="MV Utheemu" w:hint="cs"/>
          <w:sz w:val="36"/>
          <w:szCs w:val="36"/>
          <w:rtl/>
          <w:lang w:bidi="dv-MV"/>
        </w:rPr>
        <w:t>"</w:t>
      </w:r>
      <w:r w:rsidR="00B8367F" w:rsidRPr="008444B2">
        <w:rPr>
          <w:rFonts w:ascii="MV Utheemu" w:hAnsi="MV Utheemu" w:cs="MV Utheemu" w:hint="cs"/>
          <w:b/>
          <w:bCs/>
          <w:sz w:val="36"/>
          <w:szCs w:val="36"/>
          <w:rtl/>
          <w:lang w:bidi="dv-MV"/>
        </w:rPr>
        <w:t>ތަމީމާ</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އަކީ</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އެސްފީނާ</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ނުވަތަ</w:t>
      </w:r>
      <w:r w:rsidR="00B8367F" w:rsidRPr="008444B2">
        <w:rPr>
          <w:rFonts w:ascii="MV Utheemu" w:hAnsi="MV Utheemu" w:cs="MV Utheemu"/>
          <w:sz w:val="36"/>
          <w:szCs w:val="36"/>
          <w:rtl/>
          <w:lang w:bidi="dv-MV"/>
        </w:rPr>
        <w:t xml:space="preserve"> </w:t>
      </w:r>
      <w:r w:rsidR="00B8367F" w:rsidRPr="008444B2">
        <w:rPr>
          <w:rFonts w:ascii="MV Utheemu" w:hAnsi="MV Utheemu" w:cs="KFGQPC Uthman Taha Naskh"/>
          <w:bCs/>
          <w:sz w:val="36"/>
          <w:szCs w:val="36"/>
          <w:rtl/>
        </w:rPr>
        <w:t>جن</w:t>
      </w:r>
      <w:r w:rsidR="00B8367F" w:rsidRPr="008444B2">
        <w:rPr>
          <w:rFonts w:ascii="MV Utheemu" w:hAnsi="MV Utheemu" w:cs="KFGQPC Uthman Taha Naskh" w:hint="cs"/>
          <w:sz w:val="36"/>
          <w:szCs w:val="36"/>
          <w:rtl/>
          <w:lang w:bidi="dv-MV"/>
        </w:rPr>
        <w:t xml:space="preserve"> </w:t>
      </w:r>
      <w:r w:rsidR="00B8367F" w:rsidRPr="008444B2">
        <w:rPr>
          <w:rFonts w:ascii="MV Utheemu" w:hAnsi="MV Utheemu" w:cs="MV Utheemu" w:hint="cs"/>
          <w:sz w:val="36"/>
          <w:szCs w:val="36"/>
          <w:rtl/>
          <w:lang w:bidi="dv-MV"/>
        </w:rPr>
        <w:t>ޖިންނީގެ</w:t>
      </w:r>
      <w:r w:rsidR="00B8367F" w:rsidRPr="008444B2">
        <w:rPr>
          <w:rFonts w:ascii="MV Utheemu" w:hAnsi="MV Utheemu" w:cs="MV Utheemu"/>
          <w:sz w:val="36"/>
          <w:szCs w:val="36"/>
          <w:rtl/>
          <w:lang w:bidi="dv-MV"/>
        </w:rPr>
        <w:t xml:space="preserve"> </w:t>
      </w:r>
      <w:r w:rsidR="00B8367F" w:rsidRPr="008444B2">
        <w:rPr>
          <w:rFonts w:ascii="MV Utheemu" w:hAnsi="MV Utheemu" w:cs="MV Utheemu"/>
          <w:sz w:val="36"/>
          <w:szCs w:val="36"/>
          <w:lang w:bidi="dv-MV"/>
        </w:rPr>
        <w:t>)</w:t>
      </w:r>
      <w:r w:rsidR="00B8367F" w:rsidRPr="008444B2">
        <w:rPr>
          <w:rFonts w:ascii="MV Utheemu" w:hAnsi="MV Utheemu" w:cs="MV Utheemu" w:hint="cs"/>
          <w:sz w:val="36"/>
          <w:szCs w:val="36"/>
          <w:rtl/>
          <w:lang w:bidi="dv-MV"/>
        </w:rPr>
        <w:t>އުނދަގޫ</w:t>
      </w:r>
      <w:r w:rsidR="00B8367F" w:rsidRPr="008444B2">
        <w:rPr>
          <w:rFonts w:ascii="MV Utheemu" w:hAnsi="MV Utheemu" w:cs="MV Utheemu"/>
          <w:sz w:val="36"/>
          <w:szCs w:val="36"/>
          <w:lang w:bidi="dv-MV"/>
        </w:rPr>
        <w:t>(</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ނުވަތަ</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ބަލިމަޑުކަން</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ފަދަ</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ކަންކަމުން</w:t>
      </w:r>
      <w:r w:rsidR="00B8367F" w:rsidRPr="008444B2">
        <w:rPr>
          <w:rFonts w:ascii="MV Utheemu" w:hAnsi="MV Utheemu" w:cs="MV Utheemu"/>
          <w:sz w:val="36"/>
          <w:szCs w:val="36"/>
          <w:rtl/>
          <w:lang w:bidi="dv-MV"/>
        </w:rPr>
        <w:t xml:space="preserve"> </w:t>
      </w:r>
      <w:r w:rsidR="005D7EDC" w:rsidRPr="008444B2">
        <w:rPr>
          <w:rFonts w:ascii="MV Utheemu" w:hAnsi="MV Utheemu" w:cs="KFGQPC Uthman Taha Naskh"/>
          <w:b/>
          <w:bCs/>
          <w:sz w:val="36"/>
          <w:szCs w:val="36"/>
          <w:rtl/>
        </w:rPr>
        <w:t>لِدَفْعِ</w:t>
      </w:r>
      <w:r w:rsidR="00B8367F" w:rsidRPr="008444B2">
        <w:rPr>
          <w:rFonts w:ascii="MV Utheemu" w:hAnsi="MV Utheemu" w:cs="KFGQPC Uthman Taha Naskh"/>
          <w:b/>
          <w:bCs/>
          <w:sz w:val="36"/>
          <w:szCs w:val="36"/>
          <w:rtl/>
        </w:rPr>
        <w:t xml:space="preserve"> </w:t>
      </w:r>
      <w:r w:rsidR="00B8367F" w:rsidRPr="008444B2">
        <w:rPr>
          <w:rFonts w:ascii="MV Utheemu" w:hAnsi="MV Utheemu" w:cs="Times New Roman"/>
          <w:sz w:val="36"/>
          <w:szCs w:val="36"/>
          <w:rtl/>
        </w:rPr>
        <w:t>(</w:t>
      </w:r>
      <w:r w:rsidR="00B8367F" w:rsidRPr="008444B2">
        <w:rPr>
          <w:rFonts w:ascii="MV Utheemu" w:hAnsi="MV Utheemu" w:cs="MV Utheemu" w:hint="cs"/>
          <w:sz w:val="36"/>
          <w:szCs w:val="36"/>
          <w:rtl/>
          <w:lang w:bidi="dv-MV"/>
        </w:rPr>
        <w:t>ދިފާޢުވުމަށް</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ނުވަތަ</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ދުރުކުރުމަށް</w:t>
      </w:r>
      <w:r w:rsidR="00B8367F" w:rsidRPr="008444B2">
        <w:rPr>
          <w:rFonts w:ascii="MV Utheemu" w:hAnsi="MV Utheemu" w:cs="MV Utheemu"/>
          <w:sz w:val="36"/>
          <w:szCs w:val="36"/>
          <w:rtl/>
          <w:lang w:bidi="dv-MV"/>
        </w:rPr>
        <w:t>)</w:t>
      </w:r>
      <w:r w:rsidR="00B8367F" w:rsidRPr="008444B2">
        <w:rPr>
          <w:rFonts w:ascii="MV Utheemu" w:hAnsi="MV Utheemu" w:cs="MV Utheemu" w:hint="cs"/>
          <w:sz w:val="36"/>
          <w:szCs w:val="36"/>
          <w:rtl/>
          <w:lang w:bidi="dv-MV"/>
        </w:rPr>
        <w:t>ޓަކައި،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ކުޑަކުދިން</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ނުވަތަ</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އެނޫންވެސް</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މީހުންގެ</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ގައިގައި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އެލުވައި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އުޅޭ</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ތަކެއްޗެވެ</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ބައެއް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މީހުން</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މީގެ</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ތަކެއްޗަށް</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ޙިރުޒު</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ކިޔައި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އުޅޭއިރު،</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އަނެއް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ބަޔ</w:t>
      </w:r>
      <w:r w:rsidR="00B8367F" w:rsidRPr="008444B2">
        <w:rPr>
          <w:rFonts w:ascii="MV Utheemu" w:hAnsi="MV Utheemu" w:cs="MV Utheemu"/>
          <w:sz w:val="36"/>
          <w:szCs w:val="36"/>
          <w:rtl/>
          <w:lang w:bidi="dv-MV"/>
        </w:rPr>
        <w:t>ަ</w:t>
      </w:r>
      <w:r w:rsidR="00B8367F" w:rsidRPr="008444B2">
        <w:rPr>
          <w:rFonts w:ascii="MV Utheemu" w:hAnsi="MV Utheemu" w:cs="MV Utheemu" w:hint="cs"/>
          <w:sz w:val="36"/>
          <w:szCs w:val="36"/>
          <w:rtl/>
          <w:lang w:bidi="dv-MV"/>
        </w:rPr>
        <w:t>ކު</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މީގެ</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ތަކެއްޗަށް</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ޖާމިޢާ</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ވެސް</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ކިޔައި</w:t>
      </w:r>
      <w:r w:rsidR="00B8367F" w:rsidRPr="008444B2">
        <w:rPr>
          <w:rFonts w:ascii="MV Utheemu" w:hAnsi="MV Utheemu" w:cs="MV Utheemu"/>
          <w:sz w:val="36"/>
          <w:szCs w:val="36"/>
          <w:rtl/>
          <w:lang w:bidi="dv-MV"/>
        </w:rPr>
        <w:t xml:space="preserve"> </w:t>
      </w:r>
      <w:r w:rsidR="00B8367F" w:rsidRPr="008444B2">
        <w:rPr>
          <w:rFonts w:ascii="MV Utheemu" w:hAnsi="MV Utheemu" w:cs="MV Utheemu" w:hint="cs"/>
          <w:sz w:val="36"/>
          <w:szCs w:val="36"/>
          <w:rtl/>
          <w:lang w:bidi="dv-MV"/>
        </w:rPr>
        <w:t>އުޅެއެވެ</w:t>
      </w:r>
      <w:r w:rsidR="00B8367F" w:rsidRPr="008444B2">
        <w:rPr>
          <w:rFonts w:ascii="MV Utheemu" w:hAnsi="MV Utheemu" w:cs="MV Utheemu"/>
          <w:sz w:val="36"/>
          <w:szCs w:val="36"/>
          <w:rtl/>
          <w:lang w:bidi="dv-MV"/>
        </w:rPr>
        <w:t>.</w:t>
      </w:r>
      <w:r w:rsidR="00B8367F" w:rsidRPr="008444B2">
        <w:rPr>
          <w:rFonts w:ascii="MV Utheemu" w:hAnsi="MV Utheemu" w:cs="MV Utheemu" w:hint="cs"/>
          <w:sz w:val="36"/>
          <w:szCs w:val="36"/>
          <w:rtl/>
          <w:lang w:bidi="dv-MV"/>
        </w:rPr>
        <w:t>"</w:t>
      </w:r>
    </w:p>
    <w:p w14:paraId="3BA880CA" w14:textId="01C69C1F" w:rsidR="00BF56F7" w:rsidRDefault="0047558B" w:rsidP="00E61111">
      <w:pPr>
        <w:bidi/>
        <w:jc w:val="both"/>
        <w:rPr>
          <w:rFonts w:ascii="MV Utheemu" w:hAnsi="MV Utheemu" w:cs="MV Utheemu"/>
          <w:color w:val="262626" w:themeColor="text1" w:themeTint="D9"/>
          <w:sz w:val="36"/>
          <w:szCs w:val="36"/>
          <w:rtl/>
          <w:lang w:bidi="dv-MV"/>
        </w:rPr>
      </w:pPr>
      <w:r w:rsidRPr="000B249D">
        <w:rPr>
          <w:rFonts w:ascii="MV Utheemu" w:hAnsi="MV Utheemu" w:cs="MV Utheemu" w:hint="cs"/>
          <w:color w:val="262626" w:themeColor="text1" w:themeTint="D9"/>
          <w:sz w:val="36"/>
          <w:szCs w:val="36"/>
          <w:rtl/>
          <w:lang w:bidi="dv-MV"/>
        </w:rPr>
        <w:t xml:space="preserve">ޢާންމުކޮށް </w:t>
      </w:r>
      <w:r w:rsidR="005D7EDC" w:rsidRPr="000B249D">
        <w:rPr>
          <w:rFonts w:ascii="MV Utheemu" w:hAnsi="MV Utheemu" w:cs="MV Utheemu" w:hint="cs"/>
          <w:color w:val="262626" w:themeColor="text1" w:themeTint="D9"/>
          <w:sz w:val="36"/>
          <w:szCs w:val="36"/>
          <w:rtl/>
          <w:lang w:bidi="dv-MV"/>
        </w:rPr>
        <w:t xml:space="preserve">ތަވީދަށް </w:t>
      </w:r>
      <w:r w:rsidR="005D7EDC" w:rsidRPr="005D7EDC">
        <w:rPr>
          <w:rFonts w:ascii="MV Utheemu" w:hAnsi="MV Utheemu" w:cs="MV Utheemu" w:hint="cs"/>
          <w:color w:val="262626" w:themeColor="text1" w:themeTint="D9"/>
          <w:sz w:val="36"/>
          <w:szCs w:val="36"/>
          <w:rtl/>
          <w:lang w:bidi="dv-MV"/>
        </w:rPr>
        <w:t>ޢަރަބ</w:t>
      </w:r>
      <w:r w:rsidR="008444B2">
        <w:rPr>
          <w:rFonts w:ascii="MV Utheemu" w:hAnsi="MV Utheemu" w:cs="MV Utheemu" w:hint="cs"/>
          <w:color w:val="262626" w:themeColor="text1" w:themeTint="D9"/>
          <w:sz w:val="36"/>
          <w:szCs w:val="36"/>
          <w:rtl/>
          <w:lang w:bidi="dv-MV"/>
        </w:rPr>
        <w:t xml:space="preserve">ިން ކިޔާ އުޅުނީ </w:t>
      </w:r>
      <w:r w:rsidRPr="00CF329E">
        <w:rPr>
          <w:rFonts w:ascii="MV Utheemu" w:hAnsi="MV Utheemu" w:cs="KFGQPC Uthman Taha Naskh"/>
          <w:b/>
          <w:bCs/>
          <w:color w:val="262626" w:themeColor="text1" w:themeTint="D9"/>
          <w:sz w:val="36"/>
          <w:szCs w:val="36"/>
          <w:rtl/>
        </w:rPr>
        <w:t>تَمِيمَ</w:t>
      </w:r>
      <w:r w:rsidRPr="00CF329E">
        <w:rPr>
          <w:rFonts w:ascii="MV Utheemu" w:hAnsi="MV Utheemu" w:cs="KFGQPC Uthman Taha Naskh"/>
          <w:bCs/>
          <w:color w:val="262626" w:themeColor="text1" w:themeTint="D9"/>
          <w:sz w:val="36"/>
          <w:szCs w:val="36"/>
          <w:rtl/>
        </w:rPr>
        <w:t>ة</w:t>
      </w:r>
      <w:r w:rsidRPr="00CF329E">
        <w:rPr>
          <w:rFonts w:ascii="MV Utheemu" w:hAnsi="MV Utheemu" w:cs="KFGQPC Uthman Taha Naskh" w:hint="cs"/>
          <w:bCs/>
          <w:color w:val="262626" w:themeColor="text1" w:themeTint="D9"/>
          <w:sz w:val="36"/>
          <w:szCs w:val="36"/>
          <w:rtl/>
          <w:lang w:bidi="dv-MV"/>
        </w:rPr>
        <w:t xml:space="preserve"> </w:t>
      </w:r>
      <w:r w:rsidR="005D7EDC">
        <w:rPr>
          <w:rFonts w:ascii="MV Utheemu" w:hAnsi="MV Utheemu" w:cs="MV Utheemu" w:hint="cs"/>
          <w:color w:val="262626" w:themeColor="text1" w:themeTint="D9"/>
          <w:sz w:val="36"/>
          <w:szCs w:val="36"/>
          <w:rtl/>
          <w:lang w:bidi="dv-MV"/>
        </w:rPr>
        <w:t xml:space="preserve">ނުވަތަ </w:t>
      </w:r>
      <w:r w:rsidRPr="005E58B4">
        <w:rPr>
          <w:rFonts w:ascii="MV Utheemu" w:hAnsi="MV Utheemu" w:cs="MV Utheemu"/>
          <w:color w:val="262626" w:themeColor="text1" w:themeTint="D9"/>
          <w:sz w:val="36"/>
          <w:szCs w:val="36"/>
          <w:rtl/>
          <w:lang w:bidi="dv-MV"/>
        </w:rPr>
        <w:t>ފުރިހަމަކޮށްދޭ އެއްޗެ</w:t>
      </w:r>
      <w:r w:rsidR="005D7EDC">
        <w:rPr>
          <w:rFonts w:ascii="MV Utheemu" w:hAnsi="MV Utheemu" w:cs="MV Utheemu" w:hint="cs"/>
          <w:color w:val="262626" w:themeColor="text1" w:themeTint="D9"/>
          <w:sz w:val="36"/>
          <w:szCs w:val="36"/>
          <w:rtl/>
          <w:lang w:bidi="dv-MV"/>
        </w:rPr>
        <w:t xml:space="preserve">ވެ. </w:t>
      </w:r>
      <w:r w:rsidRPr="000B249D">
        <w:rPr>
          <w:rFonts w:ascii="MV Utheemu" w:hAnsi="MV Utheemu" w:cs="MV Utheemu"/>
          <w:color w:val="262626" w:themeColor="text1" w:themeTint="D9"/>
          <w:sz w:val="36"/>
          <w:szCs w:val="36"/>
          <w:rtl/>
          <w:lang w:bidi="dv-MV"/>
        </w:rPr>
        <w:t>މި ބަސް ނެގިފައިވަނީ</w:t>
      </w:r>
      <w:r w:rsidRPr="000B249D">
        <w:rPr>
          <w:rFonts w:ascii="MV Utheemu" w:hAnsi="MV Utheemu" w:cs="MV Utheemu"/>
          <w:color w:val="262626" w:themeColor="text1" w:themeTint="D9"/>
          <w:sz w:val="36"/>
          <w:szCs w:val="36"/>
          <w:rtl/>
        </w:rPr>
        <w:t> </w:t>
      </w:r>
      <w:r w:rsidRPr="008444B2">
        <w:rPr>
          <w:rFonts w:ascii="Arial" w:hAnsi="Arial" w:cs="KFGQPC Uthman Taha Naskh" w:hint="cs"/>
          <w:b/>
          <w:bCs/>
          <w:color w:val="262626" w:themeColor="text1" w:themeTint="D9"/>
          <w:sz w:val="36"/>
          <w:szCs w:val="36"/>
          <w:rtl/>
        </w:rPr>
        <w:t>تَمَّ</w:t>
      </w:r>
      <w:r w:rsidR="00E61111">
        <w:rPr>
          <w:rFonts w:ascii="MV Utheemu" w:hAnsi="MV Utheemu" w:cs="KFGQPC Uthman Taha Naskh" w:hint="cs"/>
          <w:color w:val="262626" w:themeColor="text1" w:themeTint="D9"/>
          <w:sz w:val="36"/>
          <w:szCs w:val="36"/>
          <w:rtl/>
          <w:lang w:bidi="dv-MV"/>
        </w:rPr>
        <w:t xml:space="preserve"> </w:t>
      </w:r>
      <w:r w:rsidR="005D7EDC">
        <w:rPr>
          <w:rFonts w:ascii="MV Utheemu" w:hAnsi="MV Utheemu" w:cs="MV Utheemu" w:hint="cs"/>
          <w:color w:val="262626" w:themeColor="text1" w:themeTint="D9"/>
          <w:sz w:val="36"/>
          <w:szCs w:val="36"/>
          <w:rtl/>
          <w:lang w:bidi="dv-MV"/>
        </w:rPr>
        <w:t>(</w:t>
      </w:r>
      <w:r w:rsidRPr="000B249D">
        <w:rPr>
          <w:rFonts w:ascii="MV Utheemu" w:hAnsi="MV Utheemu" w:cs="MV Utheemu"/>
          <w:color w:val="262626" w:themeColor="text1" w:themeTint="D9"/>
          <w:sz w:val="36"/>
          <w:szCs w:val="36"/>
          <w:rtl/>
          <w:lang w:bidi="dv-MV"/>
        </w:rPr>
        <w:t>ފުރިހަމަވުން</w:t>
      </w:r>
      <w:r w:rsidR="002203A5">
        <w:rPr>
          <w:rFonts w:ascii="MV Utheemu" w:hAnsi="MV Utheemu" w:cs="MV Utheemu" w:hint="cs"/>
          <w:color w:val="262626" w:themeColor="text1" w:themeTint="D9"/>
          <w:sz w:val="36"/>
          <w:szCs w:val="36"/>
          <w:rtl/>
          <w:lang w:bidi="dv-MV"/>
        </w:rPr>
        <w:t xml:space="preserve"> </w:t>
      </w:r>
      <w:r w:rsidR="00E61111">
        <w:rPr>
          <w:rFonts w:ascii="MV Utheemu" w:hAnsi="MV Utheemu" w:cs="MV Utheemu" w:hint="cs"/>
          <w:color w:val="262626" w:themeColor="text1" w:themeTint="D9"/>
          <w:sz w:val="36"/>
          <w:szCs w:val="36"/>
          <w:rtl/>
          <w:lang w:bidi="dv-MV"/>
        </w:rPr>
        <w:t>/</w:t>
      </w:r>
      <w:r w:rsidR="002203A5">
        <w:rPr>
          <w:rFonts w:ascii="MV Utheemu" w:hAnsi="MV Utheemu" w:cs="MV Utheemu" w:hint="cs"/>
          <w:color w:val="262626" w:themeColor="text1" w:themeTint="D9"/>
          <w:sz w:val="36"/>
          <w:szCs w:val="36"/>
          <w:rtl/>
          <w:lang w:bidi="dv-MV"/>
        </w:rPr>
        <w:t xml:space="preserve"> </w:t>
      </w:r>
      <w:r w:rsidR="00E61111">
        <w:rPr>
          <w:rFonts w:ascii="MV Utheemu" w:hAnsi="MV Utheemu" w:cs="MV Utheemu" w:hint="cs"/>
          <w:color w:val="262626" w:themeColor="text1" w:themeTint="D9"/>
          <w:sz w:val="36"/>
          <w:szCs w:val="36"/>
          <w:rtl/>
          <w:lang w:bidi="dv-MV"/>
        </w:rPr>
        <w:t>ނިމުން</w:t>
      </w:r>
      <w:r w:rsidRPr="000B249D">
        <w:rPr>
          <w:rFonts w:ascii="MV Utheemu" w:hAnsi="MV Utheemu" w:cs="MV Utheemu"/>
          <w:color w:val="262626" w:themeColor="text1" w:themeTint="D9"/>
          <w:sz w:val="36"/>
          <w:szCs w:val="36"/>
          <w:lang w:bidi="dv-MV"/>
        </w:rPr>
        <w:t> </w:t>
      </w:r>
      <w:r w:rsidR="005D7EDC">
        <w:rPr>
          <w:rFonts w:ascii="MV Utheemu" w:hAnsi="MV Utheemu" w:cs="MV Utheemu" w:hint="cs"/>
          <w:color w:val="262626" w:themeColor="text1" w:themeTint="D9"/>
          <w:sz w:val="36"/>
          <w:szCs w:val="36"/>
          <w:rtl/>
          <w:lang w:bidi="dv-MV"/>
        </w:rPr>
        <w:t>)</w:t>
      </w:r>
      <w:r w:rsidR="002203A5">
        <w:rPr>
          <w:rFonts w:ascii="MV Utheemu" w:hAnsi="MV Utheemu" w:cs="MV Utheemu" w:hint="cs"/>
          <w:color w:val="262626" w:themeColor="text1" w:themeTint="D9"/>
          <w:sz w:val="36"/>
          <w:szCs w:val="36"/>
          <w:rtl/>
          <w:lang w:bidi="dv-MV"/>
        </w:rPr>
        <w:t xml:space="preserve"> </w:t>
      </w:r>
      <w:r w:rsidRPr="000B249D">
        <w:rPr>
          <w:rFonts w:ascii="MV Utheemu" w:hAnsi="MV Utheemu" w:cs="MV Utheemu"/>
          <w:color w:val="262626" w:themeColor="text1" w:themeTint="D9"/>
          <w:sz w:val="36"/>
          <w:szCs w:val="36"/>
          <w:rtl/>
          <w:lang w:bidi="dv-MV"/>
        </w:rPr>
        <w:t>ނުވަތަ</w:t>
      </w:r>
      <w:r w:rsidRPr="000B249D">
        <w:rPr>
          <w:rFonts w:ascii="MV Utheemu" w:hAnsi="MV Utheemu" w:cs="MV Utheemu"/>
          <w:color w:val="262626" w:themeColor="text1" w:themeTint="D9"/>
          <w:sz w:val="36"/>
          <w:szCs w:val="36"/>
          <w:rtl/>
        </w:rPr>
        <w:t> </w:t>
      </w:r>
      <w:r w:rsidRPr="00CF329E">
        <w:rPr>
          <w:rFonts w:ascii="Arial" w:hAnsi="Arial" w:cs="KFGQPC Uthman Taha Naskh" w:hint="cs"/>
          <w:bCs/>
          <w:color w:val="262626" w:themeColor="text1" w:themeTint="D9"/>
          <w:sz w:val="36"/>
          <w:szCs w:val="36"/>
          <w:rtl/>
        </w:rPr>
        <w:t>تَمَام</w:t>
      </w:r>
      <w:r w:rsidR="005D7EDC" w:rsidRPr="00CF329E">
        <w:rPr>
          <w:rFonts w:ascii="MV Utheemu" w:hAnsi="MV Utheemu" w:cs="KFGQPC Uthman Taha Naskh" w:hint="cs"/>
          <w:bCs/>
          <w:color w:val="262626" w:themeColor="text1" w:themeTint="D9"/>
          <w:sz w:val="36"/>
          <w:szCs w:val="36"/>
          <w:rtl/>
          <w:lang w:bidi="dv-MV"/>
        </w:rPr>
        <w:t xml:space="preserve"> </w:t>
      </w:r>
      <w:r w:rsidR="005D7EDC">
        <w:rPr>
          <w:rFonts w:ascii="MV Utheemu" w:hAnsi="MV Utheemu" w:cs="MV Utheemu" w:hint="cs"/>
          <w:color w:val="262626" w:themeColor="text1" w:themeTint="D9"/>
          <w:sz w:val="36"/>
          <w:szCs w:val="36"/>
          <w:rtl/>
          <w:lang w:bidi="dv-MV"/>
        </w:rPr>
        <w:t>(</w:t>
      </w:r>
      <w:r w:rsidR="00E61111" w:rsidRPr="00E61111">
        <w:rPr>
          <w:rFonts w:ascii="MV Utheemu" w:hAnsi="MV Utheemu" w:cs="MV Utheemu"/>
          <w:color w:val="262626" w:themeColor="text1" w:themeTint="D9"/>
          <w:sz w:val="36"/>
          <w:szCs w:val="36"/>
          <w:rtl/>
          <w:lang w:bidi="dv-MV"/>
        </w:rPr>
        <w:t>ފުރިހަމަކަން</w:t>
      </w:r>
      <w:r w:rsidR="002203A5">
        <w:rPr>
          <w:rFonts w:ascii="MV Utheemu" w:hAnsi="MV Utheemu" w:cs="MV Utheemu" w:hint="cs"/>
          <w:color w:val="262626" w:themeColor="text1" w:themeTint="D9"/>
          <w:sz w:val="36"/>
          <w:szCs w:val="36"/>
          <w:rtl/>
          <w:lang w:bidi="dv-MV"/>
        </w:rPr>
        <w:t xml:space="preserve"> </w:t>
      </w:r>
      <w:r w:rsidR="00E61111" w:rsidRPr="00E61111">
        <w:rPr>
          <w:rFonts w:ascii="MV Utheemu" w:hAnsi="MV Utheemu" w:cs="MV Utheemu"/>
          <w:color w:val="262626" w:themeColor="text1" w:themeTint="D9"/>
          <w:sz w:val="36"/>
          <w:szCs w:val="36"/>
          <w:rtl/>
          <w:lang w:bidi="dv-MV"/>
        </w:rPr>
        <w:t>/</w:t>
      </w:r>
      <w:r w:rsidR="002203A5">
        <w:rPr>
          <w:rFonts w:ascii="MV Utheemu" w:hAnsi="MV Utheemu" w:cs="MV Utheemu" w:hint="cs"/>
          <w:color w:val="262626" w:themeColor="text1" w:themeTint="D9"/>
          <w:sz w:val="36"/>
          <w:szCs w:val="36"/>
          <w:rtl/>
          <w:lang w:bidi="dv-MV"/>
        </w:rPr>
        <w:t xml:space="preserve"> </w:t>
      </w:r>
      <w:r w:rsidR="00E61111" w:rsidRPr="00E61111">
        <w:rPr>
          <w:rFonts w:ascii="MV Utheemu" w:hAnsi="MV Utheemu" w:cs="MV Utheemu"/>
          <w:color w:val="262626" w:themeColor="text1" w:themeTint="D9"/>
          <w:sz w:val="36"/>
          <w:szCs w:val="36"/>
          <w:rtl/>
          <w:lang w:bidi="dv-MV"/>
        </w:rPr>
        <w:t>ނިމިފައިވާކަން</w:t>
      </w:r>
      <w:r w:rsidR="005D7EDC">
        <w:rPr>
          <w:rFonts w:ascii="MV Utheemu" w:hAnsi="MV Utheemu" w:cs="MV Utheemu" w:hint="cs"/>
          <w:color w:val="262626" w:themeColor="text1" w:themeTint="D9"/>
          <w:sz w:val="36"/>
          <w:szCs w:val="36"/>
          <w:rtl/>
          <w:lang w:bidi="dv-MV"/>
        </w:rPr>
        <w:t>)</w:t>
      </w:r>
      <w:r w:rsidR="002203A5">
        <w:rPr>
          <w:rFonts w:ascii="MV Utheemu" w:hAnsi="MV Utheemu" w:cs="MV Utheemu" w:hint="cs"/>
          <w:color w:val="262626" w:themeColor="text1" w:themeTint="D9"/>
          <w:sz w:val="36"/>
          <w:szCs w:val="36"/>
          <w:rtl/>
          <w:lang w:bidi="dv-MV"/>
        </w:rPr>
        <w:t xml:space="preserve"> </w:t>
      </w:r>
      <w:r w:rsidRPr="000B249D">
        <w:rPr>
          <w:rFonts w:ascii="MV Utheemu" w:hAnsi="MV Utheemu" w:cs="MV Utheemu"/>
          <w:color w:val="262626" w:themeColor="text1" w:themeTint="D9"/>
          <w:sz w:val="36"/>
          <w:szCs w:val="36"/>
          <w:rtl/>
          <w:lang w:bidi="dv-MV"/>
        </w:rPr>
        <w:t xml:space="preserve">މި </w:t>
      </w:r>
      <w:r>
        <w:rPr>
          <w:rFonts w:ascii="MV Utheemu" w:hAnsi="MV Utheemu" w:cs="MV Utheemu" w:hint="cs"/>
          <w:color w:val="262626" w:themeColor="text1" w:themeTint="D9"/>
          <w:sz w:val="36"/>
          <w:szCs w:val="36"/>
          <w:rtl/>
          <w:lang w:bidi="dv-MV"/>
        </w:rPr>
        <w:t xml:space="preserve">މަޞްދަރުތަކުންނެވެ. </w:t>
      </w:r>
      <w:r w:rsidRPr="000B249D">
        <w:rPr>
          <w:rFonts w:ascii="MV Utheemu" w:hAnsi="MV Utheemu" w:cs="MV Utheemu" w:hint="cs"/>
          <w:color w:val="262626" w:themeColor="text1" w:themeTint="D9"/>
          <w:sz w:val="36"/>
          <w:szCs w:val="36"/>
          <w:rtl/>
          <w:lang w:bidi="dv-MV"/>
        </w:rPr>
        <w:t>ޖާހިލިއްޔަ</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ޒަމާނުގެ</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މީހުން</w:t>
      </w:r>
      <w:r w:rsidRPr="000B249D">
        <w:rPr>
          <w:rFonts w:ascii="MV Utheemu" w:hAnsi="MV Utheemu" w:cs="MV Utheemu"/>
          <w:color w:val="262626" w:themeColor="text1" w:themeTint="D9"/>
          <w:sz w:val="36"/>
          <w:szCs w:val="36"/>
          <w:rtl/>
          <w:lang w:bidi="dv-MV"/>
        </w:rPr>
        <w:t xml:space="preserve"> </w:t>
      </w:r>
      <w:r w:rsidR="005D7EDC" w:rsidRPr="005D7EDC">
        <w:rPr>
          <w:rFonts w:ascii="MV Utheemu" w:hAnsi="MV Utheemu" w:cs="MV Utheemu"/>
          <w:color w:val="262626" w:themeColor="text1" w:themeTint="D9"/>
          <w:sz w:val="36"/>
          <w:szCs w:val="36"/>
          <w:rtl/>
          <w:lang w:bidi="dv-MV"/>
        </w:rPr>
        <w:t>އިޢުތިޤާދުކުރި ގޮތުގައި،</w:t>
      </w:r>
      <w:r w:rsidR="005D7EDC">
        <w:rPr>
          <w:rFonts w:ascii="MV Utheemu" w:hAnsi="MV Utheemu" w:cs="MV Utheemu" w:hint="cs"/>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ތަވީދެއް</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އެޅުމުން</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އެމީހުން</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ބޭނުންވާ</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ކަންތައް</w:t>
      </w:r>
      <w:r w:rsidR="005D7EDC">
        <w:rPr>
          <w:rFonts w:ascii="MV Utheemu" w:hAnsi="MV Utheemu" w:cs="MV Utheemu" w:hint="cs"/>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މިސާލަކަށް</w:t>
      </w:r>
      <w:r w:rsidR="005D7EDC">
        <w:rPr>
          <w:rFonts w:ascii="MV Utheemu" w:hAnsi="MV Utheemu" w:cs="MV Utheemu" w:hint="cs"/>
          <w:color w:val="262626" w:themeColor="text1" w:themeTint="D9"/>
          <w:sz w:val="36"/>
          <w:szCs w:val="36"/>
          <w:rtl/>
          <w:lang w:bidi="dv-MV"/>
        </w:rPr>
        <w:t>:</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ބަލިން</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ފަސޭހަވުން</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ނުވަތަ</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ރައްކާތެރިކަން</w:t>
      </w:r>
      <w:r w:rsidR="005D7EDC">
        <w:rPr>
          <w:rFonts w:ascii="MV Utheemu" w:hAnsi="MV Utheemu" w:cs="MV Utheemu" w:hint="cs"/>
          <w:color w:val="262626" w:themeColor="text1" w:themeTint="D9"/>
          <w:sz w:val="36"/>
          <w:szCs w:val="36"/>
          <w:rtl/>
          <w:lang w:bidi="dv-MV"/>
        </w:rPr>
        <w:t>)</w:t>
      </w:r>
      <w:r w:rsidRPr="000B249D">
        <w:rPr>
          <w:rFonts w:ascii="MV Utheemu" w:hAnsi="MV Utheemu" w:cs="MV Utheemu"/>
          <w:color w:val="262626" w:themeColor="text1" w:themeTint="D9"/>
          <w:sz w:val="36"/>
          <w:szCs w:val="36"/>
          <w:rtl/>
          <w:lang w:bidi="dv-MV"/>
        </w:rPr>
        <w:t xml:space="preserve"> </w:t>
      </w:r>
      <w:r w:rsidRPr="000B249D">
        <w:rPr>
          <w:rFonts w:ascii="MV Utheemu" w:hAnsi="MV Utheemu" w:cs="MV Utheemu" w:hint="cs"/>
          <w:color w:val="262626" w:themeColor="text1" w:themeTint="D9"/>
          <w:sz w:val="36"/>
          <w:szCs w:val="36"/>
          <w:rtl/>
          <w:lang w:bidi="dv-MV"/>
        </w:rPr>
        <w:t>ފުރިހަ</w:t>
      </w:r>
      <w:r w:rsidR="00E61111">
        <w:rPr>
          <w:rFonts w:ascii="MV Utheemu" w:hAnsi="MV Utheemu" w:cs="MV Utheemu" w:hint="cs"/>
          <w:color w:val="262626" w:themeColor="text1" w:themeTint="D9"/>
          <w:sz w:val="36"/>
          <w:szCs w:val="36"/>
          <w:rtl/>
          <w:lang w:bidi="dv-MV"/>
        </w:rPr>
        <w:t xml:space="preserve">ކޮށްދެއެވެ. </w:t>
      </w:r>
      <w:r>
        <w:rPr>
          <w:rFonts w:ascii="MV Utheemu" w:hAnsi="MV Utheemu" w:cs="MV Utheemu" w:hint="cs"/>
          <w:color w:val="262626" w:themeColor="text1" w:themeTint="D9"/>
          <w:sz w:val="36"/>
          <w:szCs w:val="36"/>
          <w:rtl/>
          <w:lang w:bidi="dv-MV"/>
        </w:rPr>
        <w:t xml:space="preserve">ނުވަތަ </w:t>
      </w:r>
      <w:r w:rsidR="005D7EDC">
        <w:rPr>
          <w:rFonts w:ascii="MV Utheemu" w:hAnsi="MV Utheemu" w:cs="MV Utheemu" w:hint="cs"/>
          <w:color w:val="262626" w:themeColor="text1" w:themeTint="D9"/>
          <w:sz w:val="36"/>
          <w:szCs w:val="36"/>
          <w:rtl/>
          <w:lang w:bidi="dv-MV"/>
        </w:rPr>
        <w:t>އެ އުދަގުލުގެ</w:t>
      </w:r>
      <w:r w:rsidRPr="000B249D">
        <w:rPr>
          <w:rFonts w:ascii="MV Utheemu" w:hAnsi="MV Utheemu" w:cs="MV Utheemu"/>
          <w:color w:val="262626" w:themeColor="text1" w:themeTint="D9"/>
          <w:sz w:val="36"/>
          <w:szCs w:val="36"/>
          <w:rtl/>
          <w:lang w:bidi="dv-MV"/>
        </w:rPr>
        <w:t xml:space="preserve"> ނިމުން </w:t>
      </w:r>
      <w:r>
        <w:rPr>
          <w:rFonts w:ascii="MV Utheemu" w:hAnsi="MV Utheemu" w:cs="MV Utheemu" w:hint="cs"/>
          <w:color w:val="262626" w:themeColor="text1" w:themeTint="D9"/>
          <w:sz w:val="36"/>
          <w:szCs w:val="36"/>
          <w:rtl/>
          <w:lang w:bidi="dv-MV"/>
        </w:rPr>
        <w:t xml:space="preserve">އެމީހުންނަށް </w:t>
      </w:r>
      <w:r w:rsidRPr="000B249D">
        <w:rPr>
          <w:rFonts w:ascii="MV Utheemu" w:hAnsi="MV Utheemu" w:cs="MV Utheemu"/>
          <w:color w:val="262626" w:themeColor="text1" w:themeTint="D9"/>
          <w:sz w:val="36"/>
          <w:szCs w:val="36"/>
          <w:rtl/>
          <w:lang w:bidi="dv-MV"/>
        </w:rPr>
        <w:t>ލިބިގެންދެއެވެ</w:t>
      </w:r>
      <w:r w:rsidRPr="000B249D">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005D7EDC" w:rsidRPr="005D7EDC">
        <w:rPr>
          <w:rFonts w:ascii="MV Utheemu" w:hAnsi="MV Utheemu" w:cs="MV Utheemu"/>
          <w:color w:val="262626" w:themeColor="text1" w:themeTint="D9"/>
          <w:sz w:val="36"/>
          <w:szCs w:val="36"/>
          <w:rtl/>
          <w:lang w:bidi="dv-MV"/>
        </w:rPr>
        <w:t xml:space="preserve">އެހެންކަމުން، އެއަށް </w:t>
      </w:r>
      <w:r w:rsidR="005D7EDC" w:rsidRPr="002203A5">
        <w:rPr>
          <w:rFonts w:ascii="MV Utheemu" w:hAnsi="MV Utheemu" w:cs="MV Utheemu"/>
          <w:b/>
          <w:bCs/>
          <w:color w:val="262626" w:themeColor="text1" w:themeTint="D9"/>
          <w:sz w:val="36"/>
          <w:szCs w:val="36"/>
          <w:rtl/>
          <w:lang w:bidi="dv-MV"/>
        </w:rPr>
        <w:t>"ތަމީމާ"</w:t>
      </w:r>
      <w:r w:rsidR="005D7EDC" w:rsidRPr="005D7EDC">
        <w:rPr>
          <w:rFonts w:ascii="MV Utheemu" w:hAnsi="MV Utheemu" w:cs="MV Utheemu"/>
          <w:color w:val="262626" w:themeColor="text1" w:themeTint="D9"/>
          <w:sz w:val="36"/>
          <w:szCs w:val="36"/>
          <w:rtl/>
          <w:lang w:bidi="dv-MV"/>
        </w:rPr>
        <w:t xml:space="preserve"> </w:t>
      </w:r>
      <w:r w:rsidR="005D7EDC" w:rsidRPr="002203A5">
        <w:rPr>
          <w:rFonts w:ascii="MV Utheemu" w:hAnsi="MV Utheemu" w:cs="MV Utheemu"/>
          <w:b/>
          <w:bCs/>
          <w:color w:val="262626" w:themeColor="text1" w:themeTint="D9"/>
          <w:sz w:val="36"/>
          <w:szCs w:val="36"/>
          <w:rtl/>
          <w:lang w:bidi="dv-MV"/>
        </w:rPr>
        <w:lastRenderedPageBreak/>
        <w:t>(ފުރިހަމަކޮށްދޭ</w:t>
      </w:r>
      <w:r w:rsidR="005D7EDC" w:rsidRPr="002203A5">
        <w:rPr>
          <w:rFonts w:ascii="MV Utheemu" w:hAnsi="MV Utheemu" w:cs="MV Utheemu" w:hint="cs"/>
          <w:b/>
          <w:bCs/>
          <w:color w:val="262626" w:themeColor="text1" w:themeTint="D9"/>
          <w:sz w:val="36"/>
          <w:szCs w:val="36"/>
          <w:rtl/>
          <w:lang w:bidi="dv-MV"/>
        </w:rPr>
        <w:t>، ނިންމައިދޭ</w:t>
      </w:r>
      <w:r w:rsidR="005D7EDC" w:rsidRPr="002203A5">
        <w:rPr>
          <w:rFonts w:ascii="MV Utheemu" w:hAnsi="MV Utheemu" w:cs="MV Utheemu"/>
          <w:b/>
          <w:bCs/>
          <w:color w:val="262626" w:themeColor="text1" w:themeTint="D9"/>
          <w:sz w:val="36"/>
          <w:szCs w:val="36"/>
          <w:rtl/>
          <w:lang w:bidi="dv-MV"/>
        </w:rPr>
        <w:t xml:space="preserve"> އެއްޗެއް)</w:t>
      </w:r>
      <w:r w:rsidR="005D7EDC" w:rsidRPr="005D7EDC">
        <w:rPr>
          <w:rFonts w:ascii="MV Utheemu" w:hAnsi="MV Utheemu" w:cs="MV Utheemu"/>
          <w:color w:val="262626" w:themeColor="text1" w:themeTint="D9"/>
          <w:sz w:val="36"/>
          <w:szCs w:val="36"/>
          <w:rtl/>
          <w:lang w:bidi="dv-MV"/>
        </w:rPr>
        <w:t xml:space="preserve"> މި ނަމުން ނަންދެވުނީއެވެ</w:t>
      </w:r>
      <w:r w:rsidR="005D7EDC" w:rsidRPr="005D7EDC">
        <w:rPr>
          <w:rFonts w:ascii="MV Utheemu" w:hAnsi="MV Utheemu" w:cs="MV Utheemu"/>
          <w:color w:val="262626" w:themeColor="text1" w:themeTint="D9"/>
          <w:sz w:val="36"/>
          <w:szCs w:val="36"/>
          <w:lang w:bidi="dv-MV"/>
        </w:rPr>
        <w:t>.</w:t>
      </w:r>
      <w:r w:rsidR="0096650A">
        <w:rPr>
          <w:rFonts w:ascii="MV Utheemu" w:hAnsi="MV Utheemu" w:cs="MV Utheemu" w:hint="cs"/>
          <w:color w:val="262626" w:themeColor="text1" w:themeTint="D9"/>
          <w:sz w:val="36"/>
          <w:szCs w:val="36"/>
          <w:rtl/>
          <w:lang w:bidi="dv-MV"/>
        </w:rPr>
        <w:t xml:space="preserve"> ހަމައެފަދައިން، އަޅުގަނޑުމެން</w:t>
      </w:r>
      <w:r w:rsidR="00BF56F7">
        <w:rPr>
          <w:rFonts w:ascii="MV Utheemu" w:hAnsi="MV Utheemu" w:cs="MV Utheemu" w:hint="cs"/>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ދިވެހިން</w:t>
      </w:r>
      <w:r w:rsidR="0096650A">
        <w:rPr>
          <w:rFonts w:ascii="MV Utheemu" w:hAnsi="MV Utheemu" w:cs="MV Utheemu" w:hint="cs"/>
          <w:color w:val="262626" w:themeColor="text1" w:themeTint="D9"/>
          <w:sz w:val="36"/>
          <w:szCs w:val="36"/>
          <w:rtl/>
          <w:lang w:bidi="dv-MV"/>
        </w:rPr>
        <w:t xml:space="preserve"> ވެސް</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ތަވީދަށް</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ތަވީދު</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ކިޔާ</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ސަބަބަކީ</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އެމީހުންގެ</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ބޭނުންތައް</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ފުދައިދޭ</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އެއްޗެއް</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ކަމުގައި</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ދެކޭ</w:t>
      </w:r>
      <w:r w:rsidR="0096650A" w:rsidRPr="0096650A">
        <w:rPr>
          <w:rFonts w:ascii="MV Utheemu" w:hAnsi="MV Utheemu" w:cs="MV Utheemu"/>
          <w:color w:val="262626" w:themeColor="text1" w:themeTint="D9"/>
          <w:sz w:val="36"/>
          <w:szCs w:val="36"/>
          <w:rtl/>
          <w:lang w:bidi="dv-MV"/>
        </w:rPr>
        <w:t xml:space="preserve"> </w:t>
      </w:r>
      <w:r w:rsidR="0096650A" w:rsidRPr="0096650A">
        <w:rPr>
          <w:rFonts w:ascii="MV Utheemu" w:hAnsi="MV Utheemu" w:cs="MV Utheemu" w:hint="cs"/>
          <w:color w:val="262626" w:themeColor="text1" w:themeTint="D9"/>
          <w:sz w:val="36"/>
          <w:szCs w:val="36"/>
          <w:rtl/>
          <w:lang w:bidi="dv-MV"/>
        </w:rPr>
        <w:t>ދެކުމެވެ</w:t>
      </w:r>
      <w:r w:rsidR="0096650A" w:rsidRPr="0096650A">
        <w:rPr>
          <w:rFonts w:ascii="MV Utheemu" w:hAnsi="MV Utheemu" w:cs="MV Utheemu"/>
          <w:color w:val="262626" w:themeColor="text1" w:themeTint="D9"/>
          <w:sz w:val="36"/>
          <w:szCs w:val="36"/>
          <w:rtl/>
          <w:lang w:bidi="dv-MV"/>
        </w:rPr>
        <w:t>.</w:t>
      </w:r>
    </w:p>
    <w:p w14:paraId="3317C79D" w14:textId="10FDAD1F" w:rsidR="003D12CA" w:rsidRDefault="00BF56F7" w:rsidP="00CF329E">
      <w:pPr>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މި ބަހާއި ގުޅުންހުރ</w:t>
      </w:r>
      <w:r w:rsidR="00E61111">
        <w:rPr>
          <w:rFonts w:ascii="MV Utheemu" w:hAnsi="MV Utheemu" w:cs="MV Utheemu" w:hint="cs"/>
          <w:color w:val="262626" w:themeColor="text1" w:themeTint="D9"/>
          <w:sz w:val="36"/>
          <w:szCs w:val="36"/>
          <w:rtl/>
          <w:lang w:bidi="dv-MV"/>
        </w:rPr>
        <w:t>ި އެހެން</w:t>
      </w:r>
      <w:r>
        <w:rPr>
          <w:rFonts w:ascii="MV Utheemu" w:hAnsi="MV Utheemu" w:cs="MV Utheemu" w:hint="cs"/>
          <w:color w:val="262626" w:themeColor="text1" w:themeTint="D9"/>
          <w:sz w:val="36"/>
          <w:szCs w:val="36"/>
          <w:rtl/>
          <w:lang w:bidi="dv-MV"/>
        </w:rPr>
        <w:t xml:space="preserve"> އާޔަތްތަކަށް ބަލާނަމަ،</w:t>
      </w:r>
      <w:r w:rsidRPr="0092015B">
        <w:rPr>
          <w:rFonts w:ascii="Scheherazade New" w:hAnsi="Scheherazade New" w:cs="Scheherazade New"/>
          <w:color w:val="262626" w:themeColor="text1" w:themeTint="D9"/>
          <w:sz w:val="32"/>
          <w:szCs w:val="32"/>
          <w:rtl/>
        </w:rPr>
        <w:t xml:space="preserve"> </w:t>
      </w:r>
      <w:r w:rsidR="002F4CCB">
        <w:rPr>
          <w:rFonts w:ascii="Arabic Typesetting" w:hAnsi="Arabic Typesetting" w:cs="Arabic Typesetting"/>
          <w:color w:val="262626" w:themeColor="text1" w:themeTint="D9"/>
          <w:sz w:val="36"/>
          <w:szCs w:val="36"/>
        </w:rPr>
        <w:sym w:font="KFGQPC Arabic Symbols 01" w:char="F025"/>
      </w:r>
      <w:r w:rsidR="002F4CCB" w:rsidRPr="0092015B">
        <w:rPr>
          <w:rFonts w:ascii="Scheherazade New" w:hAnsi="Scheherazade New" w:cs="Scheherazade New"/>
          <w:color w:val="262626" w:themeColor="text1" w:themeTint="D9"/>
          <w:sz w:val="32"/>
          <w:szCs w:val="32"/>
          <w:rtl/>
        </w:rPr>
        <w:t xml:space="preserve"> </w:t>
      </w:r>
      <w:r w:rsidR="002F4CCB">
        <w:rPr>
          <w:rFonts w:ascii="Scheherazade New" w:hAnsi="Scheherazade New" w:cs="Scheherazade New"/>
          <w:color w:val="262626" w:themeColor="text1" w:themeTint="D9"/>
          <w:sz w:val="32"/>
          <w:szCs w:val="32"/>
        </w:rPr>
        <w:sym w:font="KFGQPC Arabic Symbols 01" w:char="F045"/>
      </w:r>
      <w:r w:rsidR="002F4CCB">
        <w:rPr>
          <w:rFonts w:ascii="Scheherazade New" w:hAnsi="Scheherazade New" w:cs="Scheherazade New"/>
          <w:color w:val="262626" w:themeColor="text1" w:themeTint="D9"/>
          <w:sz w:val="32"/>
          <w:szCs w:val="32"/>
        </w:rPr>
        <w:t xml:space="preserve"> </w:t>
      </w:r>
      <w:r w:rsidR="002F4CCB">
        <w:rPr>
          <w:rFonts w:ascii="MV Utheemu" w:hAnsi="MV Utheemu" w:cs="MV Utheemu"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ވަޙީކުރެއްވިއެވެ. </w:t>
      </w:r>
      <w:r w:rsidRPr="003F450E">
        <w:rPr>
          <w:rFonts w:ascii="Scheherazade New" w:hAnsi="Scheherazade New" w:cs="Scheherazade New"/>
          <w:b/>
          <w:bCs/>
          <w:color w:val="262626" w:themeColor="text1" w:themeTint="D9"/>
          <w:sz w:val="32"/>
          <w:szCs w:val="32"/>
          <w:rtl/>
        </w:rPr>
        <w:t>﴿</w:t>
      </w:r>
      <w:r w:rsidR="002F4CCB" w:rsidRPr="002F4CCB">
        <w:rPr>
          <w:rFonts w:ascii="Scheherazade New" w:hAnsi="Scheherazade New" w:cs="Scheherazade New"/>
          <w:b/>
          <w:bCs/>
          <w:color w:val="262626" w:themeColor="text1" w:themeTint="D9"/>
          <w:sz w:val="32"/>
          <w:szCs w:val="32"/>
          <w:u w:val="single"/>
          <w:rtl/>
        </w:rPr>
        <w:t>وَأَتِمُّوا</w:t>
      </w:r>
      <w:r w:rsidR="002F4CCB" w:rsidRPr="002F4CCB">
        <w:rPr>
          <w:rFonts w:ascii="Scheherazade New" w:hAnsi="Scheherazade New" w:cs="Scheherazade New"/>
          <w:b/>
          <w:bCs/>
          <w:color w:val="262626" w:themeColor="text1" w:themeTint="D9"/>
          <w:sz w:val="32"/>
          <w:szCs w:val="32"/>
          <w:rtl/>
        </w:rPr>
        <w:t xml:space="preserve"> </w:t>
      </w:r>
      <w:r w:rsidR="002F4CCB" w:rsidRPr="002F4CCB">
        <w:rPr>
          <w:rFonts w:ascii="Scheherazade New" w:hAnsi="Scheherazade New" w:cs="Scheherazade New" w:hint="cs"/>
          <w:b/>
          <w:bCs/>
          <w:color w:val="262626" w:themeColor="text1" w:themeTint="D9"/>
          <w:sz w:val="32"/>
          <w:szCs w:val="32"/>
          <w:rtl/>
        </w:rPr>
        <w:t>ٱلْحَجَّ</w:t>
      </w:r>
      <w:r w:rsidR="002F4CCB" w:rsidRPr="002F4CCB">
        <w:rPr>
          <w:rFonts w:ascii="Scheherazade New" w:hAnsi="Scheherazade New" w:cs="Scheherazade New"/>
          <w:b/>
          <w:bCs/>
          <w:color w:val="262626" w:themeColor="text1" w:themeTint="D9"/>
          <w:sz w:val="32"/>
          <w:szCs w:val="32"/>
          <w:rtl/>
        </w:rPr>
        <w:t xml:space="preserve"> وَ</w:t>
      </w:r>
      <w:r w:rsidR="002F4CCB" w:rsidRPr="002F4CCB">
        <w:rPr>
          <w:rFonts w:ascii="Scheherazade New" w:hAnsi="Scheherazade New" w:cs="Scheherazade New" w:hint="cs"/>
          <w:b/>
          <w:bCs/>
          <w:color w:val="262626" w:themeColor="text1" w:themeTint="D9"/>
          <w:sz w:val="32"/>
          <w:szCs w:val="32"/>
          <w:rtl/>
        </w:rPr>
        <w:t>ٱلْعُمْرَةَ</w:t>
      </w:r>
      <w:r w:rsidR="002F4CCB" w:rsidRPr="002F4CCB">
        <w:rPr>
          <w:rFonts w:ascii="Scheherazade New" w:hAnsi="Scheherazade New" w:cs="Scheherazade New"/>
          <w:b/>
          <w:bCs/>
          <w:color w:val="262626" w:themeColor="text1" w:themeTint="D9"/>
          <w:sz w:val="32"/>
          <w:szCs w:val="32"/>
          <w:rtl/>
        </w:rPr>
        <w:t xml:space="preserve"> لِلَّهِ</w:t>
      </w:r>
      <w:r w:rsidRPr="003F450E">
        <w:rPr>
          <w:rFonts w:ascii="Scheherazade New" w:hAnsi="Scheherazade New" w:cs="Scheherazade New"/>
          <w:b/>
          <w:bCs/>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0F735A">
        <w:rPr>
          <w:rFonts w:ascii="Scheherazade New" w:hAnsi="Scheherazade New" w:cs="Scheherazade New"/>
          <w:szCs w:val="24"/>
          <w:rtl/>
        </w:rPr>
        <w:t>[</w:t>
      </w:r>
      <w:r w:rsidR="002F4CCB" w:rsidRPr="002F4CCB">
        <w:rPr>
          <w:rFonts w:ascii="Scheherazade New" w:hAnsi="Scheherazade New" w:cs="Scheherazade New"/>
          <w:szCs w:val="24"/>
          <w:rtl/>
        </w:rPr>
        <w:t>سورة البقرة - الآية 196</w:t>
      </w:r>
      <w:r w:rsidRPr="000F735A">
        <w:rPr>
          <w:rFonts w:ascii="Scheherazade New" w:hAnsi="Scheherazade New" w:cs="Scheherazade New"/>
          <w:szCs w:val="24"/>
          <w:rtl/>
        </w:rPr>
        <w:t xml:space="preserve">] </w:t>
      </w:r>
      <w:r w:rsidRPr="002F4CCB">
        <w:rPr>
          <w:rFonts w:ascii="MV Utheemu" w:hAnsi="MV Utheemu" w:cs="MV Utheemu" w:hint="cs"/>
          <w:sz w:val="36"/>
          <w:szCs w:val="36"/>
          <w:rtl/>
          <w:lang w:bidi="dv-MV"/>
        </w:rPr>
        <w:t>"</w:t>
      </w:r>
      <w:r w:rsidR="004F6304">
        <w:rPr>
          <w:rFonts w:ascii="Arabic Typesetting" w:hAnsi="Arabic Typesetting" w:cs="Arabic Typesetting"/>
          <w:color w:val="262626" w:themeColor="text1" w:themeTint="D9"/>
          <w:sz w:val="36"/>
          <w:szCs w:val="36"/>
        </w:rPr>
        <w:sym w:font="KFGQPC Arabic Symbols 01" w:char="F025"/>
      </w:r>
      <w:r w:rsidR="004F6304">
        <w:rPr>
          <w:rFonts w:ascii="Arabic Typesetting" w:hAnsi="Arabic Typesetting" w:cs="MV Boli" w:hint="cs"/>
          <w:color w:val="262626" w:themeColor="text1" w:themeTint="D9"/>
          <w:sz w:val="36"/>
          <w:szCs w:val="36"/>
          <w:rtl/>
          <w:lang w:bidi="dv-MV"/>
        </w:rPr>
        <w:t xml:space="preserve"> </w:t>
      </w:r>
      <w:r w:rsidR="002F4CCB" w:rsidRPr="002F4CCB">
        <w:rPr>
          <w:rFonts w:ascii="MV Utheemu" w:hAnsi="MV Utheemu" w:cs="MV Utheemu" w:hint="cs"/>
          <w:sz w:val="36"/>
          <w:szCs w:val="36"/>
          <w:rtl/>
          <w:lang w:bidi="dv-MV"/>
        </w:rPr>
        <w:t>އަށްޓަކައި</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حَجّ</w:t>
      </w:r>
      <w:r w:rsidR="002F4CCB" w:rsidRPr="002F4CCB">
        <w:rPr>
          <w:rFonts w:ascii="MV Utheemu" w:hAnsi="MV Utheemu" w:cs="Times New Roman"/>
          <w:sz w:val="36"/>
          <w:szCs w:val="36"/>
          <w:rtl/>
        </w:rPr>
        <w:t xml:space="preserve"> </w:t>
      </w:r>
      <w:r w:rsidR="002F4CCB" w:rsidRPr="002F4CCB">
        <w:rPr>
          <w:rFonts w:ascii="MV Utheemu" w:hAnsi="MV Utheemu" w:cs="MV Utheemu" w:hint="cs"/>
          <w:sz w:val="36"/>
          <w:szCs w:val="36"/>
          <w:rtl/>
          <w:lang w:bidi="dv-MV"/>
        </w:rPr>
        <w:t>އާއި</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عُمْرة</w:t>
      </w:r>
      <w:r w:rsidR="002F4CCB" w:rsidRPr="002F4CCB">
        <w:rPr>
          <w:rFonts w:ascii="MV Utheemu" w:hAnsi="MV Utheemu" w:cs="Times New Roman"/>
          <w:sz w:val="36"/>
          <w:szCs w:val="36"/>
          <w:rtl/>
        </w:rPr>
        <w:t xml:space="preserve"> </w:t>
      </w:r>
      <w:r w:rsidR="002F4CCB" w:rsidRPr="002F4CCB">
        <w:rPr>
          <w:rFonts w:ascii="MV Utheemu" w:hAnsi="MV Utheemu" w:cs="MV Utheemu" w:hint="cs"/>
          <w:sz w:val="36"/>
          <w:szCs w:val="36"/>
          <w:rtl/>
          <w:lang w:bidi="dv-MV"/>
        </w:rPr>
        <w:t>ކަލޭމެން</w:t>
      </w:r>
      <w:r w:rsidR="002F4CCB" w:rsidRPr="002F4CCB">
        <w:rPr>
          <w:rFonts w:ascii="MV Utheemu" w:hAnsi="MV Utheemu" w:cs="MV Utheemu"/>
          <w:sz w:val="36"/>
          <w:szCs w:val="36"/>
          <w:rtl/>
          <w:lang w:bidi="dv-MV"/>
        </w:rPr>
        <w:t xml:space="preserve"> </w:t>
      </w:r>
      <w:r w:rsidR="002F4CCB" w:rsidRPr="00E61111">
        <w:rPr>
          <w:rFonts w:ascii="MV Utheemu" w:hAnsi="MV Utheemu" w:cs="MV Utheemu" w:hint="cs"/>
          <w:b/>
          <w:bCs/>
          <w:sz w:val="36"/>
          <w:szCs w:val="36"/>
          <w:rtl/>
          <w:lang w:bidi="dv-MV"/>
        </w:rPr>
        <w:t>ފުރިހަމަކުރާށެވެ</w:t>
      </w:r>
      <w:r w:rsidR="002F4CCB" w:rsidRPr="002F4CCB">
        <w:rPr>
          <w:rFonts w:ascii="MV Utheemu" w:hAnsi="MV Utheemu" w:cs="MV Utheemu"/>
          <w:sz w:val="36"/>
          <w:szCs w:val="36"/>
          <w:rtl/>
          <w:lang w:bidi="dv-MV"/>
        </w:rPr>
        <w:t>!</w:t>
      </w:r>
      <w:r w:rsidR="002F4CCB" w:rsidRPr="002F4CCB">
        <w:rPr>
          <w:rFonts w:ascii="MV Utheemu" w:hAnsi="MV Utheemu" w:cs="MV Utheemu" w:hint="cs"/>
          <w:sz w:val="36"/>
          <w:szCs w:val="36"/>
          <w:rtl/>
          <w:lang w:bidi="dv-MV"/>
        </w:rPr>
        <w:t xml:space="preserve">" </w:t>
      </w:r>
      <w:r w:rsidR="002F4CCB">
        <w:rPr>
          <w:rFonts w:ascii="MV Utheemu" w:hAnsi="MV Utheemu" w:cs="MV Utheemu" w:hint="cs"/>
          <w:color w:val="262626" w:themeColor="text1" w:themeTint="D9"/>
          <w:sz w:val="36"/>
          <w:szCs w:val="36"/>
          <w:rtl/>
          <w:lang w:bidi="dv-MV"/>
        </w:rPr>
        <w:t xml:space="preserve">އަދިވެސް </w:t>
      </w:r>
      <w:r w:rsidR="002F4CCB">
        <w:rPr>
          <w:rFonts w:ascii="Scheherazade New" w:hAnsi="Scheherazade New" w:cs="Scheherazade New"/>
          <w:color w:val="262626" w:themeColor="text1" w:themeTint="D9"/>
          <w:sz w:val="32"/>
          <w:szCs w:val="32"/>
        </w:rPr>
        <w:sym w:font="KFGQPC Arabic Symbols 01" w:char="F045"/>
      </w:r>
      <w:r w:rsidR="002F4CCB">
        <w:rPr>
          <w:rFonts w:ascii="Scheherazade New" w:hAnsi="Scheherazade New" w:cs="MV Boli" w:hint="cs"/>
          <w:color w:val="262626" w:themeColor="text1" w:themeTint="D9"/>
          <w:sz w:val="32"/>
          <w:szCs w:val="32"/>
          <w:rtl/>
          <w:lang w:bidi="dv-MV"/>
        </w:rPr>
        <w:t xml:space="preserve"> </w:t>
      </w:r>
      <w:r w:rsidR="002F4CCB">
        <w:rPr>
          <w:rFonts w:ascii="MV Utheemu" w:hAnsi="MV Utheemu" w:cs="MV Utheemu" w:hint="cs"/>
          <w:color w:val="262626" w:themeColor="text1" w:themeTint="D9"/>
          <w:sz w:val="36"/>
          <w:szCs w:val="36"/>
          <w:rtl/>
          <w:lang w:bidi="dv-MV"/>
        </w:rPr>
        <w:t xml:space="preserve">ވަޙީ ކުރެއްވި އެވެ. </w:t>
      </w:r>
      <w:r w:rsidR="002F4CCB" w:rsidRPr="003F450E">
        <w:rPr>
          <w:rFonts w:ascii="Scheherazade New" w:hAnsi="Scheherazade New" w:cs="Scheherazade New"/>
          <w:b/>
          <w:bCs/>
          <w:color w:val="262626" w:themeColor="text1" w:themeTint="D9"/>
          <w:sz w:val="32"/>
          <w:szCs w:val="32"/>
          <w:rtl/>
        </w:rPr>
        <w:t>﴿</w:t>
      </w:r>
      <w:r w:rsidR="002F4CCB" w:rsidRPr="002F4CCB">
        <w:rPr>
          <w:rtl/>
        </w:rPr>
        <w:t xml:space="preserve"> </w:t>
      </w:r>
      <w:r w:rsidR="002F4CCB" w:rsidRPr="002F4CCB">
        <w:rPr>
          <w:rFonts w:ascii="Scheherazade New" w:hAnsi="Scheherazade New" w:cs="Scheherazade New"/>
          <w:b/>
          <w:bCs/>
          <w:color w:val="262626" w:themeColor="text1" w:themeTint="D9"/>
          <w:sz w:val="32"/>
          <w:szCs w:val="32"/>
          <w:u w:val="single"/>
          <w:rtl/>
        </w:rPr>
        <w:t>وَتَمَّتْ</w:t>
      </w:r>
      <w:r w:rsidR="002F4CCB" w:rsidRPr="002F4CCB">
        <w:rPr>
          <w:rFonts w:ascii="Scheherazade New" w:hAnsi="Scheherazade New" w:cs="Scheherazade New"/>
          <w:b/>
          <w:bCs/>
          <w:color w:val="262626" w:themeColor="text1" w:themeTint="D9"/>
          <w:sz w:val="32"/>
          <w:szCs w:val="32"/>
          <w:rtl/>
        </w:rPr>
        <w:t xml:space="preserve"> كَلِمَتُ رَبِّكَ صِدْقًا وَعَدْلًا ۚ لَّا مُبَدِّلَ لِكَلِمَاتِهِ ۚ وَهُوَ السَّمِيعُ الْعَلِيمُ ١١٥ </w:t>
      </w:r>
      <w:r w:rsidR="002F4CCB" w:rsidRPr="003F450E">
        <w:rPr>
          <w:rFonts w:ascii="Scheherazade New" w:hAnsi="Scheherazade New" w:cs="Scheherazade New"/>
          <w:b/>
          <w:bCs/>
          <w:color w:val="262626" w:themeColor="text1" w:themeTint="D9"/>
          <w:sz w:val="32"/>
          <w:szCs w:val="32"/>
          <w:rtl/>
        </w:rPr>
        <w:t>﴾</w:t>
      </w:r>
      <w:r w:rsidR="002F4CCB" w:rsidRPr="003F450E">
        <w:rPr>
          <w:rFonts w:ascii="Scheherazade New" w:hAnsi="Scheherazade New" w:cs="Scheherazade New"/>
          <w:color w:val="262626" w:themeColor="text1" w:themeTint="D9"/>
          <w:sz w:val="32"/>
          <w:szCs w:val="32"/>
          <w:rtl/>
        </w:rPr>
        <w:t xml:space="preserve"> </w:t>
      </w:r>
      <w:r w:rsidR="002F4CCB" w:rsidRPr="003F450E">
        <w:rPr>
          <w:rFonts w:ascii="Arial" w:hAnsi="Arial" w:cs="MV Boli" w:hint="cs"/>
          <w:color w:val="262626" w:themeColor="text1" w:themeTint="D9"/>
          <w:sz w:val="32"/>
          <w:szCs w:val="32"/>
          <w:rtl/>
          <w:lang w:bidi="dv-MV"/>
        </w:rPr>
        <w:t xml:space="preserve"> </w:t>
      </w:r>
      <w:r w:rsidR="002F4CCB" w:rsidRPr="000F735A">
        <w:rPr>
          <w:rFonts w:ascii="Scheherazade New" w:hAnsi="Scheherazade New" w:cs="Scheherazade New"/>
          <w:szCs w:val="24"/>
          <w:rtl/>
        </w:rPr>
        <w:t>[</w:t>
      </w:r>
      <w:r w:rsidR="002F4CCB" w:rsidRPr="002F4CCB">
        <w:rPr>
          <w:rFonts w:ascii="Scheherazade New" w:hAnsi="Scheherazade New" w:cs="Scheherazade New"/>
          <w:szCs w:val="24"/>
          <w:rtl/>
        </w:rPr>
        <w:t>سورة الأنعام</w:t>
      </w:r>
      <w:r w:rsidR="002F4CCB">
        <w:rPr>
          <w:rFonts w:ascii="Scheherazade New" w:hAnsi="Scheherazade New" w:cs="MV Boli" w:hint="cs"/>
          <w:szCs w:val="24"/>
          <w:rtl/>
          <w:lang w:bidi="dv-MV"/>
        </w:rPr>
        <w:t xml:space="preserve"> </w:t>
      </w:r>
      <w:r w:rsidR="002F4CCB" w:rsidRPr="002F4CCB">
        <w:rPr>
          <w:rFonts w:ascii="Scheherazade New" w:hAnsi="Scheherazade New" w:cs="Scheherazade New"/>
          <w:szCs w:val="24"/>
          <w:rtl/>
        </w:rPr>
        <w:t>115</w:t>
      </w:r>
      <w:r w:rsidR="002F4CCB" w:rsidRPr="000F735A">
        <w:rPr>
          <w:rFonts w:ascii="Scheherazade New" w:hAnsi="Scheherazade New" w:cs="Scheherazade New"/>
          <w:szCs w:val="24"/>
          <w:rtl/>
        </w:rPr>
        <w:t xml:space="preserve">] </w:t>
      </w:r>
      <w:r w:rsidR="002F4CCB" w:rsidRPr="002F4CCB">
        <w:rPr>
          <w:rFonts w:ascii="MV Utheemu" w:hAnsi="MV Utheemu" w:cs="MV Utheemu" w:hint="cs"/>
          <w:sz w:val="36"/>
          <w:szCs w:val="36"/>
          <w:rtl/>
          <w:lang w:bidi="dv-MV"/>
        </w:rPr>
        <w:t>"އަދި</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عدل</w:t>
      </w:r>
      <w:r w:rsidR="002F4CCB" w:rsidRPr="00CF329E">
        <w:rPr>
          <w:rFonts w:ascii="MV Utheemu" w:hAnsi="MV Utheemu" w:cs="Times New Roman"/>
          <w:bCs/>
          <w:sz w:val="36"/>
          <w:szCs w:val="36"/>
          <w:rtl/>
        </w:rPr>
        <w:t xml:space="preserve"> </w:t>
      </w:r>
      <w:r w:rsidR="002F4CCB" w:rsidRPr="002F4CCB">
        <w:rPr>
          <w:rFonts w:ascii="MV Utheemu" w:hAnsi="MV Utheemu" w:cs="MV Utheemu" w:hint="cs"/>
          <w:sz w:val="36"/>
          <w:szCs w:val="36"/>
          <w:rtl/>
          <w:lang w:bidi="dv-MV"/>
        </w:rPr>
        <w:t>ވެރިކަމާއި</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ތެދުވެރިކަމުގެ</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ގޮތުން</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ކަލޭގެފާނުންގެ</w:t>
      </w:r>
      <w:r w:rsidR="002F4CCB" w:rsidRPr="002F4CCB">
        <w:rPr>
          <w:rFonts w:ascii="MV Utheemu" w:hAnsi="MV Utheemu" w:cs="MV Utheemu"/>
          <w:sz w:val="36"/>
          <w:szCs w:val="36"/>
          <w:rtl/>
          <w:lang w:bidi="dv-MV"/>
        </w:rPr>
        <w:t xml:space="preserve"> </w:t>
      </w:r>
      <w:r w:rsidR="002F4CCB" w:rsidRPr="002F4CCB">
        <w:rPr>
          <w:rFonts w:ascii="MV Utheemu" w:hAnsi="MV Utheemu" w:cs="KFGQPC Uthman Taha Naskh"/>
          <w:sz w:val="36"/>
          <w:szCs w:val="36"/>
          <w:rtl/>
        </w:rPr>
        <w:t>ر</w:t>
      </w:r>
      <w:r w:rsidR="002F4CCB" w:rsidRPr="00CF329E">
        <w:rPr>
          <w:rFonts w:ascii="MV Utheemu" w:hAnsi="MV Utheemu" w:cs="KFGQPC Uthman Taha Naskh"/>
          <w:bCs/>
          <w:sz w:val="36"/>
          <w:szCs w:val="36"/>
          <w:rtl/>
        </w:rPr>
        <w:t>َبّ</w:t>
      </w:r>
      <w:r w:rsidR="002F4CCB" w:rsidRPr="002F4CCB">
        <w:rPr>
          <w:rFonts w:ascii="MV Utheemu" w:hAnsi="MV Utheemu" w:cs="Times New Roman"/>
          <w:sz w:val="36"/>
          <w:szCs w:val="36"/>
          <w:rtl/>
        </w:rPr>
        <w:t xml:space="preserve"> </w:t>
      </w:r>
      <w:r w:rsidR="002F4CCB" w:rsidRPr="002F4CCB">
        <w:rPr>
          <w:rFonts w:ascii="MV Utheemu" w:hAnsi="MV Utheemu" w:cs="MV Utheemu" w:hint="cs"/>
          <w:sz w:val="36"/>
          <w:szCs w:val="36"/>
          <w:rtl/>
          <w:lang w:bidi="dv-MV"/>
        </w:rPr>
        <w:t>ގެ</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كلمة</w:t>
      </w:r>
      <w:r w:rsidR="002F4CCB" w:rsidRPr="002F4CCB">
        <w:rPr>
          <w:rFonts w:ascii="MV Utheemu" w:hAnsi="MV Utheemu" w:cs="KFGQPC Uthman Taha Naskh"/>
          <w:sz w:val="36"/>
          <w:szCs w:val="36"/>
          <w:rtl/>
        </w:rPr>
        <w:t xml:space="preserve"> </w:t>
      </w:r>
      <w:r w:rsidR="002F4CCB" w:rsidRPr="002F4CCB">
        <w:rPr>
          <w:rFonts w:ascii="MV Utheemu" w:hAnsi="MV Utheemu" w:cs="MV Utheemu" w:hint="cs"/>
          <w:sz w:val="36"/>
          <w:szCs w:val="36"/>
          <w:rtl/>
          <w:lang w:bidi="dv-MV"/>
        </w:rPr>
        <w:t>ފުޅު</w:t>
      </w:r>
      <w:r w:rsidR="002F4CCB" w:rsidRPr="002F4CCB">
        <w:rPr>
          <w:rFonts w:ascii="MV Utheemu" w:hAnsi="MV Utheemu" w:cs="MV Utheemu"/>
          <w:sz w:val="36"/>
          <w:szCs w:val="36"/>
          <w:rtl/>
          <w:lang w:bidi="dv-MV"/>
        </w:rPr>
        <w:t xml:space="preserve"> </w:t>
      </w:r>
      <w:r w:rsidR="002F4CCB" w:rsidRPr="00E61111">
        <w:rPr>
          <w:rFonts w:ascii="MV Utheemu" w:hAnsi="MV Utheemu" w:cs="MV Utheemu" w:hint="cs"/>
          <w:b/>
          <w:bCs/>
          <w:sz w:val="36"/>
          <w:szCs w:val="36"/>
          <w:rtl/>
          <w:lang w:bidi="dv-MV"/>
        </w:rPr>
        <w:t>ފުރިހަމަވެގެންވެއެވެ</w:t>
      </w:r>
      <w:r w:rsidR="002F4CCB" w:rsidRPr="00E61111">
        <w:rPr>
          <w:rFonts w:ascii="MV Utheemu" w:hAnsi="MV Utheemu" w:cs="MV Utheemu"/>
          <w:b/>
          <w:bCs/>
          <w:sz w:val="36"/>
          <w:szCs w:val="36"/>
          <w:rtl/>
          <w:lang w:bidi="dv-MV"/>
        </w:rPr>
        <w:t>.</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ކީރިތި</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 xml:space="preserve">قرآن </w:t>
      </w:r>
      <w:r w:rsidR="002F4CCB" w:rsidRPr="002F4CCB">
        <w:rPr>
          <w:rFonts w:ascii="MV Utheemu" w:hAnsi="MV Utheemu" w:cs="MV Utheemu" w:hint="cs"/>
          <w:sz w:val="36"/>
          <w:szCs w:val="36"/>
          <w:rtl/>
          <w:lang w:bidi="dv-MV"/>
        </w:rPr>
        <w:t>އަކީ</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އޭގެ</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އެންމެ</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ފުރިހަމަ</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 xml:space="preserve">كلمة </w:t>
      </w:r>
      <w:r w:rsidR="002F4CCB" w:rsidRPr="002F4CCB">
        <w:rPr>
          <w:rFonts w:ascii="MV Utheemu" w:hAnsi="MV Utheemu" w:cs="MV Utheemu" w:hint="cs"/>
          <w:sz w:val="36"/>
          <w:szCs w:val="36"/>
          <w:rtl/>
          <w:lang w:bidi="dv-MV"/>
        </w:rPr>
        <w:t>ފުޅެވެ</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އަދި</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އެކަލާނގެ</w:t>
      </w:r>
      <w:r w:rsidR="002F4CCB" w:rsidRPr="002F4CCB">
        <w:rPr>
          <w:rFonts w:ascii="MV Utheemu" w:hAnsi="MV Utheemu" w:cs="MV Utheemu"/>
          <w:sz w:val="36"/>
          <w:szCs w:val="36"/>
          <w:rtl/>
          <w:lang w:bidi="dv-MV"/>
        </w:rPr>
        <w:t xml:space="preserve"> </w:t>
      </w:r>
      <w:r w:rsidR="002F4CCB" w:rsidRPr="00CF329E">
        <w:rPr>
          <w:rFonts w:ascii="MV Utheemu" w:hAnsi="MV Utheemu" w:cs="KFGQPC Uthman Taha Naskh"/>
          <w:bCs/>
          <w:sz w:val="36"/>
          <w:szCs w:val="36"/>
          <w:rtl/>
        </w:rPr>
        <w:t>كلمة</w:t>
      </w:r>
      <w:r w:rsidR="002F4CCB" w:rsidRPr="002F4CCB">
        <w:rPr>
          <w:rFonts w:ascii="MV Utheemu" w:hAnsi="MV Utheemu" w:cs="KFGQPC Uthman Taha Naskh"/>
          <w:sz w:val="36"/>
          <w:szCs w:val="36"/>
          <w:rtl/>
        </w:rPr>
        <w:t xml:space="preserve"> </w:t>
      </w:r>
      <w:r w:rsidR="002F4CCB" w:rsidRPr="002F4CCB">
        <w:rPr>
          <w:rFonts w:ascii="MV Utheemu" w:hAnsi="MV Utheemu" w:cs="MV Utheemu" w:hint="cs"/>
          <w:sz w:val="36"/>
          <w:szCs w:val="36"/>
          <w:rtl/>
          <w:lang w:bidi="dv-MV"/>
        </w:rPr>
        <w:t>ފުޅު</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ބަދަލުކުރާނެ</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އެކަކުވެސް</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ނުވެއެވެ</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އަދި</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އެކަލާނގެއީ</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އައްސަވާވޮޑިގެންވާ</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ދެނެވޮޑިގެންވާ</w:t>
      </w:r>
      <w:r w:rsidR="002F4CCB" w:rsidRPr="002F4CCB">
        <w:rPr>
          <w:rFonts w:ascii="MV Utheemu" w:hAnsi="MV Utheemu" w:cs="MV Utheemu"/>
          <w:sz w:val="36"/>
          <w:szCs w:val="36"/>
          <w:rtl/>
          <w:lang w:bidi="dv-MV"/>
        </w:rPr>
        <w:t xml:space="preserve"> </w:t>
      </w:r>
      <w:r w:rsidR="002F4CCB" w:rsidRPr="002F4CCB">
        <w:rPr>
          <w:rFonts w:ascii="MV Utheemu" w:hAnsi="MV Utheemu" w:cs="MV Utheemu" w:hint="cs"/>
          <w:sz w:val="36"/>
          <w:szCs w:val="36"/>
          <w:rtl/>
          <w:lang w:bidi="dv-MV"/>
        </w:rPr>
        <w:t>ކަލާނގެއެވެ</w:t>
      </w:r>
      <w:r w:rsidR="002F4CCB" w:rsidRPr="002F4CCB">
        <w:rPr>
          <w:rFonts w:ascii="MV Utheemu" w:hAnsi="MV Utheemu" w:cs="MV Utheemu"/>
          <w:sz w:val="36"/>
          <w:szCs w:val="36"/>
          <w:rtl/>
          <w:lang w:bidi="dv-MV"/>
        </w:rPr>
        <w:t>.</w:t>
      </w:r>
      <w:r w:rsidR="002F4CCB" w:rsidRPr="002F4CCB">
        <w:rPr>
          <w:rFonts w:ascii="MV Utheemu" w:hAnsi="MV Utheemu" w:cs="MV Utheemu" w:hint="cs"/>
          <w:sz w:val="36"/>
          <w:szCs w:val="36"/>
          <w:rtl/>
          <w:lang w:bidi="dv-MV"/>
        </w:rPr>
        <w:t>"</w:t>
      </w:r>
      <w:r w:rsidR="002F4CCB">
        <w:rPr>
          <w:rFonts w:ascii="MV Utheemu" w:hAnsi="MV Utheemu" w:cs="MV Utheemu" w:hint="cs"/>
          <w:sz w:val="36"/>
          <w:szCs w:val="36"/>
          <w:rtl/>
          <w:lang w:bidi="dv-MV"/>
        </w:rPr>
        <w:t xml:space="preserve"> </w:t>
      </w:r>
    </w:p>
    <w:p w14:paraId="2D0D050E" w14:textId="7A06277C" w:rsidR="00E61111" w:rsidRDefault="003D74BE" w:rsidP="00DE510E">
      <w:pPr>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ކުރިން ބަޔާންކުރި ހަދީޘްގައި</w:t>
      </w:r>
      <w:r w:rsidR="003D12CA">
        <w:rPr>
          <w:rFonts w:ascii="MV Utheemu" w:hAnsi="MV Utheemu" w:cs="MV Utheemu" w:hint="cs"/>
          <w:color w:val="262626" w:themeColor="text1" w:themeTint="D9"/>
          <w:sz w:val="36"/>
          <w:szCs w:val="36"/>
          <w:rtl/>
          <w:lang w:bidi="dv-MV"/>
        </w:rPr>
        <w:t>ވާ</w:t>
      </w:r>
      <w:r w:rsidR="0096650A">
        <w:rPr>
          <w:rFonts w:ascii="MV Utheemu" w:hAnsi="MV Utheemu" w:cs="MV Utheemu" w:hint="cs"/>
          <w:color w:val="262626" w:themeColor="text1" w:themeTint="D9"/>
          <w:sz w:val="36"/>
          <w:szCs w:val="36"/>
          <w:rtl/>
          <w:lang w:bidi="dv-MV"/>
        </w:rPr>
        <w:t xml:space="preserve"> </w:t>
      </w:r>
      <w:r w:rsidR="0096650A" w:rsidRPr="00E61111">
        <w:rPr>
          <w:rFonts w:ascii="MV Utheemu" w:hAnsi="MV Utheemu" w:cs="KFGQPC Uthman Taha Naskh"/>
          <w:b/>
          <w:bCs/>
          <w:color w:val="262626" w:themeColor="text1" w:themeTint="D9"/>
          <w:sz w:val="36"/>
          <w:szCs w:val="36"/>
          <w:rtl/>
        </w:rPr>
        <w:t>التَّامَّةِ</w:t>
      </w:r>
      <w:r w:rsidR="0096650A">
        <w:rPr>
          <w:rFonts w:ascii="MV Utheemu" w:hAnsi="MV Utheemu" w:cs="MV Utheemu" w:hint="cs"/>
          <w:color w:val="262626" w:themeColor="text1" w:themeTint="D9"/>
          <w:sz w:val="36"/>
          <w:szCs w:val="36"/>
          <w:rtl/>
          <w:lang w:bidi="dv-MV"/>
        </w:rPr>
        <w:t xml:space="preserve"> </w:t>
      </w:r>
      <w:r w:rsidR="0006032A">
        <w:rPr>
          <w:rFonts w:ascii="MV Utheemu" w:hAnsi="MV Utheemu" w:cs="MV Utheemu" w:hint="cs"/>
          <w:color w:val="262626" w:themeColor="text1" w:themeTint="D9"/>
          <w:sz w:val="36"/>
          <w:szCs w:val="36"/>
          <w:rtl/>
          <w:lang w:bidi="dv-MV"/>
        </w:rPr>
        <w:t>އަންނަނީވެސް</w:t>
      </w:r>
      <w:r w:rsidR="0096650A">
        <w:rPr>
          <w:rFonts w:ascii="MV Utheemu" w:hAnsi="MV Utheemu" w:cs="MV Utheemu" w:hint="cs"/>
          <w:color w:val="262626" w:themeColor="text1" w:themeTint="D9"/>
          <w:sz w:val="36"/>
          <w:szCs w:val="36"/>
          <w:rtl/>
          <w:lang w:bidi="dv-MV"/>
        </w:rPr>
        <w:t xml:space="preserve"> </w:t>
      </w:r>
      <w:r w:rsidR="003D12CA">
        <w:rPr>
          <w:rFonts w:ascii="MV Utheemu" w:hAnsi="MV Utheemu" w:cs="MV Utheemu" w:hint="cs"/>
          <w:color w:val="262626" w:themeColor="text1" w:themeTint="D9"/>
          <w:sz w:val="36"/>
          <w:szCs w:val="36"/>
          <w:rtl/>
          <w:lang w:bidi="dv-MV"/>
        </w:rPr>
        <w:t>ހަމަ މި މާނައެވެ.</w:t>
      </w:r>
      <w:r>
        <w:rPr>
          <w:rFonts w:ascii="MV Utheemu" w:hAnsi="MV Utheemu" w:cs="MV Utheemu" w:hint="cs"/>
          <w:color w:val="262626" w:themeColor="text1" w:themeTint="D9"/>
          <w:sz w:val="36"/>
          <w:szCs w:val="36"/>
          <w:rtl/>
          <w:lang w:bidi="dv-MV"/>
        </w:rPr>
        <w:t xml:space="preserve"> </w:t>
      </w:r>
      <w:r w:rsidRPr="0096650A">
        <w:rPr>
          <w:rFonts w:ascii="MV Utheemu" w:hAnsi="MV Utheemu" w:cs="KFGQPC Uthman Taha Naskh"/>
          <w:color w:val="262626" w:themeColor="text1" w:themeTint="D9"/>
          <w:sz w:val="36"/>
          <w:szCs w:val="36"/>
          <w:rtl/>
          <w:lang w:bidi="dv-MV"/>
        </w:rPr>
        <w:t>«</w:t>
      </w:r>
      <w:r w:rsidRPr="00E61111">
        <w:rPr>
          <w:rFonts w:ascii="MV Utheemu" w:hAnsi="MV Utheemu" w:cs="KFGQPC Uthman Taha Naskh"/>
          <w:b/>
          <w:bCs/>
          <w:color w:val="262626" w:themeColor="text1" w:themeTint="D9"/>
          <w:sz w:val="36"/>
          <w:szCs w:val="36"/>
          <w:rtl/>
        </w:rPr>
        <w:t xml:space="preserve">أُعِيذُكُمَا بِكَلِمَاتِ اللَّهِ </w:t>
      </w:r>
      <w:r w:rsidRPr="00E61111">
        <w:rPr>
          <w:rFonts w:ascii="MV Utheemu" w:hAnsi="MV Utheemu" w:cs="KFGQPC Uthman Taha Naskh"/>
          <w:b/>
          <w:bCs/>
          <w:color w:val="262626" w:themeColor="text1" w:themeTint="D9"/>
          <w:sz w:val="36"/>
          <w:szCs w:val="36"/>
          <w:u w:val="single"/>
          <w:rtl/>
        </w:rPr>
        <w:t>التَّامَّةِ</w:t>
      </w:r>
      <w:r w:rsidRPr="00E61111">
        <w:rPr>
          <w:rFonts w:ascii="MV Utheemu" w:hAnsi="MV Utheemu" w:cs="KFGQPC Uthman Taha Naskh"/>
          <w:b/>
          <w:bCs/>
          <w:color w:val="262626" w:themeColor="text1" w:themeTint="D9"/>
          <w:sz w:val="36"/>
          <w:szCs w:val="36"/>
          <w:rtl/>
        </w:rPr>
        <w:t>، مِنْ كُلِّ شَيْطَانٍ وَهَامَّةٍ، وَمِنْ كُلِّ عَيْنٍ لَامَّةٍ»</w:t>
      </w:r>
      <w:r>
        <w:rPr>
          <w:rFonts w:ascii="MV Utheemu" w:hAnsi="MV Utheemu" w:cs="MV Boli"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w:t>
      </w:r>
      <w:r w:rsidR="0096650A">
        <w:rPr>
          <w:rFonts w:ascii="Arabic Typesetting" w:hAnsi="Arabic Typesetting" w:cs="Arabic Typesetting"/>
          <w:color w:val="262626" w:themeColor="text1" w:themeTint="D9"/>
          <w:sz w:val="36"/>
          <w:szCs w:val="36"/>
        </w:rPr>
        <w:sym w:font="KFGQPC Arabic Symbols 01" w:char="F025"/>
      </w:r>
      <w:r>
        <w:rPr>
          <w:rFonts w:ascii="MV Utheemu" w:hAnsi="MV Utheemu" w:cs="MV Utheemu" w:hint="cs"/>
          <w:color w:val="262626" w:themeColor="text1" w:themeTint="D9"/>
          <w:sz w:val="36"/>
          <w:szCs w:val="36"/>
          <w:rtl/>
          <w:lang w:bidi="dv-MV"/>
        </w:rPr>
        <w:t xml:space="preserve"> ގެ </w:t>
      </w:r>
      <w:r w:rsidRPr="0006032A">
        <w:rPr>
          <w:rFonts w:ascii="MV Utheemu" w:hAnsi="MV Utheemu" w:cs="MV Utheemu" w:hint="cs"/>
          <w:b/>
          <w:bCs/>
          <w:color w:val="262626" w:themeColor="text1" w:themeTint="D9"/>
          <w:sz w:val="36"/>
          <w:szCs w:val="36"/>
          <w:rtl/>
          <w:lang w:bidi="dv-MV"/>
        </w:rPr>
        <w:t>ފުރިހަމަ</w:t>
      </w:r>
      <w:r>
        <w:rPr>
          <w:rFonts w:ascii="MV Utheemu" w:hAnsi="MV Utheemu" w:cs="MV Utheemu" w:hint="cs"/>
          <w:color w:val="262626" w:themeColor="text1" w:themeTint="D9"/>
          <w:sz w:val="36"/>
          <w:szCs w:val="36"/>
          <w:rtl/>
          <w:lang w:bidi="dv-MV"/>
        </w:rPr>
        <w:t xml:space="preserve"> ކަލިމަފުޅުތަކުން، އެންމެހާ ޝައިޠާނުންނާއި، އެންމެހާ ވިހަލާސޫފިތަކާއި، އެންމެހާ އެސްފީނާ ލޮލަކުން ތިޔަދެކަލުންނަށް ރައްކާތެރިކަން ދެއްވުމަށް އެދެމެވެ."</w:t>
      </w:r>
    </w:p>
    <w:p w14:paraId="5A1C0878" w14:textId="77777777" w:rsidR="00F209F0" w:rsidRDefault="00F209F0" w:rsidP="00F209F0">
      <w:pPr>
        <w:bidi/>
        <w:jc w:val="both"/>
        <w:rPr>
          <w:rFonts w:ascii="MV Utheemu" w:hAnsi="MV Utheemu" w:cs="MV Utheemu"/>
          <w:color w:val="262626" w:themeColor="text1" w:themeTint="D9"/>
          <w:sz w:val="36"/>
          <w:szCs w:val="36"/>
          <w:rtl/>
          <w:lang w:bidi="dv-MV"/>
        </w:rPr>
      </w:pPr>
    </w:p>
    <w:p w14:paraId="72BF3E28" w14:textId="77777777" w:rsidR="00F209F0" w:rsidRDefault="00F209F0" w:rsidP="00F209F0">
      <w:pPr>
        <w:bidi/>
        <w:jc w:val="both"/>
        <w:rPr>
          <w:rFonts w:ascii="MV Utheemu" w:hAnsi="MV Utheemu" w:cs="MV Utheemu"/>
          <w:color w:val="262626" w:themeColor="text1" w:themeTint="D9"/>
          <w:sz w:val="36"/>
          <w:szCs w:val="36"/>
          <w:rtl/>
          <w:lang w:bidi="dv-MV"/>
        </w:rPr>
      </w:pPr>
    </w:p>
    <w:p w14:paraId="4D6EE07B" w14:textId="77777777" w:rsidR="00F209F0" w:rsidRDefault="00F209F0" w:rsidP="00F209F0">
      <w:pPr>
        <w:bidi/>
        <w:jc w:val="both"/>
        <w:rPr>
          <w:rFonts w:ascii="MV Utheemu" w:hAnsi="MV Utheemu" w:cs="MV Utheemu"/>
          <w:color w:val="262626" w:themeColor="text1" w:themeTint="D9"/>
          <w:sz w:val="36"/>
          <w:szCs w:val="36"/>
          <w:rtl/>
          <w:lang w:bidi="dv-MV"/>
        </w:rPr>
      </w:pPr>
    </w:p>
    <w:p w14:paraId="641731C5" w14:textId="77777777" w:rsidR="00F209F0" w:rsidRDefault="00F209F0" w:rsidP="00F209F0">
      <w:pPr>
        <w:bidi/>
        <w:jc w:val="both"/>
        <w:rPr>
          <w:rFonts w:ascii="MV Utheemu" w:hAnsi="MV Utheemu" w:cs="MV Utheemu"/>
          <w:color w:val="262626" w:themeColor="text1" w:themeTint="D9"/>
          <w:sz w:val="36"/>
          <w:szCs w:val="36"/>
          <w:lang w:bidi="dv-MV"/>
        </w:rPr>
      </w:pPr>
    </w:p>
    <w:p w14:paraId="37422951" w14:textId="2EB60D39" w:rsidR="00F543C0" w:rsidRPr="00F543C0" w:rsidRDefault="0096650A" w:rsidP="00F543C0">
      <w:pPr>
        <w:bidi/>
        <w:jc w:val="both"/>
        <w:rPr>
          <w:rFonts w:ascii="Arial" w:hAnsi="Arial" w:cs="MV Boli"/>
          <w:b/>
          <w:bCs/>
          <w:color w:val="262626" w:themeColor="text1" w:themeTint="D9"/>
          <w:sz w:val="36"/>
          <w:szCs w:val="36"/>
          <w:rtl/>
          <w:lang w:bidi="dv-MV"/>
        </w:rPr>
      </w:pPr>
      <w:r w:rsidRPr="00D1581F">
        <w:rPr>
          <w:rFonts w:ascii="Scheherazade New" w:hAnsi="Scheherazade New" w:cs="Scheherazade New"/>
          <w:b/>
          <w:bCs/>
          <w:color w:val="0F243E" w:themeColor="text2" w:themeShade="80"/>
          <w:sz w:val="36"/>
          <w:szCs w:val="36"/>
          <w:rtl/>
        </w:rPr>
        <w:lastRenderedPageBreak/>
        <w:t>۞</w:t>
      </w:r>
      <w:r w:rsidRPr="003D74BE">
        <w:rPr>
          <w:rFonts w:ascii="MV Utheemu" w:hAnsi="MV Utheemu" w:cs="MV Utheemu" w:hint="cs"/>
          <w:b/>
          <w:bCs/>
          <w:color w:val="262626" w:themeColor="text1" w:themeTint="D9"/>
          <w:sz w:val="36"/>
          <w:szCs w:val="36"/>
          <w:rtl/>
          <w:lang w:bidi="dv-MV"/>
        </w:rPr>
        <w:t xml:space="preserve"> </w:t>
      </w:r>
      <w:r w:rsidRPr="0096650A">
        <w:rPr>
          <w:rFonts w:ascii="AK Rasmee" w:hAnsi="AK Rasmee" w:cs="KFGQPC Uthman Taha Naskh"/>
          <w:b/>
          <w:bCs/>
          <w:color w:val="0F243E" w:themeColor="text2" w:themeShade="80"/>
          <w:sz w:val="36"/>
          <w:szCs w:val="36"/>
          <w:rtl/>
        </w:rPr>
        <w:t>تَمَام</w:t>
      </w:r>
      <w:r>
        <w:rPr>
          <w:rFonts w:ascii="AK Rasmee" w:hAnsi="AK Rasmee" w:cs="MV Boli" w:hint="cs"/>
          <w:b/>
          <w:bCs/>
          <w:color w:val="0F243E" w:themeColor="text2" w:themeShade="80"/>
          <w:sz w:val="36"/>
          <w:szCs w:val="36"/>
          <w:rtl/>
          <w:lang w:bidi="dv-MV"/>
        </w:rPr>
        <w:t xml:space="preserve"> </w:t>
      </w:r>
      <w:r w:rsidRPr="0096650A">
        <w:rPr>
          <w:rFonts w:ascii="MV Utheemu" w:hAnsi="MV Utheemu" w:cs="MV Utheemu" w:hint="cs"/>
          <w:b/>
          <w:bCs/>
          <w:color w:val="403152" w:themeColor="accent4" w:themeShade="80"/>
          <w:sz w:val="36"/>
          <w:szCs w:val="36"/>
          <w:rtl/>
          <w:lang w:bidi="dv-MV"/>
        </w:rPr>
        <w:t>ގެ</w:t>
      </w:r>
      <w:r w:rsidRPr="0096650A">
        <w:rPr>
          <w:rFonts w:ascii="MV Utheemu" w:hAnsi="MV Utheemu" w:cs="MV Utheemu"/>
          <w:b/>
          <w:bCs/>
          <w:color w:val="403152" w:themeColor="accent4" w:themeShade="80"/>
          <w:sz w:val="36"/>
          <w:szCs w:val="36"/>
          <w:rtl/>
          <w:lang w:bidi="dv-MV"/>
        </w:rPr>
        <w:t xml:space="preserve"> </w:t>
      </w:r>
      <w:r w:rsidRPr="0096650A">
        <w:rPr>
          <w:rFonts w:ascii="MV Utheemu" w:hAnsi="MV Utheemu" w:cs="MV Utheemu" w:hint="cs"/>
          <w:b/>
          <w:bCs/>
          <w:color w:val="403152" w:themeColor="accent4" w:themeShade="80"/>
          <w:sz w:val="36"/>
          <w:szCs w:val="36"/>
          <w:rtl/>
          <w:lang w:bidi="dv-MV"/>
        </w:rPr>
        <w:t>އިދިކޮޅު</w:t>
      </w:r>
      <w:r>
        <w:rPr>
          <w:rFonts w:ascii="MV Utheemu" w:hAnsi="MV Utheemu" w:cs="MV Utheemu" w:hint="cs"/>
          <w:b/>
          <w:bCs/>
          <w:color w:val="403152" w:themeColor="accent4" w:themeShade="80"/>
          <w:sz w:val="36"/>
          <w:szCs w:val="36"/>
          <w:rtl/>
          <w:lang w:bidi="dv-MV"/>
        </w:rPr>
        <w:t xml:space="preserve"> </w:t>
      </w:r>
      <w:r w:rsidRPr="0096650A">
        <w:rPr>
          <w:rFonts w:ascii="AK Rasmee" w:hAnsi="AK Rasmee" w:cs="KFGQPC Uthman Taha Naskh"/>
          <w:b/>
          <w:bCs/>
          <w:color w:val="0F243E" w:themeColor="text2" w:themeShade="80"/>
          <w:sz w:val="36"/>
          <w:szCs w:val="36"/>
          <w:rtl/>
        </w:rPr>
        <w:t>نقص</w:t>
      </w:r>
      <w:r>
        <w:rPr>
          <w:rFonts w:ascii="MV Utheemu" w:hAnsi="MV Utheemu" w:cs="MV Utheemu" w:hint="cs"/>
          <w:b/>
          <w:bCs/>
          <w:color w:val="403152" w:themeColor="accent4" w:themeShade="80"/>
          <w:sz w:val="36"/>
          <w:szCs w:val="36"/>
          <w:rtl/>
          <w:lang w:bidi="dv-MV"/>
        </w:rPr>
        <w:t xml:space="preserve"> އަދި</w:t>
      </w:r>
      <w:r w:rsidRPr="0096650A">
        <w:rPr>
          <w:rFonts w:cs="MV Boli" w:hint="cs"/>
          <w:rtl/>
          <w:lang w:bidi="dv-MV"/>
        </w:rPr>
        <w:t xml:space="preserve"> </w:t>
      </w:r>
      <w:r w:rsidRPr="0096650A">
        <w:rPr>
          <w:rFonts w:ascii="MV Utheemu" w:hAnsi="MV Utheemu" w:cs="MV Utheemu" w:hint="cs"/>
          <w:b/>
          <w:bCs/>
          <w:color w:val="403152" w:themeColor="accent4" w:themeShade="80"/>
          <w:sz w:val="36"/>
          <w:szCs w:val="36"/>
          <w:rtl/>
          <w:lang w:bidi="dv-MV"/>
        </w:rPr>
        <w:t>ބުޠުލާން</w:t>
      </w:r>
      <w:r w:rsidRPr="0096650A">
        <w:rPr>
          <w:rFonts w:ascii="MV Utheemu" w:hAnsi="MV Utheemu" w:cs="MV Utheemu"/>
          <w:b/>
          <w:bCs/>
          <w:color w:val="403152" w:themeColor="accent4" w:themeShade="80"/>
          <w:sz w:val="36"/>
          <w:szCs w:val="36"/>
          <w:rtl/>
          <w:lang w:bidi="dv-MV"/>
        </w:rPr>
        <w:t xml:space="preserve"> </w:t>
      </w:r>
      <w:r w:rsidRPr="0096650A">
        <w:rPr>
          <w:rFonts w:ascii="Arial" w:hAnsi="Arial" w:cs="MV Boli"/>
          <w:b/>
          <w:bCs/>
          <w:color w:val="262626" w:themeColor="text1" w:themeTint="D9"/>
          <w:sz w:val="36"/>
          <w:szCs w:val="36"/>
          <w:rtl/>
          <w:lang w:bidi="dv-MV"/>
        </w:rPr>
        <w:t xml:space="preserve"> </w:t>
      </w:r>
    </w:p>
    <w:tbl>
      <w:tblPr>
        <w:tblStyle w:val="TableGrid"/>
        <w:bidiVisual/>
        <w:tblW w:w="0" w:type="auto"/>
        <w:tblLook w:val="04A0" w:firstRow="1" w:lastRow="0" w:firstColumn="1" w:lastColumn="0" w:noHBand="0" w:noVBand="1"/>
      </w:tblPr>
      <w:tblGrid>
        <w:gridCol w:w="10250"/>
      </w:tblGrid>
      <w:tr w:rsidR="00F543C0" w14:paraId="7B603754" w14:textId="77777777" w:rsidTr="00F057B6">
        <w:tc>
          <w:tcPr>
            <w:tcW w:w="10250" w:type="dxa"/>
            <w:shd w:val="clear" w:color="auto" w:fill="DBE5F1" w:themeFill="accent1" w:themeFillTint="33"/>
          </w:tcPr>
          <w:p w14:paraId="0037E531" w14:textId="5BEEAF6A" w:rsidR="00F543C0" w:rsidRPr="005550F3" w:rsidRDefault="00F543C0" w:rsidP="0040149D">
            <w:pPr>
              <w:bidi/>
              <w:jc w:val="both"/>
              <w:rPr>
                <w:rFonts w:ascii="MV Utheemu" w:hAnsi="MV Utheemu" w:cs="MV Utheemu"/>
                <w:rtl/>
                <w:lang w:bidi="dv-MV"/>
              </w:rPr>
            </w:pPr>
            <w:r>
              <w:rPr>
                <w:rFonts w:ascii="Scheherazade New" w:hAnsi="Scheherazade New" w:cs="Scheherazade New"/>
                <w:color w:val="262626" w:themeColor="text1" w:themeTint="D9"/>
                <w:sz w:val="32"/>
                <w:szCs w:val="32"/>
              </w:rPr>
              <w:sym w:font="KFGQPC Arabic Symbols 01" w:char="F045"/>
            </w:r>
            <w:r w:rsidR="00F46D64">
              <w:rPr>
                <w:rFonts w:ascii="Scheherazade New" w:hAnsi="Scheherazade New" w:cs="Scheherazade New"/>
                <w:color w:val="262626" w:themeColor="text1" w:themeTint="D9"/>
                <w:sz w:val="32"/>
                <w:szCs w:val="32"/>
              </w:rPr>
              <w:t xml:space="preserve"> </w:t>
            </w:r>
            <w:r w:rsidR="00F46D64">
              <w:rPr>
                <w:rFonts w:ascii="Arabic Typesetting" w:hAnsi="Arabic Typesetting" w:cs="Arabic Typesetting"/>
                <w:color w:val="262626" w:themeColor="text1" w:themeTint="D9"/>
              </w:rPr>
              <w:sym w:font="KFGQPC Arabic Symbols 01" w:char="F025"/>
            </w:r>
            <w:r w:rsidRPr="003F450E">
              <w:rPr>
                <w:rFonts w:ascii="Scheherazade New" w:hAnsi="Scheherazade New" w:cs="Scheherazade New"/>
                <w:b/>
                <w:color w:val="262626" w:themeColor="text1" w:themeTint="D9"/>
                <w:sz w:val="32"/>
                <w:szCs w:val="32"/>
                <w:rtl/>
              </w:rPr>
              <w:t xml:space="preserve"> </w:t>
            </w:r>
            <w:r>
              <w:rPr>
                <w:rFonts w:ascii="MV Utheemu" w:hAnsi="MV Utheemu" w:cs="MV Utheemu" w:hint="cs"/>
                <w:color w:val="262626" w:themeColor="text1" w:themeTint="D9"/>
                <w:rtl/>
                <w:lang w:bidi="dv-MV"/>
              </w:rPr>
              <w:t>ވަޙީކުރެއްވިއެވެ.</w:t>
            </w:r>
            <w:r w:rsidRPr="00DC3178">
              <w:rPr>
                <w:rFonts w:ascii="MV Utheemu" w:hAnsi="MV Utheemu" w:cs="MV Utheemu"/>
                <w:color w:val="262626" w:themeColor="text1" w:themeTint="D9"/>
                <w:rtl/>
                <w:lang w:bidi="dv-MV"/>
              </w:rPr>
              <w:t xml:space="preserve"> </w:t>
            </w:r>
            <w:r w:rsidRPr="002F4CCB">
              <w:rPr>
                <w:rFonts w:ascii="Scheherazade New" w:hAnsi="Scheherazade New" w:cs="Scheherazade New"/>
                <w:b/>
                <w:color w:val="262626" w:themeColor="text1" w:themeTint="D9"/>
                <w:sz w:val="32"/>
                <w:szCs w:val="32"/>
                <w:rtl/>
              </w:rPr>
              <w:t>﴿</w:t>
            </w:r>
            <w:r w:rsidRPr="002F4CCB">
              <w:rPr>
                <w:rtl/>
              </w:rPr>
              <w:t xml:space="preserve"> </w:t>
            </w:r>
            <w:r w:rsidR="0040149D" w:rsidRPr="0040149D">
              <w:rPr>
                <w:rFonts w:ascii="Scheherazade New" w:hAnsi="Scheherazade New" w:cs="Scheherazade New"/>
                <w:b/>
                <w:color w:val="262626" w:themeColor="text1" w:themeTint="D9"/>
                <w:sz w:val="32"/>
                <w:szCs w:val="32"/>
                <w:rtl/>
              </w:rPr>
              <w:t>وَلَقَدْ أُوحِيَ إِلَيْكَ وَإِلَى الَّذِينَ مِن قَبْلِكَ لَئِنْ أَشْرَكْتَ لَي</w:t>
            </w:r>
            <w:r w:rsidR="0040149D" w:rsidRPr="00F46D64">
              <w:rPr>
                <w:rFonts w:ascii="Scheherazade New" w:hAnsi="Scheherazade New" w:cs="Scheherazade New"/>
                <w:b/>
                <w:color w:val="262626" w:themeColor="text1" w:themeTint="D9"/>
                <w:sz w:val="32"/>
                <w:szCs w:val="32"/>
                <w:u w:val="single"/>
                <w:rtl/>
              </w:rPr>
              <w:t>َحْبَطَنَّ</w:t>
            </w:r>
            <w:r w:rsidR="0040149D" w:rsidRPr="0040149D">
              <w:rPr>
                <w:rFonts w:ascii="Scheherazade New" w:hAnsi="Scheherazade New" w:cs="Scheherazade New"/>
                <w:b/>
                <w:color w:val="262626" w:themeColor="text1" w:themeTint="D9"/>
                <w:sz w:val="32"/>
                <w:szCs w:val="32"/>
                <w:rtl/>
              </w:rPr>
              <w:t xml:space="preserve"> عَمَلُكَ وَلَتَكُونَنَّ مِنَ الْخ</w:t>
            </w:r>
            <w:r w:rsidR="0040149D" w:rsidRPr="00F46D64">
              <w:rPr>
                <w:rFonts w:ascii="Scheherazade New" w:hAnsi="Scheherazade New" w:cs="Scheherazade New"/>
                <w:b/>
                <w:color w:val="262626" w:themeColor="text1" w:themeTint="D9"/>
                <w:sz w:val="32"/>
                <w:szCs w:val="32"/>
                <w:u w:val="single"/>
                <w:rtl/>
              </w:rPr>
              <w:t>َاسِرِينَ</w:t>
            </w:r>
            <w:r w:rsidRPr="003F450E">
              <w:rPr>
                <w:rFonts w:ascii="Scheherazade New" w:hAnsi="Scheherazade New" w:cs="Scheherazade New"/>
                <w:b/>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0F735A">
              <w:rPr>
                <w:rFonts w:ascii="Scheherazade New" w:hAnsi="Scheherazade New" w:cs="Scheherazade New"/>
                <w:szCs w:val="24"/>
                <w:rtl/>
              </w:rPr>
              <w:t>[</w:t>
            </w:r>
            <w:r w:rsidR="0040149D" w:rsidRPr="0040149D">
              <w:rPr>
                <w:rFonts w:ascii="Scheherazade New" w:hAnsi="Scheherazade New" w:cs="Scheherazade New"/>
                <w:szCs w:val="24"/>
                <w:rtl/>
              </w:rPr>
              <w:t>سورة الزمر - الآية 65</w:t>
            </w:r>
            <w:r w:rsidRPr="000F735A">
              <w:rPr>
                <w:rFonts w:ascii="Scheherazade New" w:hAnsi="Scheherazade New" w:cs="Scheherazade New"/>
                <w:szCs w:val="24"/>
                <w:rtl/>
              </w:rPr>
              <w:t xml:space="preserve">] </w:t>
            </w:r>
            <w:r w:rsidRPr="002F4CCB">
              <w:rPr>
                <w:rFonts w:ascii="MV Utheemu" w:hAnsi="MV Utheemu" w:cs="MV Utheemu" w:hint="cs"/>
                <w:rtl/>
                <w:lang w:bidi="dv-MV"/>
              </w:rPr>
              <w:t>"</w:t>
            </w:r>
            <w:r w:rsidR="0040149D">
              <w:rPr>
                <w:rFonts w:cs="MV Boli" w:hint="cs"/>
                <w:rtl/>
                <w:lang w:bidi="dv-MV"/>
              </w:rPr>
              <w:t xml:space="preserve"> </w:t>
            </w:r>
            <w:r w:rsidR="0040149D" w:rsidRPr="0040149D">
              <w:rPr>
                <w:rFonts w:ascii="MV Utheemu" w:hAnsi="MV Utheemu" w:cs="MV Utheemu" w:hint="cs"/>
                <w:rtl/>
                <w:lang w:bidi="dv-MV"/>
              </w:rPr>
              <w:t>އަދި</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ހަމަކަށަވަރުން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ކަލޭގެފާނަށް</w:t>
            </w:r>
            <w:r w:rsidR="0040149D" w:rsidRPr="0040149D">
              <w:rPr>
                <w:rFonts w:ascii="MV Utheemu" w:hAnsi="MV Utheemu" w:cs="MV Utheemu"/>
                <w:rtl/>
                <w:lang w:bidi="dv-MV"/>
              </w:rPr>
              <w:t xml:space="preserve"> </w:t>
            </w:r>
            <w:r w:rsidR="00F46D64" w:rsidRPr="00F46D64">
              <w:rPr>
                <w:rFonts w:ascii="MV Utheemu" w:hAnsi="MV Utheemu"/>
                <w:b/>
                <w:rtl/>
              </w:rPr>
              <w:t>و</w:t>
            </w:r>
            <w:r w:rsidR="00F46D64" w:rsidRPr="00F46D64">
              <w:rPr>
                <w:rFonts w:ascii="MV Utheemu" w:hAnsi="MV Utheemu" w:hint="cs"/>
                <w:b/>
                <w:rtl/>
              </w:rPr>
              <w:t>َ</w:t>
            </w:r>
            <w:r w:rsidR="00F46D64" w:rsidRPr="00F46D64">
              <w:rPr>
                <w:rFonts w:ascii="MV Utheemu" w:hAnsi="MV Utheemu"/>
                <w:b/>
                <w:rtl/>
              </w:rPr>
              <w:t>ح</w:t>
            </w:r>
            <w:r w:rsidR="00F46D64">
              <w:rPr>
                <w:rFonts w:ascii="MV Utheemu" w:hAnsi="MV Utheemu" w:hint="cs"/>
                <w:b/>
                <w:rtl/>
              </w:rPr>
              <w:t>ِ</w:t>
            </w:r>
            <w:r w:rsidR="00F46D64" w:rsidRPr="00F46D64">
              <w:rPr>
                <w:rFonts w:ascii="MV Utheemu" w:hAnsi="MV Utheemu"/>
                <w:b/>
                <w:rtl/>
              </w:rPr>
              <w:t>ي</w:t>
            </w:r>
            <w:r w:rsidR="00F46D64">
              <w:rPr>
                <w:rFonts w:ascii="MV Utheemu" w:hAnsi="MV Utheemu" w:hint="cs"/>
                <w:b/>
                <w:rtl/>
              </w:rPr>
              <w:t>ْ</w:t>
            </w:r>
            <w:r w:rsidR="0040149D" w:rsidRPr="0040149D">
              <w:rPr>
                <w:rFonts w:ascii="MV Utheemu" w:hAnsi="MV Utheemu" w:cs="Times New Roman"/>
                <w:rtl/>
              </w:rPr>
              <w:t xml:space="preserve"> </w:t>
            </w:r>
            <w:r w:rsidR="0040149D" w:rsidRPr="0040149D">
              <w:rPr>
                <w:rFonts w:ascii="MV Utheemu" w:hAnsi="MV Utheemu" w:cs="MV Utheemu" w:hint="cs"/>
                <w:rtl/>
                <w:lang w:bidi="dv-MV"/>
              </w:rPr>
              <w:t>ކުރެއްވިގެންވަނީ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އަދި</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ކަލޭގެފާނުންގެ</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ކުރީގެ</w:t>
            </w:r>
            <w:r w:rsidR="0040149D" w:rsidRPr="0040149D">
              <w:rPr>
                <w:rFonts w:ascii="MV Utheemu" w:hAnsi="MV Utheemu" w:cs="MV Utheemu"/>
                <w:rtl/>
                <w:lang w:bidi="dv-MV"/>
              </w:rPr>
              <w:t xml:space="preserve"> </w:t>
            </w:r>
            <w:r w:rsidR="0040149D" w:rsidRPr="00F46D64">
              <w:rPr>
                <w:rFonts w:ascii="MV Utheemu" w:hAnsi="MV Utheemu"/>
                <w:b/>
                <w:rtl/>
              </w:rPr>
              <w:t>رَسُوْل</w:t>
            </w:r>
            <w:r w:rsidR="00F46D64">
              <w:rPr>
                <w:rFonts w:ascii="MV Utheemu" w:hAnsi="MV Utheemu" w:hint="cs"/>
                <w:b/>
                <w:rtl/>
              </w:rPr>
              <w:t>ُ</w:t>
            </w:r>
            <w:r w:rsidR="0040149D" w:rsidRPr="0040149D">
              <w:rPr>
                <w:rFonts w:ascii="MV Utheemu" w:hAnsi="MV Utheemu" w:cs="Times New Roman"/>
                <w:rtl/>
              </w:rPr>
              <w:t xml:space="preserve"> </w:t>
            </w:r>
            <w:r w:rsidR="0040149D" w:rsidRPr="0040149D">
              <w:rPr>
                <w:rFonts w:ascii="MV Utheemu" w:hAnsi="MV Utheemu" w:cs="MV Utheemu" w:hint="cs"/>
                <w:rtl/>
                <w:lang w:bidi="dv-MV"/>
              </w:rPr>
              <w:t>ބޭކަލުންނަށްވެސް</w:t>
            </w:r>
            <w:r w:rsidR="0040149D" w:rsidRPr="0040149D">
              <w:rPr>
                <w:rFonts w:ascii="MV Utheemu" w:hAnsi="MV Utheemu" w:cs="MV Utheemu"/>
                <w:rtl/>
                <w:lang w:bidi="dv-MV"/>
              </w:rPr>
              <w:t xml:space="preserve"> </w:t>
            </w:r>
            <w:r w:rsidR="0040149D" w:rsidRPr="00F46D64">
              <w:rPr>
                <w:rFonts w:ascii="MV Utheemu" w:hAnsi="MV Utheemu"/>
                <w:b/>
                <w:rtl/>
              </w:rPr>
              <w:t>و</w:t>
            </w:r>
            <w:r w:rsidR="00F46D64" w:rsidRPr="00F46D64">
              <w:rPr>
                <w:rFonts w:ascii="MV Utheemu" w:hAnsi="MV Utheemu" w:hint="cs"/>
                <w:b/>
                <w:rtl/>
              </w:rPr>
              <w:t>َ</w:t>
            </w:r>
            <w:r w:rsidR="0040149D" w:rsidRPr="00F46D64">
              <w:rPr>
                <w:rFonts w:ascii="MV Utheemu" w:hAnsi="MV Utheemu"/>
                <w:b/>
                <w:rtl/>
              </w:rPr>
              <w:t>ح</w:t>
            </w:r>
            <w:r w:rsidR="00F46D64">
              <w:rPr>
                <w:rFonts w:ascii="MV Utheemu" w:hAnsi="MV Utheemu" w:hint="cs"/>
                <w:b/>
                <w:rtl/>
              </w:rPr>
              <w:t>ِ</w:t>
            </w:r>
            <w:r w:rsidR="0040149D" w:rsidRPr="00F46D64">
              <w:rPr>
                <w:rFonts w:ascii="MV Utheemu" w:hAnsi="MV Utheemu"/>
                <w:b/>
                <w:rtl/>
              </w:rPr>
              <w:t>ي</w:t>
            </w:r>
            <w:r w:rsidR="00F46D64">
              <w:rPr>
                <w:rFonts w:ascii="MV Utheemu" w:hAnsi="MV Utheemu" w:hint="cs"/>
                <w:b/>
                <w:rtl/>
              </w:rPr>
              <w:t>ْ</w:t>
            </w:r>
            <w:r w:rsidR="0040149D" w:rsidRPr="0040149D">
              <w:rPr>
                <w:rFonts w:ascii="MV Utheemu" w:hAnsi="MV Utheemu" w:cs="Times New Roman"/>
                <w:rtl/>
              </w:rPr>
              <w:t xml:space="preserve"> </w:t>
            </w:r>
            <w:r w:rsidR="0040149D" w:rsidRPr="0040149D">
              <w:rPr>
                <w:rFonts w:ascii="MV Utheemu" w:hAnsi="MV Utheemu" w:cs="MV Utheemu" w:hint="cs"/>
                <w:rtl/>
                <w:lang w:bidi="dv-MV"/>
              </w:rPr>
              <w:t>އިއްވެވިގެން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ވާނީ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އެބޭކަލުންވެސް</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އަދި</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ކަލޭގެފާނުވެސް</w:t>
            </w:r>
            <w:r w:rsidR="0040149D" w:rsidRPr="0040149D">
              <w:rPr>
                <w:rFonts w:ascii="MV Utheemu" w:hAnsi="MV Utheemu" w:cs="MV Utheemu"/>
                <w:rtl/>
                <w:lang w:bidi="dv-MV"/>
              </w:rPr>
              <w:t xml:space="preserve"> </w:t>
            </w:r>
            <w:r w:rsidR="0040149D" w:rsidRPr="00F46D64">
              <w:rPr>
                <w:rFonts w:ascii="MV Utheemu" w:hAnsi="MV Utheemu"/>
                <w:b/>
                <w:rtl/>
              </w:rPr>
              <w:t>ش</w:t>
            </w:r>
            <w:r w:rsidR="00F46D64">
              <w:rPr>
                <w:rFonts w:ascii="MV Utheemu" w:hAnsi="MV Utheemu" w:hint="cs"/>
                <w:b/>
                <w:rtl/>
              </w:rPr>
              <w:t>ِ</w:t>
            </w:r>
            <w:r w:rsidR="0040149D" w:rsidRPr="00F46D64">
              <w:rPr>
                <w:rFonts w:ascii="MV Utheemu" w:hAnsi="MV Utheemu"/>
                <w:b/>
                <w:rtl/>
              </w:rPr>
              <w:t>ر</w:t>
            </w:r>
            <w:r w:rsidR="00F46D64">
              <w:rPr>
                <w:rFonts w:ascii="MV Utheemu" w:hAnsi="MV Utheemu" w:hint="cs"/>
                <w:b/>
                <w:rtl/>
              </w:rPr>
              <w:t>ُ</w:t>
            </w:r>
            <w:r w:rsidR="0040149D" w:rsidRPr="00F46D64">
              <w:rPr>
                <w:rFonts w:ascii="MV Utheemu" w:hAnsi="MV Utheemu"/>
                <w:b/>
                <w:rtl/>
              </w:rPr>
              <w:t>ك</w:t>
            </w:r>
            <w:r w:rsidR="00F46D64">
              <w:rPr>
                <w:rFonts w:ascii="MV Utheemu" w:hAnsi="MV Utheemu" w:hint="cs"/>
                <w:b/>
                <w:rtl/>
              </w:rPr>
              <w:t>ُ</w:t>
            </w:r>
            <w:r w:rsidR="0040149D" w:rsidRPr="0040149D">
              <w:rPr>
                <w:rFonts w:ascii="MV Utheemu" w:hAnsi="MV Utheemu" w:cs="Times New Roman"/>
                <w:rtl/>
              </w:rPr>
              <w:t xml:space="preserve"> </w:t>
            </w:r>
            <w:r w:rsidR="0040149D" w:rsidRPr="0040149D">
              <w:rPr>
                <w:rFonts w:ascii="MV Utheemu" w:hAnsi="MV Utheemu" w:cs="MV Utheemu" w:hint="cs"/>
                <w:rtl/>
                <w:lang w:bidi="dv-MV"/>
              </w:rPr>
              <w:t>ކޮށްފިއްޔާ</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ހަމަކަށަވަރުން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ކަލޭގެފާނު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ކުރެއްވި</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އެންމެހައި</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ހެޔޮ</w:t>
            </w:r>
            <w:r w:rsidR="0040149D" w:rsidRPr="0040149D">
              <w:rPr>
                <w:rFonts w:ascii="MV Utheemu" w:hAnsi="MV Utheemu" w:cs="MV Utheemu"/>
                <w:rtl/>
                <w:lang w:bidi="dv-MV"/>
              </w:rPr>
              <w:t xml:space="preserve"> </w:t>
            </w:r>
            <w:r w:rsidR="00F46D64" w:rsidRPr="00F46D64">
              <w:rPr>
                <w:rFonts w:ascii="MV Utheemu" w:hAnsi="MV Utheemu"/>
                <w:b/>
                <w:rtl/>
              </w:rPr>
              <w:t>عَمَل</w:t>
            </w:r>
            <w:r w:rsidR="00F46D64">
              <w:rPr>
                <w:rFonts w:ascii="MV Utheemu" w:hAnsi="MV Utheemu" w:hint="cs"/>
                <w:b/>
                <w:rtl/>
              </w:rPr>
              <w:t>ُ</w:t>
            </w:r>
            <w:r w:rsidR="00F46D64" w:rsidRPr="00F46D64">
              <w:rPr>
                <w:rFonts w:ascii="MV Utheemu" w:hAnsi="MV Utheemu"/>
                <w:b/>
                <w:rtl/>
              </w:rPr>
              <w:t xml:space="preserve"> بَاطِل</w:t>
            </w:r>
            <w:r w:rsidR="00F46D64">
              <w:rPr>
                <w:rFonts w:ascii="MV Utheemu" w:hAnsi="MV Utheemu" w:hint="cs"/>
                <w:b/>
                <w:rtl/>
              </w:rPr>
              <w:t>ُ</w:t>
            </w:r>
            <w:r w:rsidR="0040149D" w:rsidRPr="0040149D">
              <w:rPr>
                <w:rFonts w:ascii="MV Utheemu" w:hAnsi="MV Utheemu" w:cs="Times New Roman"/>
                <w:rtl/>
              </w:rPr>
              <w:t xml:space="preserve"> </w:t>
            </w:r>
            <w:r w:rsidR="0040149D" w:rsidRPr="0040149D">
              <w:rPr>
                <w:rFonts w:ascii="MV Utheemu" w:hAnsi="MV Utheemu" w:cs="MV Utheemu" w:hint="cs"/>
                <w:rtl/>
                <w:lang w:bidi="dv-MV"/>
              </w:rPr>
              <w:t>ކުރައްވާނެކަމަށެވެ</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އަދި</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ހަމަކަށަވަރުން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އޭރުން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ކަލޭގެފާނުވާނީ</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ގެއްލި</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ހަލާކުވެގެންވާ</w:t>
            </w:r>
            <w:r w:rsidR="0040149D" w:rsidRPr="0040149D">
              <w:rPr>
                <w:rFonts w:ascii="MV Utheemu" w:hAnsi="MV Utheemu" w:cs="MV Utheemu"/>
                <w:rtl/>
                <w:lang w:bidi="dv-MV"/>
              </w:rPr>
              <w:t xml:space="preserve"> </w:t>
            </w:r>
            <w:r w:rsidR="0040149D" w:rsidRPr="0040149D">
              <w:rPr>
                <w:rFonts w:ascii="MV Utheemu" w:hAnsi="MV Utheemu" w:cs="MV Utheemu" w:hint="cs"/>
                <w:rtl/>
                <w:lang w:bidi="dv-MV"/>
              </w:rPr>
              <w:t>މީހުންގެތެރެއިންނެވެ</w:t>
            </w:r>
            <w:r w:rsidR="0040149D" w:rsidRPr="0040149D">
              <w:rPr>
                <w:rFonts w:ascii="MV Utheemu" w:hAnsi="MV Utheemu" w:cs="MV Utheemu"/>
                <w:rtl/>
                <w:lang w:bidi="dv-MV"/>
              </w:rPr>
              <w:t>.</w:t>
            </w:r>
            <w:r>
              <w:rPr>
                <w:rFonts w:ascii="MV Utheemu" w:hAnsi="MV Utheemu" w:cs="MV Utheemu" w:hint="cs"/>
                <w:rtl/>
                <w:lang w:bidi="dv-MV"/>
              </w:rPr>
              <w:t>"</w:t>
            </w:r>
          </w:p>
        </w:tc>
      </w:tr>
    </w:tbl>
    <w:p w14:paraId="65DDFA50" w14:textId="77777777" w:rsidR="00F543C0" w:rsidRPr="002203A5" w:rsidRDefault="00F543C0" w:rsidP="002E6084">
      <w:pPr>
        <w:bidi/>
        <w:jc w:val="both"/>
        <w:rPr>
          <w:rFonts w:ascii="MV Utheemu" w:hAnsi="MV Utheemu" w:cs="MV Utheemu"/>
          <w:color w:val="262626" w:themeColor="text1" w:themeTint="D9"/>
          <w:sz w:val="20"/>
          <w:szCs w:val="20"/>
          <w:rtl/>
          <w:lang w:bidi="dv-MV"/>
        </w:rPr>
      </w:pPr>
    </w:p>
    <w:p w14:paraId="36BBF893" w14:textId="32DA49F4" w:rsidR="00CA61CD" w:rsidRDefault="00CA61CD" w:rsidP="00C0278B">
      <w:pPr>
        <w:bidi/>
        <w:jc w:val="both"/>
        <w:rPr>
          <w:rFonts w:ascii="MV Utheemu" w:hAnsi="MV Utheemu" w:cs="MV Utheemu"/>
          <w:color w:val="262626" w:themeColor="text1" w:themeTint="D9"/>
          <w:sz w:val="36"/>
          <w:szCs w:val="36"/>
          <w:rtl/>
          <w:lang w:bidi="dv-MV"/>
        </w:rPr>
      </w:pPr>
      <w:r w:rsidRPr="00C0278B">
        <w:rPr>
          <w:rFonts w:ascii="Arial" w:hAnsi="Arial" w:cs="KFGQPC Uthman Taha Naskh" w:hint="cs"/>
          <w:b/>
          <w:bCs/>
          <w:color w:val="262626" w:themeColor="text1" w:themeTint="D9"/>
          <w:sz w:val="36"/>
          <w:szCs w:val="36"/>
          <w:rtl/>
        </w:rPr>
        <w:t>تَمَام</w:t>
      </w:r>
      <w:r w:rsidRPr="00CA61CD">
        <w:rPr>
          <w:rFonts w:ascii="MV Utheemu" w:hAnsi="MV Utheemu" w:cs="MV Utheemu"/>
          <w:color w:val="262626" w:themeColor="text1" w:themeTint="D9"/>
          <w:sz w:val="36"/>
          <w:szCs w:val="36"/>
          <w:rtl/>
        </w:rPr>
        <w:t> (</w:t>
      </w:r>
      <w:r w:rsidR="00DF32BB">
        <w:rPr>
          <w:rFonts w:ascii="MV Utheemu" w:hAnsi="MV Utheemu" w:cs="MV Utheemu" w:hint="cs"/>
          <w:color w:val="262626" w:themeColor="text1" w:themeTint="D9"/>
          <w:sz w:val="36"/>
          <w:szCs w:val="36"/>
          <w:rtl/>
          <w:lang w:bidi="dv-MV"/>
        </w:rPr>
        <w:t>ފުރިހަމަކަމުގެ)</w:t>
      </w:r>
      <w:r w:rsidRPr="00CA61CD">
        <w:rPr>
          <w:rFonts w:ascii="MV Utheemu" w:hAnsi="MV Utheemu" w:cs="MV Utheemu"/>
          <w:color w:val="262626" w:themeColor="text1" w:themeTint="D9"/>
          <w:sz w:val="36"/>
          <w:szCs w:val="36"/>
          <w:rtl/>
          <w:lang w:bidi="dv-MV"/>
        </w:rPr>
        <w:t xml:space="preserve"> </w:t>
      </w:r>
      <w:r w:rsidR="00DF32BB">
        <w:rPr>
          <w:rFonts w:ascii="MV Utheemu" w:hAnsi="MV Utheemu" w:cs="MV Utheemu" w:hint="cs"/>
          <w:color w:val="262626" w:themeColor="text1" w:themeTint="D9"/>
          <w:sz w:val="36"/>
          <w:szCs w:val="36"/>
          <w:rtl/>
          <w:lang w:bidi="dv-MV"/>
        </w:rPr>
        <w:t>އިދިކޮޅަކީ</w:t>
      </w:r>
      <w:r w:rsidRPr="00CA61CD">
        <w:rPr>
          <w:rFonts w:ascii="MV Utheemu" w:hAnsi="MV Utheemu" w:cs="MV Utheemu"/>
          <w:color w:val="262626" w:themeColor="text1" w:themeTint="D9"/>
          <w:sz w:val="36"/>
          <w:szCs w:val="36"/>
          <w:rtl/>
          <w:lang w:bidi="dv-MV"/>
        </w:rPr>
        <w:t xml:space="preserve"> ގޮތުގައި</w:t>
      </w:r>
      <w:r w:rsidRPr="00CA61CD">
        <w:rPr>
          <w:rFonts w:ascii="MV Utheemu" w:hAnsi="MV Utheemu" w:cs="MV Utheemu"/>
          <w:color w:val="262626" w:themeColor="text1" w:themeTint="D9"/>
          <w:sz w:val="36"/>
          <w:szCs w:val="36"/>
          <w:rtl/>
        </w:rPr>
        <w:t> </w:t>
      </w:r>
      <w:r w:rsidRPr="00C0278B">
        <w:rPr>
          <w:rFonts w:ascii="Arial" w:hAnsi="Arial" w:cs="KFGQPC Uthman Taha Naskh" w:hint="cs"/>
          <w:b/>
          <w:bCs/>
          <w:color w:val="262626" w:themeColor="text1" w:themeTint="D9"/>
          <w:sz w:val="36"/>
          <w:szCs w:val="36"/>
          <w:rtl/>
        </w:rPr>
        <w:t>نقص</w:t>
      </w:r>
      <w:r w:rsidRPr="00C0278B">
        <w:rPr>
          <w:rFonts w:ascii="Cambria" w:hAnsi="Cambria" w:cs="Cambria" w:hint="cs"/>
          <w:b/>
          <w:bCs/>
          <w:color w:val="262626" w:themeColor="text1" w:themeTint="D9"/>
          <w:sz w:val="36"/>
          <w:szCs w:val="36"/>
          <w:rtl/>
        </w:rPr>
        <w:t> </w:t>
      </w:r>
      <w:r w:rsidRPr="00CA61CD">
        <w:rPr>
          <w:rFonts w:ascii="MV Utheemu" w:hAnsi="MV Utheemu" w:cs="MV Utheemu"/>
          <w:color w:val="262626" w:themeColor="text1" w:themeTint="D9"/>
          <w:sz w:val="36"/>
          <w:szCs w:val="36"/>
          <w:rtl/>
        </w:rPr>
        <w:t>(</w:t>
      </w:r>
      <w:r w:rsidRPr="00CA61CD">
        <w:rPr>
          <w:rFonts w:ascii="MV Utheemu" w:hAnsi="MV Utheemu" w:cs="MV Utheemu"/>
          <w:color w:val="262626" w:themeColor="text1" w:themeTint="D9"/>
          <w:sz w:val="36"/>
          <w:szCs w:val="36"/>
          <w:rtl/>
          <w:lang w:bidi="dv-MV"/>
        </w:rPr>
        <w:t>އުނިކަން)</w:t>
      </w:r>
      <w:r w:rsidR="00DF32BB">
        <w:rPr>
          <w:rFonts w:ascii="MV Utheemu" w:hAnsi="MV Utheemu" w:cs="MV Utheemu" w:hint="cs"/>
          <w:color w:val="262626" w:themeColor="text1" w:themeTint="D9"/>
          <w:sz w:val="36"/>
          <w:szCs w:val="36"/>
          <w:rtl/>
          <w:lang w:bidi="dv-MV"/>
        </w:rPr>
        <w:t xml:space="preserve"> </w:t>
      </w:r>
      <w:r w:rsidRPr="00CA61CD">
        <w:rPr>
          <w:rFonts w:ascii="MV Utheemu" w:hAnsi="MV Utheemu" w:cs="MV Utheemu"/>
          <w:color w:val="262626" w:themeColor="text1" w:themeTint="D9"/>
          <w:sz w:val="36"/>
          <w:szCs w:val="36"/>
          <w:rtl/>
          <w:lang w:bidi="dv-MV"/>
        </w:rPr>
        <w:t>އަދި</w:t>
      </w:r>
      <w:r w:rsidRPr="00CA61CD">
        <w:rPr>
          <w:rFonts w:ascii="MV Utheemu" w:hAnsi="MV Utheemu" w:cs="MV Utheemu"/>
          <w:color w:val="262626" w:themeColor="text1" w:themeTint="D9"/>
          <w:sz w:val="36"/>
          <w:szCs w:val="36"/>
          <w:rtl/>
        </w:rPr>
        <w:t> </w:t>
      </w:r>
      <w:r w:rsidRPr="00C0278B">
        <w:rPr>
          <w:rFonts w:ascii="Arial" w:hAnsi="Arial" w:cs="KFGQPC Uthman Taha Naskh" w:hint="cs"/>
          <w:b/>
          <w:bCs/>
          <w:color w:val="262626" w:themeColor="text1" w:themeTint="D9"/>
          <w:sz w:val="36"/>
          <w:szCs w:val="36"/>
          <w:rtl/>
        </w:rPr>
        <w:t>عدم</w:t>
      </w:r>
      <w:r w:rsidRPr="00C0278B">
        <w:rPr>
          <w:rFonts w:ascii="MV Utheemu" w:hAnsi="MV Utheemu" w:cs="KFGQPC Uthman Taha Naskh"/>
          <w:b/>
          <w:bCs/>
          <w:color w:val="262626" w:themeColor="text1" w:themeTint="D9"/>
          <w:sz w:val="36"/>
          <w:szCs w:val="36"/>
          <w:rtl/>
        </w:rPr>
        <w:t xml:space="preserve"> </w:t>
      </w:r>
      <w:r w:rsidRPr="00C0278B">
        <w:rPr>
          <w:rFonts w:ascii="Arial" w:hAnsi="Arial" w:cs="KFGQPC Uthman Taha Naskh" w:hint="cs"/>
          <w:b/>
          <w:bCs/>
          <w:color w:val="262626" w:themeColor="text1" w:themeTint="D9"/>
          <w:sz w:val="36"/>
          <w:szCs w:val="36"/>
          <w:rtl/>
        </w:rPr>
        <w:t>الإتمام</w:t>
      </w:r>
      <w:r w:rsidRPr="00C0278B">
        <w:rPr>
          <w:rFonts w:ascii="Cambria" w:hAnsi="Cambria" w:cs="Cambria" w:hint="cs"/>
          <w:b/>
          <w:bCs/>
          <w:color w:val="262626" w:themeColor="text1" w:themeTint="D9"/>
          <w:sz w:val="36"/>
          <w:szCs w:val="36"/>
          <w:rtl/>
        </w:rPr>
        <w:t> </w:t>
      </w:r>
      <w:r w:rsidRPr="00CA61CD">
        <w:rPr>
          <w:rFonts w:ascii="MV Utheemu" w:hAnsi="MV Utheemu" w:cs="MV Utheemu"/>
          <w:color w:val="262626" w:themeColor="text1" w:themeTint="D9"/>
          <w:sz w:val="36"/>
          <w:szCs w:val="36"/>
          <w:rtl/>
        </w:rPr>
        <w:t>(</w:t>
      </w:r>
      <w:r w:rsidRPr="00CA61CD">
        <w:rPr>
          <w:rFonts w:ascii="MV Utheemu" w:hAnsi="MV Utheemu" w:cs="MV Utheemu"/>
          <w:color w:val="262626" w:themeColor="text1" w:themeTint="D9"/>
          <w:sz w:val="36"/>
          <w:szCs w:val="36"/>
          <w:rtl/>
          <w:lang w:bidi="dv-MV"/>
        </w:rPr>
        <w:t xml:space="preserve">ނުނިމިދިއުން) </w:t>
      </w:r>
      <w:r w:rsidR="00DF32BB">
        <w:rPr>
          <w:rFonts w:ascii="MV Utheemu" w:hAnsi="MV Utheemu" w:cs="MV Utheemu" w:hint="cs"/>
          <w:color w:val="262626" w:themeColor="text1" w:themeTint="D9"/>
          <w:sz w:val="36"/>
          <w:szCs w:val="36"/>
          <w:rtl/>
          <w:lang w:bidi="dv-MV"/>
        </w:rPr>
        <w:t>މިއެވެ.</w:t>
      </w:r>
      <w:r w:rsidRPr="00CA61CD">
        <w:rPr>
          <w:rFonts w:ascii="MV Utheemu" w:hAnsi="MV Utheemu" w:cs="MV Utheemu"/>
          <w:color w:val="262626" w:themeColor="text1" w:themeTint="D9"/>
          <w:sz w:val="36"/>
          <w:szCs w:val="36"/>
          <w:rtl/>
          <w:lang w:bidi="dv-MV"/>
        </w:rPr>
        <w:t xml:space="preserve"> ތަވީދު އެޅުމުން ލިބޭނީ </w:t>
      </w:r>
      <w:r w:rsidR="00DF32BB">
        <w:rPr>
          <w:rFonts w:ascii="MV Utheemu" w:hAnsi="MV Utheemu" w:cs="MV Utheemu" w:hint="cs"/>
          <w:color w:val="262626" w:themeColor="text1" w:themeTint="D9"/>
          <w:sz w:val="36"/>
          <w:szCs w:val="36"/>
          <w:rtl/>
          <w:lang w:bidi="dv-MV"/>
        </w:rPr>
        <w:t xml:space="preserve">ފުރިހަމަކަމެއް ނުވަތަ </w:t>
      </w:r>
      <w:r w:rsidRPr="00CA61CD">
        <w:rPr>
          <w:rFonts w:ascii="MV Utheemu" w:hAnsi="MV Utheemu" w:cs="MV Utheemu"/>
          <w:color w:val="262626" w:themeColor="text1" w:themeTint="D9"/>
          <w:sz w:val="36"/>
          <w:szCs w:val="36"/>
          <w:rtl/>
          <w:lang w:bidi="dv-MV"/>
        </w:rPr>
        <w:t>ފައިދާއެއް ނޫނެވ</w:t>
      </w:r>
      <w:r w:rsidR="00DF32BB">
        <w:rPr>
          <w:rFonts w:ascii="MV Utheemu" w:hAnsi="MV Utheemu" w:cs="MV Utheemu" w:hint="cs"/>
          <w:color w:val="262626" w:themeColor="text1" w:themeTint="D9"/>
          <w:sz w:val="36"/>
          <w:szCs w:val="36"/>
          <w:rtl/>
          <w:lang w:bidi="dv-MV"/>
        </w:rPr>
        <w:t>ެ.</w:t>
      </w:r>
      <w:r w:rsidRPr="00CA61CD">
        <w:rPr>
          <w:rFonts w:ascii="MV Utheemu" w:hAnsi="MV Utheemu" w:cs="MV Utheemu"/>
          <w:color w:val="262626" w:themeColor="text1" w:themeTint="D9"/>
          <w:sz w:val="36"/>
          <w:szCs w:val="36"/>
          <w:rtl/>
          <w:lang w:bidi="dv-MV"/>
        </w:rPr>
        <w:t xml:space="preserve"> އޭގެ ބަދަލުގައި އީމާންކަމާއި ނިޢުމަތަށް</w:t>
      </w:r>
      <w:r w:rsidR="00DF32BB">
        <w:rPr>
          <w:rFonts w:ascii="MV Utheemu" w:hAnsi="MV Utheemu" w:cs="MV Utheemu" w:hint="cs"/>
          <w:color w:val="262626" w:themeColor="text1" w:themeTint="D9"/>
          <w:sz w:val="36"/>
          <w:szCs w:val="36"/>
          <w:rtl/>
          <w:lang w:bidi="dv-MV"/>
        </w:rPr>
        <w:t xml:space="preserve"> </w:t>
      </w:r>
      <w:r w:rsidRPr="00CA61CD">
        <w:rPr>
          <w:rFonts w:ascii="MV Utheemu" w:hAnsi="MV Utheemu" w:cs="MV Utheemu"/>
          <w:color w:val="262626" w:themeColor="text1" w:themeTint="D9"/>
          <w:sz w:val="36"/>
          <w:szCs w:val="36"/>
          <w:rtl/>
          <w:lang w:bidi="dv-MV"/>
        </w:rPr>
        <w:t>އަންނަ</w:t>
      </w:r>
      <w:r w:rsidRPr="00CA61CD">
        <w:rPr>
          <w:rFonts w:ascii="MV Utheemu" w:hAnsi="MV Utheemu" w:cs="MV Utheemu"/>
          <w:color w:val="262626" w:themeColor="text1" w:themeTint="D9"/>
          <w:sz w:val="36"/>
          <w:szCs w:val="36"/>
          <w:rtl/>
        </w:rPr>
        <w:t> </w:t>
      </w:r>
      <w:r w:rsidRPr="00C0278B">
        <w:rPr>
          <w:rFonts w:ascii="Arial" w:hAnsi="Arial" w:cs="KFGQPC Uthman Taha Naskh" w:hint="cs"/>
          <w:b/>
          <w:bCs/>
          <w:color w:val="262626" w:themeColor="text1" w:themeTint="D9"/>
          <w:sz w:val="36"/>
          <w:szCs w:val="36"/>
          <w:rtl/>
        </w:rPr>
        <w:t>نَقْص</w:t>
      </w:r>
      <w:r w:rsidRPr="00C0278B">
        <w:rPr>
          <w:rFonts w:ascii="Cambria" w:hAnsi="Cambria" w:cs="Cambria" w:hint="cs"/>
          <w:b/>
          <w:bCs/>
          <w:color w:val="262626" w:themeColor="text1" w:themeTint="D9"/>
          <w:sz w:val="36"/>
          <w:szCs w:val="36"/>
          <w:rtl/>
        </w:rPr>
        <w:t> </w:t>
      </w:r>
      <w:r w:rsidRPr="00CA61CD">
        <w:rPr>
          <w:rFonts w:ascii="MV Utheemu" w:hAnsi="MV Utheemu" w:cs="MV Utheemu"/>
          <w:color w:val="262626" w:themeColor="text1" w:themeTint="D9"/>
          <w:sz w:val="36"/>
          <w:szCs w:val="36"/>
          <w:rtl/>
        </w:rPr>
        <w:t>(</w:t>
      </w:r>
      <w:r w:rsidRPr="00CA61CD">
        <w:rPr>
          <w:rFonts w:ascii="MV Utheemu" w:hAnsi="MV Utheemu" w:cs="MV Utheemu"/>
          <w:color w:val="262626" w:themeColor="text1" w:themeTint="D9"/>
          <w:sz w:val="36"/>
          <w:szCs w:val="36"/>
          <w:rtl/>
          <w:lang w:bidi="dv-MV"/>
        </w:rPr>
        <w:t xml:space="preserve">އުނިކަން) އެވެ. ތަވީދަކީ </w:t>
      </w:r>
      <w:r w:rsidR="000055AF">
        <w:rPr>
          <w:rFonts w:ascii="MV Utheemu" w:hAnsi="MV Utheemu" w:cs="MV Utheemu" w:hint="cs"/>
          <w:color w:val="262626" w:themeColor="text1" w:themeTint="D9"/>
          <w:sz w:val="36"/>
          <w:szCs w:val="36"/>
          <w:rtl/>
          <w:lang w:bidi="dv-MV"/>
        </w:rPr>
        <w:t>އެއަޅާ މީހާގެ އިއުތިޤާދުގެ މައްޗަށް</w:t>
      </w:r>
      <w:r w:rsidR="00DF32BB">
        <w:rPr>
          <w:rFonts w:ascii="MV Utheemu" w:hAnsi="MV Utheemu" w:cs="MV Utheemu" w:hint="cs"/>
          <w:color w:val="262626" w:themeColor="text1" w:themeTint="D9"/>
          <w:sz w:val="36"/>
          <w:szCs w:val="36"/>
          <w:rtl/>
          <w:lang w:bidi="dv-MV"/>
        </w:rPr>
        <w:t xml:space="preserve"> ބިނާކޮށް </w:t>
      </w:r>
      <w:r w:rsidRPr="00CA61CD">
        <w:rPr>
          <w:rFonts w:ascii="MV Utheemu" w:hAnsi="MV Utheemu" w:cs="MV Utheemu"/>
          <w:color w:val="262626" w:themeColor="text1" w:themeTint="D9"/>
          <w:sz w:val="36"/>
          <w:szCs w:val="36"/>
          <w:rtl/>
          <w:lang w:bidi="dv-MV"/>
        </w:rPr>
        <w:t>އިންސާނާގެ ޢަމަލުތަކާއި އީމާންކަން ބާޠިލުކޮށްލާ</w:t>
      </w:r>
      <w:r w:rsidRPr="00CA61CD">
        <w:rPr>
          <w:rFonts w:ascii="MV Utheemu" w:hAnsi="MV Utheemu" w:cs="MV Utheemu"/>
          <w:color w:val="262626" w:themeColor="text1" w:themeTint="D9"/>
          <w:sz w:val="36"/>
          <w:szCs w:val="36"/>
          <w:lang w:bidi="dv-MV"/>
        </w:rPr>
        <w:t xml:space="preserve"> </w:t>
      </w:r>
      <w:r w:rsidRPr="00C0278B">
        <w:rPr>
          <w:rFonts w:ascii="Arial" w:hAnsi="Arial" w:cs="KFGQPC Uthman Taha Naskh"/>
          <w:b/>
          <w:bCs/>
          <w:color w:val="262626" w:themeColor="text1" w:themeTint="D9"/>
          <w:sz w:val="36"/>
          <w:szCs w:val="36"/>
          <w:rtl/>
        </w:rPr>
        <w:t>مُبْطِلَة</w:t>
      </w:r>
      <w:r w:rsidRPr="00CA61CD">
        <w:rPr>
          <w:rFonts w:ascii="MV Utheemu" w:hAnsi="MV Utheemu" w:cs="MV Utheemu"/>
          <w:color w:val="262626" w:themeColor="text1" w:themeTint="D9"/>
          <w:sz w:val="36"/>
          <w:szCs w:val="36"/>
          <w:lang w:bidi="dv-MV"/>
        </w:rPr>
        <w:t xml:space="preserve"> </w:t>
      </w:r>
      <w:r w:rsidRPr="00CA61CD">
        <w:rPr>
          <w:rFonts w:ascii="MV Utheemu" w:hAnsi="MV Utheemu" w:cs="MV Utheemu"/>
          <w:color w:val="262626" w:themeColor="text1" w:themeTint="D9"/>
          <w:sz w:val="36"/>
          <w:szCs w:val="36"/>
          <w:rtl/>
          <w:lang w:bidi="dv-MV"/>
        </w:rPr>
        <w:t>އެއްޗެކެ</w:t>
      </w:r>
      <w:r w:rsidR="00DF32BB">
        <w:rPr>
          <w:rFonts w:ascii="MV Utheemu" w:hAnsi="MV Utheemu" w:cs="MV Utheemu" w:hint="cs"/>
          <w:color w:val="262626" w:themeColor="text1" w:themeTint="D9"/>
          <w:sz w:val="36"/>
          <w:szCs w:val="36"/>
          <w:rtl/>
          <w:lang w:bidi="dv-MV"/>
        </w:rPr>
        <w:t>ވެ.</w:t>
      </w:r>
      <w:r w:rsidRPr="00CA61CD">
        <w:rPr>
          <w:rFonts w:ascii="MV Utheemu" w:hAnsi="MV Utheemu" w:cs="MV Utheemu"/>
          <w:color w:val="262626" w:themeColor="text1" w:themeTint="D9"/>
          <w:sz w:val="36"/>
          <w:szCs w:val="36"/>
          <w:lang w:bidi="dv-MV"/>
        </w:rPr>
        <w:t> </w:t>
      </w:r>
      <w:r w:rsidRPr="00CA61CD">
        <w:rPr>
          <w:rFonts w:ascii="MV Utheemu" w:hAnsi="MV Utheemu" w:cs="MV Utheemu"/>
          <w:b/>
          <w:bCs/>
          <w:color w:val="262626" w:themeColor="text1" w:themeTint="D9"/>
          <w:sz w:val="36"/>
          <w:szCs w:val="36"/>
          <w:rtl/>
          <w:lang w:bidi="dv-MV"/>
        </w:rPr>
        <w:t xml:space="preserve">ޙަބިޠަ </w:t>
      </w:r>
      <w:r w:rsidRPr="00C0278B">
        <w:rPr>
          <w:rFonts w:ascii="MV Utheemu" w:hAnsi="MV Utheemu" w:cs="KFGQPC Uthman Taha Naskh"/>
          <w:b/>
          <w:bCs/>
          <w:color w:val="262626" w:themeColor="text1" w:themeTint="D9"/>
          <w:sz w:val="36"/>
          <w:szCs w:val="36"/>
          <w:rtl/>
          <w:lang w:bidi="dv-MV"/>
        </w:rPr>
        <w:t>(</w:t>
      </w:r>
      <w:r w:rsidRPr="00C0278B">
        <w:rPr>
          <w:rFonts w:ascii="Arial" w:hAnsi="Arial" w:cs="KFGQPC Uthman Taha Naskh" w:hint="cs"/>
          <w:b/>
          <w:bCs/>
          <w:color w:val="262626" w:themeColor="text1" w:themeTint="D9"/>
          <w:sz w:val="36"/>
          <w:szCs w:val="36"/>
          <w:rtl/>
        </w:rPr>
        <w:t>حَبِطَ</w:t>
      </w:r>
      <w:r w:rsidRPr="00C0278B">
        <w:rPr>
          <w:rFonts w:ascii="MV Utheemu" w:hAnsi="MV Utheemu" w:cs="KFGQPC Uthman Taha Naskh"/>
          <w:b/>
          <w:bCs/>
          <w:color w:val="262626" w:themeColor="text1" w:themeTint="D9"/>
          <w:sz w:val="36"/>
          <w:szCs w:val="36"/>
          <w:rtl/>
        </w:rPr>
        <w:t>)</w:t>
      </w:r>
      <w:r w:rsidRPr="00CA61CD">
        <w:rPr>
          <w:rFonts w:ascii="MV Utheemu" w:hAnsi="MV Utheemu" w:cs="MV Utheemu"/>
          <w:color w:val="262626" w:themeColor="text1" w:themeTint="D9"/>
          <w:sz w:val="36"/>
          <w:szCs w:val="36"/>
          <w:rtl/>
        </w:rPr>
        <w:t> </w:t>
      </w:r>
      <w:r w:rsidRPr="00CA61CD">
        <w:rPr>
          <w:rFonts w:ascii="MV Utheemu" w:hAnsi="MV Utheemu" w:cs="MV Utheemu"/>
          <w:color w:val="262626" w:themeColor="text1" w:themeTint="D9"/>
          <w:sz w:val="36"/>
          <w:szCs w:val="36"/>
          <w:rtl/>
          <w:lang w:bidi="dv-MV"/>
        </w:rPr>
        <w:t>އާއި</w:t>
      </w:r>
      <w:r w:rsidRPr="00CA61CD">
        <w:rPr>
          <w:rFonts w:ascii="MV Utheemu" w:hAnsi="MV Utheemu" w:cs="MV Utheemu"/>
          <w:color w:val="262626" w:themeColor="text1" w:themeTint="D9"/>
          <w:sz w:val="36"/>
          <w:szCs w:val="36"/>
          <w:rtl/>
        </w:rPr>
        <w:t> </w:t>
      </w:r>
      <w:r w:rsidRPr="00CA61CD">
        <w:rPr>
          <w:rFonts w:ascii="MV Utheemu" w:hAnsi="MV Utheemu" w:cs="MV Utheemu"/>
          <w:b/>
          <w:bCs/>
          <w:color w:val="262626" w:themeColor="text1" w:themeTint="D9"/>
          <w:sz w:val="36"/>
          <w:szCs w:val="36"/>
          <w:rtl/>
          <w:lang w:bidi="dv-MV"/>
        </w:rPr>
        <w:t xml:space="preserve">މުބްޠިލާ </w:t>
      </w:r>
      <w:r w:rsidRPr="00C0278B">
        <w:rPr>
          <w:rFonts w:ascii="MV Utheemu" w:hAnsi="MV Utheemu" w:cs="KFGQPC Uthman Taha Naskh"/>
          <w:b/>
          <w:bCs/>
          <w:color w:val="262626" w:themeColor="text1" w:themeTint="D9"/>
          <w:sz w:val="36"/>
          <w:szCs w:val="36"/>
          <w:rtl/>
          <w:lang w:bidi="dv-MV"/>
        </w:rPr>
        <w:t>(</w:t>
      </w:r>
      <w:r w:rsidRPr="00C0278B">
        <w:rPr>
          <w:rFonts w:ascii="Arial" w:hAnsi="Arial" w:cs="KFGQPC Uthman Taha Naskh" w:hint="cs"/>
          <w:b/>
          <w:bCs/>
          <w:color w:val="262626" w:themeColor="text1" w:themeTint="D9"/>
          <w:sz w:val="36"/>
          <w:szCs w:val="36"/>
          <w:rtl/>
        </w:rPr>
        <w:t>مُبْطِلَة</w:t>
      </w:r>
      <w:r w:rsidRPr="00C0278B">
        <w:rPr>
          <w:rFonts w:ascii="MV Utheemu" w:hAnsi="MV Utheemu" w:cs="KFGQPC Uthman Taha Naskh"/>
          <w:b/>
          <w:bCs/>
          <w:color w:val="262626" w:themeColor="text1" w:themeTint="D9"/>
          <w:sz w:val="36"/>
          <w:szCs w:val="36"/>
          <w:rtl/>
        </w:rPr>
        <w:t>)</w:t>
      </w:r>
      <w:r w:rsidRPr="00CA61CD">
        <w:rPr>
          <w:rFonts w:ascii="MV Utheemu" w:hAnsi="MV Utheemu" w:cs="MV Utheemu"/>
          <w:color w:val="262626" w:themeColor="text1" w:themeTint="D9"/>
          <w:sz w:val="36"/>
          <w:szCs w:val="36"/>
          <w:rtl/>
        </w:rPr>
        <w:t> </w:t>
      </w:r>
      <w:r w:rsidRPr="00CA61CD">
        <w:rPr>
          <w:rFonts w:ascii="MV Utheemu" w:hAnsi="MV Utheemu" w:cs="MV Utheemu"/>
          <w:color w:val="262626" w:themeColor="text1" w:themeTint="D9"/>
          <w:sz w:val="36"/>
          <w:szCs w:val="36"/>
          <w:rtl/>
          <w:lang w:bidi="dv-MV"/>
        </w:rPr>
        <w:t>އަކީ އެކަތި އަނެކައްޗާ ވަކިނުކުރެވޭނެހާ ގުޅުން ބޮޑު ދެ ބަހެކެވެ. ތަވީދު އެޅުމަކީ ޢަޤީދާގެ ތެރެއަށް ވަންނަ</w:t>
      </w:r>
      <w:r w:rsidRPr="00C0278B">
        <w:rPr>
          <w:rFonts w:ascii="Cambria" w:hAnsi="Cambria" w:cs="Cambria" w:hint="cs"/>
          <w:b/>
          <w:bCs/>
          <w:color w:val="262626" w:themeColor="text1" w:themeTint="D9"/>
          <w:sz w:val="36"/>
          <w:szCs w:val="36"/>
          <w:rtl/>
        </w:rPr>
        <w:t> </w:t>
      </w:r>
      <w:r w:rsidRPr="00C0278B">
        <w:rPr>
          <w:rFonts w:ascii="Arial" w:hAnsi="Arial" w:cs="KFGQPC Uthman Taha Naskh" w:hint="cs"/>
          <w:b/>
          <w:bCs/>
          <w:color w:val="262626" w:themeColor="text1" w:themeTint="D9"/>
          <w:sz w:val="36"/>
          <w:szCs w:val="36"/>
          <w:rtl/>
        </w:rPr>
        <w:t>مُبْطِلَة</w:t>
      </w:r>
      <w:r w:rsidRPr="00CA61CD">
        <w:rPr>
          <w:rFonts w:ascii="MV Utheemu" w:hAnsi="MV Utheemu" w:cs="MV Utheemu"/>
          <w:color w:val="262626" w:themeColor="text1" w:themeTint="D9"/>
          <w:sz w:val="36"/>
          <w:szCs w:val="36"/>
          <w:rtl/>
        </w:rPr>
        <w:t> </w:t>
      </w:r>
      <w:r w:rsidRPr="00CA61CD">
        <w:rPr>
          <w:rFonts w:ascii="MV Utheemu" w:hAnsi="MV Utheemu" w:cs="MV Utheemu"/>
          <w:color w:val="262626" w:themeColor="text1" w:themeTint="D9"/>
          <w:sz w:val="36"/>
          <w:szCs w:val="36"/>
          <w:rtl/>
          <w:lang w:bidi="dv-MV"/>
        </w:rPr>
        <w:t>އެކެވެ. އޭގެ ނަތީޖާއަކީ އިންސާނާ ކޮށްފައިވާ ހެޔޮ ޢަމަލުތައް</w:t>
      </w:r>
      <w:r w:rsidRPr="00CA61CD">
        <w:rPr>
          <w:rFonts w:ascii="MV Utheemu" w:hAnsi="MV Utheemu" w:cs="MV Utheemu"/>
          <w:color w:val="262626" w:themeColor="text1" w:themeTint="D9"/>
          <w:sz w:val="36"/>
          <w:szCs w:val="36"/>
          <w:rtl/>
        </w:rPr>
        <w:t> </w:t>
      </w:r>
      <w:r w:rsidRPr="00C0278B">
        <w:rPr>
          <w:rFonts w:ascii="Arial" w:hAnsi="Arial" w:cs="KFGQPC Uthman Taha Naskh" w:hint="cs"/>
          <w:b/>
          <w:bCs/>
          <w:color w:val="262626" w:themeColor="text1" w:themeTint="D9"/>
          <w:sz w:val="36"/>
          <w:szCs w:val="36"/>
          <w:rtl/>
        </w:rPr>
        <w:t>حَبِطَ</w:t>
      </w:r>
      <w:r w:rsidRPr="00C0278B">
        <w:rPr>
          <w:rFonts w:ascii="Cambria" w:hAnsi="Cambria" w:cs="Cambria" w:hint="cs"/>
          <w:b/>
          <w:bCs/>
          <w:color w:val="262626" w:themeColor="text1" w:themeTint="D9"/>
          <w:sz w:val="36"/>
          <w:szCs w:val="36"/>
          <w:rtl/>
        </w:rPr>
        <w:t> </w:t>
      </w:r>
      <w:r w:rsidRPr="00CA61CD">
        <w:rPr>
          <w:rFonts w:ascii="MV Utheemu" w:hAnsi="MV Utheemu" w:cs="MV Utheemu"/>
          <w:color w:val="262626" w:themeColor="text1" w:themeTint="D9"/>
          <w:sz w:val="36"/>
          <w:szCs w:val="36"/>
          <w:rtl/>
        </w:rPr>
        <w:t>(</w:t>
      </w:r>
      <w:r w:rsidRPr="00CA61CD">
        <w:rPr>
          <w:rFonts w:ascii="MV Utheemu" w:hAnsi="MV Utheemu" w:cs="MV Utheemu"/>
          <w:color w:val="262626" w:themeColor="text1" w:themeTint="D9"/>
          <w:sz w:val="36"/>
          <w:szCs w:val="36"/>
          <w:rtl/>
          <w:lang w:bidi="dv-MV"/>
        </w:rPr>
        <w:t>ބާޠިލުވެ</w:t>
      </w:r>
      <w:r w:rsidR="00DF32BB">
        <w:rPr>
          <w:rFonts w:ascii="MV Utheemu" w:hAnsi="MV Utheemu" w:cs="MV Utheemu" w:hint="cs"/>
          <w:color w:val="262626" w:themeColor="text1" w:themeTint="D9"/>
          <w:sz w:val="36"/>
          <w:szCs w:val="36"/>
          <w:rtl/>
          <w:lang w:bidi="dv-MV"/>
        </w:rPr>
        <w:t>)</w:t>
      </w:r>
      <w:r w:rsidRPr="00CA61CD">
        <w:rPr>
          <w:rFonts w:ascii="MV Utheemu" w:hAnsi="MV Utheemu" w:cs="MV Utheemu"/>
          <w:color w:val="262626" w:themeColor="text1" w:themeTint="D9"/>
          <w:sz w:val="36"/>
          <w:szCs w:val="36"/>
          <w:rtl/>
          <w:lang w:bidi="dv-MV"/>
        </w:rPr>
        <w:t xml:space="preserve">، </w:t>
      </w:r>
      <w:r w:rsidRPr="00C0278B">
        <w:rPr>
          <w:rFonts w:ascii="Arial" w:hAnsi="Arial" w:cs="KFGQPC Uthman Taha Naskh" w:hint="cs"/>
          <w:b/>
          <w:bCs/>
          <w:color w:val="262626" w:themeColor="text1" w:themeTint="D9"/>
          <w:sz w:val="36"/>
          <w:szCs w:val="36"/>
          <w:rtl/>
        </w:rPr>
        <w:t>خُسْرَان</w:t>
      </w:r>
      <w:r w:rsidRPr="00CA61CD">
        <w:rPr>
          <w:rFonts w:ascii="MV Utheemu" w:hAnsi="MV Utheemu" w:cs="MV Utheemu"/>
          <w:color w:val="262626" w:themeColor="text1" w:themeTint="D9"/>
          <w:sz w:val="36"/>
          <w:szCs w:val="36"/>
          <w:lang w:bidi="dv-MV"/>
        </w:rPr>
        <w:t xml:space="preserve"> </w:t>
      </w:r>
      <w:r w:rsidR="00DF32BB">
        <w:rPr>
          <w:rFonts w:ascii="MV Utheemu" w:hAnsi="MV Utheemu" w:cs="MV Utheemu" w:hint="cs"/>
          <w:color w:val="262626" w:themeColor="text1" w:themeTint="D9"/>
          <w:sz w:val="36"/>
          <w:szCs w:val="36"/>
          <w:rtl/>
          <w:lang w:bidi="dv-MV"/>
        </w:rPr>
        <w:t>(</w:t>
      </w:r>
      <w:r w:rsidR="00DF32BB" w:rsidRPr="00CA61CD">
        <w:rPr>
          <w:rFonts w:ascii="MV Utheemu" w:hAnsi="MV Utheemu" w:cs="MV Utheemu"/>
          <w:color w:val="262626" w:themeColor="text1" w:themeTint="D9"/>
          <w:sz w:val="36"/>
          <w:szCs w:val="36"/>
          <w:rtl/>
          <w:lang w:bidi="dv-MV"/>
        </w:rPr>
        <w:t>އާޚިރަތުގެ ބޮޑު ގެއްލުމާ</w:t>
      </w:r>
      <w:r w:rsidR="00DF32BB">
        <w:rPr>
          <w:rFonts w:ascii="MV Utheemu" w:hAnsi="MV Utheemu" w:cs="MV Utheemu" w:hint="cs"/>
          <w:color w:val="262626" w:themeColor="text1" w:themeTint="D9"/>
          <w:sz w:val="36"/>
          <w:szCs w:val="36"/>
          <w:rtl/>
          <w:lang w:bidi="dv-MV"/>
        </w:rPr>
        <w:t xml:space="preserve">) </w:t>
      </w:r>
      <w:r w:rsidRPr="00CA61CD">
        <w:rPr>
          <w:rFonts w:ascii="MV Utheemu" w:hAnsi="MV Utheemu" w:cs="MV Utheemu"/>
          <w:color w:val="262626" w:themeColor="text1" w:themeTint="D9"/>
          <w:sz w:val="36"/>
          <w:szCs w:val="36"/>
          <w:rtl/>
          <w:lang w:bidi="dv-MV"/>
        </w:rPr>
        <w:t>ކުރިމަތިލާން ޖެހުމެވެ</w:t>
      </w:r>
      <w:r w:rsidRPr="00CA61CD">
        <w:rPr>
          <w:rFonts w:ascii="MV Utheemu" w:hAnsi="MV Utheemu" w:cs="MV Utheemu"/>
          <w:color w:val="262626" w:themeColor="text1" w:themeTint="D9"/>
          <w:sz w:val="36"/>
          <w:szCs w:val="36"/>
          <w:lang w:bidi="dv-MV"/>
        </w:rPr>
        <w:t>.</w:t>
      </w:r>
    </w:p>
    <w:p w14:paraId="3E8F0553" w14:textId="398B0D61" w:rsidR="00CA61CD" w:rsidRPr="00CA61CD" w:rsidRDefault="00CA61CD" w:rsidP="00CF329E">
      <w:pPr>
        <w:bidi/>
        <w:jc w:val="both"/>
        <w:rPr>
          <w:rFonts w:ascii="MV Utheemu" w:hAnsi="MV Utheemu" w:cs="MV Utheemu"/>
          <w:color w:val="262626" w:themeColor="text1" w:themeTint="D9"/>
          <w:sz w:val="36"/>
          <w:szCs w:val="36"/>
          <w:lang w:bidi="dv-MV"/>
        </w:rPr>
      </w:pPr>
      <w:r>
        <w:rPr>
          <w:rFonts w:ascii="Scheherazade New" w:hAnsi="Scheherazade New" w:cs="Scheherazade New"/>
          <w:color w:val="262626" w:themeColor="text1" w:themeTint="D9"/>
          <w:sz w:val="32"/>
          <w:szCs w:val="32"/>
        </w:rPr>
        <w:sym w:font="KFGQPC Arabic Symbols 01" w:char="F045"/>
      </w:r>
      <w:r w:rsidRPr="003F450E">
        <w:rPr>
          <w:rFonts w:ascii="Scheherazade New" w:hAnsi="Scheherazade New" w:cs="Scheherazade New"/>
          <w:b/>
          <w:bCs/>
          <w:color w:val="262626" w:themeColor="text1" w:themeTint="D9"/>
          <w:sz w:val="32"/>
          <w:szCs w:val="32"/>
          <w:rtl/>
        </w:rPr>
        <w:t xml:space="preserve"> </w:t>
      </w:r>
      <w:r>
        <w:rPr>
          <w:rFonts w:ascii="MV Utheemu" w:hAnsi="MV Utheemu" w:cs="MV Utheemu" w:hint="cs"/>
          <w:color w:val="262626" w:themeColor="text1" w:themeTint="D9"/>
          <w:sz w:val="36"/>
          <w:szCs w:val="36"/>
          <w:rtl/>
          <w:lang w:bidi="dv-MV"/>
        </w:rPr>
        <w:t>ވަޙީކުރެއްވިއެވެ.</w:t>
      </w:r>
      <w:r w:rsidRPr="00DC3178">
        <w:rPr>
          <w:rFonts w:ascii="MV Utheemu" w:hAnsi="MV Utheemu" w:cs="MV Utheemu"/>
          <w:color w:val="262626" w:themeColor="text1" w:themeTint="D9"/>
          <w:sz w:val="36"/>
          <w:szCs w:val="36"/>
          <w:rtl/>
          <w:lang w:bidi="dv-MV"/>
        </w:rPr>
        <w:t xml:space="preserve"> </w:t>
      </w:r>
      <w:r w:rsidRPr="002F4CCB">
        <w:rPr>
          <w:rFonts w:ascii="Scheherazade New" w:hAnsi="Scheherazade New" w:cs="Scheherazade New"/>
          <w:b/>
          <w:bCs/>
          <w:color w:val="262626" w:themeColor="text1" w:themeTint="D9"/>
          <w:sz w:val="32"/>
          <w:szCs w:val="32"/>
          <w:rtl/>
        </w:rPr>
        <w:t>﴿</w:t>
      </w:r>
      <w:r w:rsidRPr="002F4CCB">
        <w:rPr>
          <w:rtl/>
        </w:rPr>
        <w:t xml:space="preserve"> </w:t>
      </w:r>
      <w:r w:rsidR="0033043D" w:rsidRPr="0033043D">
        <w:rPr>
          <w:rFonts w:ascii="Scheherazade New" w:hAnsi="Scheherazade New" w:cs="Scheherazade New"/>
          <w:b/>
          <w:bCs/>
          <w:color w:val="262626" w:themeColor="text1" w:themeTint="D9"/>
          <w:sz w:val="32"/>
          <w:szCs w:val="32"/>
          <w:rtl/>
        </w:rPr>
        <w:t xml:space="preserve">ذَٰلِكَ هُدَى </w:t>
      </w:r>
      <w:r w:rsidR="0033043D" w:rsidRPr="0033043D">
        <w:rPr>
          <w:rFonts w:ascii="Scheherazade New" w:hAnsi="Scheherazade New" w:cs="Scheherazade New" w:hint="cs"/>
          <w:b/>
          <w:bCs/>
          <w:color w:val="262626" w:themeColor="text1" w:themeTint="D9"/>
          <w:sz w:val="32"/>
          <w:szCs w:val="32"/>
          <w:rtl/>
        </w:rPr>
        <w:t>ٱللَّهِ</w:t>
      </w:r>
      <w:r w:rsidR="0033043D" w:rsidRPr="0033043D">
        <w:rPr>
          <w:rFonts w:ascii="Scheherazade New" w:hAnsi="Scheherazade New" w:cs="Scheherazade New"/>
          <w:b/>
          <w:bCs/>
          <w:color w:val="262626" w:themeColor="text1" w:themeTint="D9"/>
          <w:sz w:val="32"/>
          <w:szCs w:val="32"/>
          <w:rtl/>
        </w:rPr>
        <w:t xml:space="preserve"> يَهْدِى بِهِ</w:t>
      </w:r>
      <w:r w:rsidR="0033043D" w:rsidRPr="0033043D">
        <w:rPr>
          <w:rFonts w:ascii="Scheherazade New" w:hAnsi="Scheherazade New" w:cs="Scheherazade New" w:hint="cs"/>
          <w:b/>
          <w:bCs/>
          <w:color w:val="262626" w:themeColor="text1" w:themeTint="D9"/>
          <w:sz w:val="32"/>
          <w:szCs w:val="32"/>
          <w:rtl/>
        </w:rPr>
        <w:t>ۦ</w:t>
      </w:r>
      <w:r w:rsidR="0033043D" w:rsidRPr="0033043D">
        <w:rPr>
          <w:rFonts w:ascii="Scheherazade New" w:hAnsi="Scheherazade New" w:cs="Scheherazade New"/>
          <w:b/>
          <w:bCs/>
          <w:color w:val="262626" w:themeColor="text1" w:themeTint="D9"/>
          <w:sz w:val="32"/>
          <w:szCs w:val="32"/>
          <w:rtl/>
        </w:rPr>
        <w:t xml:space="preserve"> مَن يَشَآءُ مِنْ عِبَادِهِ</w:t>
      </w:r>
      <w:r w:rsidR="0033043D" w:rsidRPr="0033043D">
        <w:rPr>
          <w:rFonts w:ascii="Scheherazade New" w:hAnsi="Scheherazade New" w:cs="Scheherazade New" w:hint="cs"/>
          <w:b/>
          <w:bCs/>
          <w:color w:val="262626" w:themeColor="text1" w:themeTint="D9"/>
          <w:sz w:val="32"/>
          <w:szCs w:val="32"/>
          <w:rtl/>
        </w:rPr>
        <w:t>ۦ</w:t>
      </w:r>
      <w:r w:rsidR="0033043D" w:rsidRPr="0033043D">
        <w:rPr>
          <w:rFonts w:ascii="Scheherazade New" w:hAnsi="Scheherazade New" w:cs="Scheherazade New"/>
          <w:b/>
          <w:bCs/>
          <w:color w:val="262626" w:themeColor="text1" w:themeTint="D9"/>
          <w:sz w:val="32"/>
          <w:szCs w:val="32"/>
          <w:rtl/>
        </w:rPr>
        <w:t xml:space="preserve"> ۚ وَلَوْ أَشْرَكُواْ </w:t>
      </w:r>
      <w:r w:rsidR="0033043D" w:rsidRPr="000055AF">
        <w:rPr>
          <w:rFonts w:ascii="Scheherazade New" w:hAnsi="Scheherazade New" w:cs="Scheherazade New"/>
          <w:b/>
          <w:bCs/>
          <w:color w:val="262626" w:themeColor="text1" w:themeTint="D9"/>
          <w:sz w:val="32"/>
          <w:szCs w:val="32"/>
          <w:u w:val="single"/>
          <w:rtl/>
        </w:rPr>
        <w:t>لَحَبِطَ</w:t>
      </w:r>
      <w:r w:rsidR="0033043D" w:rsidRPr="0033043D">
        <w:rPr>
          <w:rFonts w:ascii="Scheherazade New" w:hAnsi="Scheherazade New" w:cs="Scheherazade New"/>
          <w:b/>
          <w:bCs/>
          <w:color w:val="262626" w:themeColor="text1" w:themeTint="D9"/>
          <w:sz w:val="32"/>
          <w:szCs w:val="32"/>
          <w:rtl/>
        </w:rPr>
        <w:t xml:space="preserve"> عَنْهُم مَّا كَانُواْ يَعْمَلُونَ</w:t>
      </w:r>
      <w:r w:rsidRPr="003F450E">
        <w:rPr>
          <w:rFonts w:ascii="Scheherazade New" w:hAnsi="Scheherazade New" w:cs="Scheherazade New"/>
          <w:b/>
          <w:bCs/>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0F735A">
        <w:rPr>
          <w:rFonts w:ascii="Scheherazade New" w:hAnsi="Scheherazade New" w:cs="Scheherazade New"/>
          <w:szCs w:val="24"/>
          <w:rtl/>
        </w:rPr>
        <w:t>[</w:t>
      </w:r>
      <w:r w:rsidR="0033043D" w:rsidRPr="0033043D">
        <w:rPr>
          <w:rFonts w:ascii="Scheherazade New" w:hAnsi="Scheherazade New" w:cs="Scheherazade New"/>
          <w:szCs w:val="24"/>
          <w:rtl/>
        </w:rPr>
        <w:t>الأنعام - 88</w:t>
      </w:r>
      <w:r w:rsidRPr="000F735A">
        <w:rPr>
          <w:rFonts w:ascii="Scheherazade New" w:hAnsi="Scheherazade New" w:cs="Scheherazade New"/>
          <w:szCs w:val="24"/>
          <w:rtl/>
        </w:rPr>
        <w:t xml:space="preserve">] </w:t>
      </w:r>
      <w:r w:rsidRPr="002F4CCB">
        <w:rPr>
          <w:rFonts w:ascii="MV Utheemu" w:hAnsi="MV Utheemu" w:cs="MV Utheemu" w:hint="cs"/>
          <w:sz w:val="36"/>
          <w:szCs w:val="36"/>
          <w:rtl/>
          <w:lang w:bidi="dv-MV"/>
        </w:rPr>
        <w:t>"</w:t>
      </w:r>
      <w:r w:rsidR="0033043D" w:rsidRPr="0033043D">
        <w:rPr>
          <w:rFonts w:ascii="MV Utheemu" w:hAnsi="MV Utheemu" w:cs="MV Utheemu" w:hint="cs"/>
          <w:sz w:val="36"/>
          <w:szCs w:val="36"/>
          <w:rtl/>
          <w:lang w:bidi="dv-MV"/>
        </w:rPr>
        <w:t>އެއީ</w:t>
      </w:r>
      <w:r w:rsidR="0033043D" w:rsidRPr="0033043D">
        <w:rPr>
          <w:rFonts w:ascii="MV Utheemu" w:hAnsi="MV Utheemu" w:cs="MV Utheemu"/>
          <w:sz w:val="36"/>
          <w:szCs w:val="36"/>
          <w:rtl/>
          <w:lang w:bidi="dv-MV"/>
        </w:rPr>
        <w:t xml:space="preserve"> </w:t>
      </w:r>
      <w:r w:rsidR="004F6304">
        <w:rPr>
          <w:rFonts w:ascii="Arabic Typesetting" w:hAnsi="Arabic Typesetting" w:cs="Arabic Typesetting"/>
          <w:color w:val="262626" w:themeColor="text1" w:themeTint="D9"/>
          <w:sz w:val="36"/>
          <w:szCs w:val="36"/>
        </w:rPr>
        <w:sym w:font="KFGQPC Arabic Symbols 01" w:char="F025"/>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ގެ</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ތެދުމަގެވެ</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އެކަލާނގެ</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އަޅުތަކުންކުރެ</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އެކަލާނގެ</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އެދިވޮޑިގަންނަވާ</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އަޅަކަށް</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އެކަލާނގެ</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އެތެދުމަގު</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ދައްކަވައެވެ</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އަދި</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އެބޭކަލުންވެސް</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އެބަހީ</w:t>
      </w:r>
      <w:r w:rsidR="0033043D" w:rsidRPr="0033043D">
        <w:rPr>
          <w:rFonts w:ascii="MV Utheemu" w:hAnsi="MV Utheemu" w:cs="MV Utheemu"/>
          <w:sz w:val="36"/>
          <w:szCs w:val="36"/>
          <w:rtl/>
          <w:lang w:bidi="dv-MV"/>
        </w:rPr>
        <w:t xml:space="preserve"> </w:t>
      </w:r>
      <w:r w:rsidR="0033043D" w:rsidRPr="0033043D">
        <w:rPr>
          <w:rFonts w:ascii="MV Utheemu" w:hAnsi="MV Utheemu" w:cs="MV Utheemu"/>
          <w:sz w:val="36"/>
          <w:szCs w:val="36"/>
          <w:rtl/>
          <w:lang w:bidi="dv-MV"/>
        </w:rPr>
        <w:lastRenderedPageBreak/>
        <w:t>(</w:t>
      </w:r>
      <w:r w:rsidR="0033043D" w:rsidRPr="00C0278B">
        <w:rPr>
          <w:rFonts w:ascii="MV Utheemu" w:hAnsi="MV Utheemu" w:cs="KFGQPC Uthman Taha Naskh"/>
          <w:b/>
          <w:bCs/>
          <w:sz w:val="36"/>
          <w:szCs w:val="36"/>
          <w:rtl/>
        </w:rPr>
        <w:t>رسول</w:t>
      </w:r>
      <w:r w:rsidR="0033043D" w:rsidRPr="0033043D">
        <w:rPr>
          <w:rFonts w:ascii="MV Utheemu" w:hAnsi="MV Utheemu" w:cs="Times New Roman"/>
          <w:sz w:val="36"/>
          <w:szCs w:val="36"/>
          <w:rtl/>
        </w:rPr>
        <w:t xml:space="preserve"> </w:t>
      </w:r>
      <w:r w:rsidR="0033043D" w:rsidRPr="0033043D">
        <w:rPr>
          <w:rFonts w:ascii="MV Utheemu" w:hAnsi="MV Utheemu" w:cs="MV Utheemu" w:hint="cs"/>
          <w:sz w:val="36"/>
          <w:szCs w:val="36"/>
          <w:rtl/>
          <w:lang w:bidi="dv-MV"/>
        </w:rPr>
        <w:t>ބޭކަލުންނާއި</w:t>
      </w:r>
      <w:r w:rsidR="0033043D" w:rsidRPr="0033043D">
        <w:rPr>
          <w:rFonts w:ascii="MV Utheemu" w:hAnsi="MV Utheemu" w:cs="MV Utheemu"/>
          <w:sz w:val="36"/>
          <w:szCs w:val="36"/>
          <w:rtl/>
          <w:lang w:bidi="dv-MV"/>
        </w:rPr>
        <w:t xml:space="preserve"> </w:t>
      </w:r>
      <w:r w:rsidR="0033043D" w:rsidRPr="00C0278B">
        <w:rPr>
          <w:rFonts w:ascii="MV Utheemu" w:hAnsi="MV Utheemu" w:cs="KFGQPC Uthman Taha Naskh"/>
          <w:b/>
          <w:bCs/>
          <w:sz w:val="36"/>
          <w:szCs w:val="36"/>
          <w:rtl/>
        </w:rPr>
        <w:t>نبي</w:t>
      </w:r>
      <w:r w:rsidR="0033043D" w:rsidRPr="0033043D">
        <w:rPr>
          <w:rFonts w:ascii="MV Utheemu" w:hAnsi="MV Utheemu" w:cs="MV Utheemu" w:hint="cs"/>
          <w:sz w:val="36"/>
          <w:szCs w:val="36"/>
          <w:rtl/>
          <w:lang w:bidi="dv-MV"/>
        </w:rPr>
        <w:t>ބޭކަލުންވެސް</w:t>
      </w:r>
      <w:r w:rsidR="0033043D" w:rsidRPr="0033043D">
        <w:rPr>
          <w:rFonts w:ascii="MV Utheemu" w:hAnsi="MV Utheemu" w:cs="MV Utheemu"/>
          <w:sz w:val="36"/>
          <w:szCs w:val="36"/>
          <w:rtl/>
          <w:lang w:bidi="dv-MV"/>
        </w:rPr>
        <w:t xml:space="preserve">) </w:t>
      </w:r>
      <w:r w:rsidR="00FF7659">
        <w:rPr>
          <w:rFonts w:ascii="Arabic Typesetting" w:hAnsi="Arabic Typesetting" w:cs="Arabic Typesetting"/>
          <w:color w:val="262626" w:themeColor="text1" w:themeTint="D9"/>
          <w:sz w:val="36"/>
          <w:szCs w:val="36"/>
        </w:rPr>
        <w:sym w:font="KFGQPC Arabic Symbols 01" w:char="F025"/>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އަށް</w:t>
      </w:r>
      <w:r w:rsidR="0033043D" w:rsidRPr="0033043D">
        <w:rPr>
          <w:rFonts w:ascii="MV Utheemu" w:hAnsi="MV Utheemu" w:cs="MV Utheemu"/>
          <w:sz w:val="36"/>
          <w:szCs w:val="36"/>
          <w:rtl/>
          <w:lang w:bidi="dv-MV"/>
        </w:rPr>
        <w:t xml:space="preserve"> </w:t>
      </w:r>
      <w:r w:rsidR="0033043D" w:rsidRPr="00C0278B">
        <w:rPr>
          <w:rFonts w:ascii="MV Utheemu" w:hAnsi="MV Utheemu" w:cs="KFGQPC Uthman Taha Naskh"/>
          <w:b/>
          <w:bCs/>
          <w:sz w:val="36"/>
          <w:szCs w:val="36"/>
          <w:rtl/>
        </w:rPr>
        <w:t>شريك</w:t>
      </w:r>
      <w:r w:rsidR="0033043D" w:rsidRPr="0033043D">
        <w:rPr>
          <w:rFonts w:ascii="MV Utheemu" w:hAnsi="MV Utheemu" w:cs="Times New Roman"/>
          <w:sz w:val="36"/>
          <w:szCs w:val="36"/>
          <w:rtl/>
        </w:rPr>
        <w:t xml:space="preserve"> </w:t>
      </w:r>
      <w:r w:rsidR="0033043D" w:rsidRPr="0033043D">
        <w:rPr>
          <w:rFonts w:ascii="MV Utheemu" w:hAnsi="MV Utheemu" w:cs="MV Utheemu" w:hint="cs"/>
          <w:sz w:val="36"/>
          <w:szCs w:val="36"/>
          <w:rtl/>
          <w:lang w:bidi="dv-MV"/>
        </w:rPr>
        <w:t>ކުރެއްވިނަމަ</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ހަމަކަށަވަރުން</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އެބޭކަލުން</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ކުރައްވާ</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ހެޔޮ</w:t>
      </w:r>
      <w:r w:rsidR="0033043D" w:rsidRPr="0033043D">
        <w:rPr>
          <w:rFonts w:ascii="MV Utheemu" w:hAnsi="MV Utheemu" w:cs="MV Utheemu"/>
          <w:sz w:val="36"/>
          <w:szCs w:val="36"/>
          <w:rtl/>
          <w:lang w:bidi="dv-MV"/>
        </w:rPr>
        <w:t xml:space="preserve"> </w:t>
      </w:r>
      <w:r w:rsidR="0033043D" w:rsidRPr="00C0278B">
        <w:rPr>
          <w:rFonts w:ascii="MV Utheemu" w:hAnsi="MV Utheemu" w:cs="KFGQPC Uthman Taha Naskh"/>
          <w:b/>
          <w:bCs/>
          <w:sz w:val="36"/>
          <w:szCs w:val="36"/>
          <w:rtl/>
        </w:rPr>
        <w:t>عمل</w:t>
      </w:r>
      <w:r w:rsidR="0033043D" w:rsidRPr="0033043D">
        <w:rPr>
          <w:rFonts w:ascii="MV Utheemu" w:hAnsi="MV Utheemu" w:cs="Times New Roman"/>
          <w:sz w:val="36"/>
          <w:szCs w:val="36"/>
          <w:rtl/>
        </w:rPr>
        <w:t xml:space="preserve"> </w:t>
      </w:r>
      <w:r w:rsidR="0033043D" w:rsidRPr="0033043D">
        <w:rPr>
          <w:rFonts w:ascii="MV Utheemu" w:hAnsi="MV Utheemu" w:cs="MV Utheemu" w:hint="cs"/>
          <w:sz w:val="36"/>
          <w:szCs w:val="36"/>
          <w:rtl/>
          <w:lang w:bidi="dv-MV"/>
        </w:rPr>
        <w:t>ވެސް</w:t>
      </w:r>
      <w:r w:rsidR="0033043D" w:rsidRPr="0033043D">
        <w:rPr>
          <w:rFonts w:ascii="MV Utheemu" w:hAnsi="MV Utheemu" w:cs="MV Utheemu"/>
          <w:sz w:val="36"/>
          <w:szCs w:val="36"/>
          <w:rtl/>
          <w:lang w:bidi="dv-MV"/>
        </w:rPr>
        <w:t xml:space="preserve"> </w:t>
      </w:r>
      <w:r w:rsidR="0033043D" w:rsidRPr="00C0278B">
        <w:rPr>
          <w:rFonts w:ascii="MV Utheemu" w:hAnsi="MV Utheemu" w:cs="KFGQPC Uthman Taha Naskh"/>
          <w:b/>
          <w:bCs/>
          <w:sz w:val="36"/>
          <w:szCs w:val="36"/>
          <w:rtl/>
        </w:rPr>
        <w:t>ب</w:t>
      </w:r>
      <w:r w:rsidR="0033043D" w:rsidRPr="00C0278B">
        <w:rPr>
          <w:rFonts w:ascii="MV Utheemu" w:hAnsi="MV Utheemu" w:cs="KFGQPC Uthman Taha Naskh" w:hint="cs"/>
          <w:b/>
          <w:bCs/>
          <w:sz w:val="36"/>
          <w:szCs w:val="36"/>
          <w:rtl/>
        </w:rPr>
        <w:t>اطل</w:t>
      </w:r>
      <w:r w:rsidR="0033043D" w:rsidRPr="0033043D">
        <w:rPr>
          <w:rFonts w:ascii="MV Utheemu" w:hAnsi="MV Utheemu" w:cs="Times New Roman"/>
          <w:b/>
          <w:bCs/>
          <w:sz w:val="36"/>
          <w:szCs w:val="36"/>
          <w:rtl/>
        </w:rPr>
        <w:t xml:space="preserve"> </w:t>
      </w:r>
      <w:r w:rsidR="0033043D" w:rsidRPr="0033043D">
        <w:rPr>
          <w:rFonts w:ascii="MV Utheemu" w:hAnsi="MV Utheemu" w:cs="MV Utheemu" w:hint="cs"/>
          <w:b/>
          <w:bCs/>
          <w:sz w:val="36"/>
          <w:szCs w:val="36"/>
          <w:rtl/>
          <w:lang w:bidi="dv-MV"/>
        </w:rPr>
        <w:t>ވާނެކަން</w:t>
      </w:r>
      <w:r w:rsidR="0033043D" w:rsidRPr="0033043D">
        <w:rPr>
          <w:rFonts w:ascii="MV Utheemu" w:hAnsi="MV Utheemu" w:cs="MV Utheemu"/>
          <w:sz w:val="36"/>
          <w:szCs w:val="36"/>
          <w:rtl/>
          <w:lang w:bidi="dv-MV"/>
        </w:rPr>
        <w:t xml:space="preserve"> </w:t>
      </w:r>
      <w:r w:rsidR="0033043D" w:rsidRPr="0033043D">
        <w:rPr>
          <w:rFonts w:ascii="MV Utheemu" w:hAnsi="MV Utheemu" w:cs="MV Utheemu" w:hint="cs"/>
          <w:sz w:val="36"/>
          <w:szCs w:val="36"/>
          <w:rtl/>
          <w:lang w:bidi="dv-MV"/>
        </w:rPr>
        <w:t>ކަށަވަރެވެ</w:t>
      </w:r>
      <w:r w:rsidR="0033043D" w:rsidRPr="0033043D">
        <w:rPr>
          <w:rFonts w:ascii="MV Utheemu" w:hAnsi="MV Utheemu" w:cs="MV Utheemu"/>
          <w:sz w:val="36"/>
          <w:szCs w:val="36"/>
          <w:rtl/>
          <w:lang w:bidi="dv-MV"/>
        </w:rPr>
        <w:t>.</w:t>
      </w:r>
      <w:r>
        <w:rPr>
          <w:rFonts w:ascii="MV Utheemu" w:hAnsi="MV Utheemu" w:cs="MV Utheemu" w:hint="cs"/>
          <w:sz w:val="36"/>
          <w:szCs w:val="36"/>
          <w:rtl/>
          <w:lang w:bidi="dv-MV"/>
        </w:rPr>
        <w:t>"</w:t>
      </w:r>
    </w:p>
    <w:p w14:paraId="4CEF6BFA" w14:textId="2ED436AF" w:rsidR="0033043D" w:rsidRPr="00CA61CD" w:rsidRDefault="0033043D" w:rsidP="00C0278B">
      <w:pPr>
        <w:bidi/>
        <w:jc w:val="both"/>
        <w:rPr>
          <w:rFonts w:ascii="MV Utheemu" w:hAnsi="MV Utheemu" w:cs="MV Utheemu"/>
          <w:color w:val="262626" w:themeColor="text1" w:themeTint="D9"/>
          <w:sz w:val="36"/>
          <w:szCs w:val="36"/>
          <w:lang w:bidi="dv-MV"/>
        </w:rPr>
      </w:pPr>
      <w:r>
        <w:rPr>
          <w:rFonts w:ascii="Scheherazade New" w:hAnsi="Scheherazade New" w:cs="Scheherazade New"/>
          <w:color w:val="262626" w:themeColor="text1" w:themeTint="D9"/>
          <w:sz w:val="32"/>
          <w:szCs w:val="32"/>
        </w:rPr>
        <w:sym w:font="KFGQPC Arabic Symbols 01" w:char="F045"/>
      </w:r>
      <w:r w:rsidRPr="003F450E">
        <w:rPr>
          <w:rFonts w:ascii="Scheherazade New" w:hAnsi="Scheherazade New" w:cs="Scheherazade New"/>
          <w:b/>
          <w:bCs/>
          <w:color w:val="262626" w:themeColor="text1" w:themeTint="D9"/>
          <w:sz w:val="32"/>
          <w:szCs w:val="32"/>
          <w:rtl/>
        </w:rPr>
        <w:t xml:space="preserve"> </w:t>
      </w:r>
      <w:r>
        <w:rPr>
          <w:rFonts w:ascii="MV Utheemu" w:hAnsi="MV Utheemu" w:cs="MV Utheemu" w:hint="cs"/>
          <w:color w:val="262626" w:themeColor="text1" w:themeTint="D9"/>
          <w:sz w:val="36"/>
          <w:szCs w:val="36"/>
          <w:rtl/>
          <w:lang w:bidi="dv-MV"/>
        </w:rPr>
        <w:t>ވަޙީކުރެއްވިއެވެ.</w:t>
      </w:r>
      <w:r w:rsidRPr="00DC3178">
        <w:rPr>
          <w:rFonts w:ascii="MV Utheemu" w:hAnsi="MV Utheemu" w:cs="MV Utheemu"/>
          <w:color w:val="262626" w:themeColor="text1" w:themeTint="D9"/>
          <w:sz w:val="36"/>
          <w:szCs w:val="36"/>
          <w:rtl/>
          <w:lang w:bidi="dv-MV"/>
        </w:rPr>
        <w:t xml:space="preserve"> </w:t>
      </w:r>
      <w:r w:rsidRPr="002F4CCB">
        <w:rPr>
          <w:rFonts w:ascii="Scheherazade New" w:hAnsi="Scheherazade New" w:cs="Scheherazade New"/>
          <w:b/>
          <w:bCs/>
          <w:color w:val="262626" w:themeColor="text1" w:themeTint="D9"/>
          <w:sz w:val="32"/>
          <w:szCs w:val="32"/>
          <w:rtl/>
        </w:rPr>
        <w:t>﴿</w:t>
      </w:r>
      <w:r w:rsidRPr="002F4CCB">
        <w:rPr>
          <w:rtl/>
        </w:rPr>
        <w:t xml:space="preserve"> </w:t>
      </w:r>
      <w:r w:rsidRPr="0033043D">
        <w:rPr>
          <w:rFonts w:ascii="Scheherazade New" w:hAnsi="Scheherazade New" w:cs="Scheherazade New"/>
          <w:b/>
          <w:bCs/>
          <w:color w:val="262626" w:themeColor="text1" w:themeTint="D9"/>
          <w:sz w:val="32"/>
          <w:szCs w:val="32"/>
          <w:rtl/>
        </w:rPr>
        <w:t xml:space="preserve">وَلَنَبْلُوَنَّكُم بِشَيْءٍ مِّنَ الْخَوْفِ وَالْجُوعِ </w:t>
      </w:r>
      <w:r w:rsidRPr="000055AF">
        <w:rPr>
          <w:rFonts w:ascii="Scheherazade New" w:hAnsi="Scheherazade New" w:cs="Scheherazade New"/>
          <w:b/>
          <w:bCs/>
          <w:color w:val="262626" w:themeColor="text1" w:themeTint="D9"/>
          <w:sz w:val="32"/>
          <w:szCs w:val="32"/>
          <w:u w:val="single"/>
          <w:rtl/>
        </w:rPr>
        <w:t>وَنَقْصٍ</w:t>
      </w:r>
      <w:r w:rsidRPr="0033043D">
        <w:rPr>
          <w:rFonts w:ascii="Scheherazade New" w:hAnsi="Scheherazade New" w:cs="Scheherazade New"/>
          <w:b/>
          <w:bCs/>
          <w:color w:val="262626" w:themeColor="text1" w:themeTint="D9"/>
          <w:sz w:val="32"/>
          <w:szCs w:val="32"/>
          <w:rtl/>
        </w:rPr>
        <w:t xml:space="preserve"> مِّنَ الْأَمْوَالِ وَالْأَنفُسِ وَالثَّمَرَاتِ ۗ وَبَشِّرِ الصَّابِرِينَ ١٥٥</w:t>
      </w:r>
      <w:r w:rsidRPr="003F450E">
        <w:rPr>
          <w:rFonts w:ascii="Scheherazade New" w:hAnsi="Scheherazade New" w:cs="Scheherazade New"/>
          <w:b/>
          <w:bCs/>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33043D">
        <w:rPr>
          <w:rFonts w:ascii="Scheherazade New" w:hAnsi="Scheherazade New" w:cs="Scheherazade New"/>
          <w:color w:val="262626" w:themeColor="text1" w:themeTint="D9"/>
          <w:sz w:val="32"/>
          <w:szCs w:val="32"/>
          <w:rtl/>
        </w:rPr>
        <w:t>﴿</w:t>
      </w:r>
      <w:r w:rsidRPr="0033043D">
        <w:rPr>
          <w:rFonts w:ascii="Scheherazade New" w:hAnsi="Scheherazade New" w:cs="Scheherazade New"/>
          <w:b/>
          <w:bCs/>
          <w:color w:val="262626" w:themeColor="text1" w:themeTint="D9"/>
          <w:sz w:val="32"/>
          <w:szCs w:val="32"/>
          <w:rtl/>
        </w:rPr>
        <w:t>الَّذِينَ إِذَا أَصَابَتْهُم مُّصِيبَةٌ قَالُوا إِنَّا لِلَّهِ وَإِنَّا إِلَيْهِ رَاجِعُونَ ١٥٦</w:t>
      </w:r>
      <w:r w:rsidRPr="0033043D">
        <w:rPr>
          <w:rFonts w:ascii="Scheherazade New" w:hAnsi="Scheherazade New" w:cs="Scheherazade New"/>
          <w:color w:val="262626" w:themeColor="text1" w:themeTint="D9"/>
          <w:sz w:val="32"/>
          <w:szCs w:val="32"/>
          <w:rtl/>
        </w:rPr>
        <w:t xml:space="preserve">﴾ </w:t>
      </w:r>
      <w:r w:rsidRPr="000F735A">
        <w:rPr>
          <w:rFonts w:ascii="Scheherazade New" w:hAnsi="Scheherazade New" w:cs="Scheherazade New"/>
          <w:szCs w:val="24"/>
          <w:rtl/>
        </w:rPr>
        <w:t>[</w:t>
      </w:r>
      <w:r w:rsidRPr="0033043D">
        <w:rPr>
          <w:rFonts w:ascii="Scheherazade New" w:hAnsi="Scheherazade New" w:cs="Scheherazade New"/>
          <w:szCs w:val="24"/>
          <w:rtl/>
        </w:rPr>
        <w:t>البقرة: 155، 166</w:t>
      </w:r>
      <w:r w:rsidRPr="000F735A">
        <w:rPr>
          <w:rFonts w:ascii="Scheherazade New" w:hAnsi="Scheherazade New" w:cs="Scheherazade New"/>
          <w:szCs w:val="24"/>
          <w:rtl/>
        </w:rPr>
        <w:t xml:space="preserve">] </w:t>
      </w:r>
      <w:r w:rsidRPr="002F4CCB">
        <w:rPr>
          <w:rFonts w:ascii="MV Utheemu" w:hAnsi="MV Utheemu" w:cs="MV Utheemu" w:hint="cs"/>
          <w:sz w:val="36"/>
          <w:szCs w:val="36"/>
          <w:rtl/>
          <w:lang w:bidi="dv-MV"/>
        </w:rPr>
        <w:t>"</w:t>
      </w:r>
      <w:r w:rsidRPr="0033043D">
        <w:rPr>
          <w:rFonts w:ascii="MV Utheemu" w:hAnsi="MV Utheemu" w:cs="MV Utheemu" w:hint="cs"/>
          <w:sz w:val="36"/>
          <w:szCs w:val="36"/>
          <w:rtl/>
          <w:lang w:bidi="dv-MV"/>
        </w:rPr>
        <w:t>އަދި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ހަމަކަށަވަރުން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ތިމަންރަސްކަލާނގެ</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ކަލޭމެން</w:t>
      </w:r>
      <w:r w:rsidRPr="0033043D">
        <w:rPr>
          <w:rFonts w:ascii="MV Utheemu" w:hAnsi="MV Utheemu" w:cs="MV Utheemu"/>
          <w:sz w:val="36"/>
          <w:szCs w:val="36"/>
          <w:rtl/>
          <w:lang w:bidi="dv-MV"/>
        </w:rPr>
        <w:t xml:space="preserve"> </w:t>
      </w:r>
      <w:r w:rsidRPr="00C0278B">
        <w:rPr>
          <w:rFonts w:ascii="MV Utheemu" w:hAnsi="MV Utheemu" w:cs="KFGQPC Uthman Taha Naskh"/>
          <w:b/>
          <w:bCs/>
          <w:sz w:val="36"/>
          <w:szCs w:val="36"/>
          <w:rtl/>
        </w:rPr>
        <w:t>إمتحان</w:t>
      </w:r>
      <w:r w:rsidRPr="0033043D">
        <w:rPr>
          <w:rFonts w:ascii="MV Utheemu" w:hAnsi="MV Utheemu" w:cs="Times New Roman"/>
          <w:sz w:val="36"/>
          <w:szCs w:val="36"/>
          <w:rtl/>
        </w:rPr>
        <w:t xml:space="preserve"> </w:t>
      </w:r>
      <w:r w:rsidRPr="0033043D">
        <w:rPr>
          <w:rFonts w:ascii="MV Utheemu" w:hAnsi="MV Utheemu" w:cs="MV Utheemu" w:hint="cs"/>
          <w:sz w:val="36"/>
          <w:szCs w:val="36"/>
          <w:rtl/>
          <w:lang w:bidi="dv-MV"/>
        </w:rPr>
        <w:t>ކުރާހުށީމެވެ</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ބިރުވެރިކަމުގެ</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ކަންކަން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ދިމާކުރެއްވުމުންނާއި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ބަނޑުހައިހޫނުކަން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ދިމާކުރެއްވުމުންނާއި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މުދާ</w:t>
      </w:r>
      <w:r w:rsidRPr="0033043D">
        <w:rPr>
          <w:rFonts w:ascii="MV Utheemu" w:hAnsi="MV Utheemu" w:cs="MV Utheemu"/>
          <w:sz w:val="36"/>
          <w:szCs w:val="36"/>
          <w:rtl/>
          <w:lang w:bidi="dv-MV"/>
        </w:rPr>
        <w:t xml:space="preserve"> </w:t>
      </w:r>
      <w:r w:rsidRPr="000055AF">
        <w:rPr>
          <w:rFonts w:ascii="MV Utheemu" w:hAnsi="MV Utheemu" w:cs="MV Utheemu" w:hint="cs"/>
          <w:b/>
          <w:bCs/>
          <w:sz w:val="36"/>
          <w:szCs w:val="36"/>
          <w:rtl/>
          <w:lang w:bidi="dv-MV"/>
        </w:rPr>
        <w:t>މަދުކުރެއްވުމުންނާ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މީހުން</w:t>
      </w:r>
      <w:r w:rsidRPr="0033043D">
        <w:rPr>
          <w:rFonts w:ascii="MV Utheemu" w:hAnsi="MV Utheemu" w:cs="MV Utheemu"/>
          <w:sz w:val="36"/>
          <w:szCs w:val="36"/>
          <w:rtl/>
          <w:lang w:bidi="dv-MV"/>
        </w:rPr>
        <w:t xml:space="preserve"> </w:t>
      </w:r>
      <w:r w:rsidRPr="000055AF">
        <w:rPr>
          <w:rFonts w:ascii="MV Utheemu" w:hAnsi="MV Utheemu" w:cs="MV Utheemu" w:hint="cs"/>
          <w:b/>
          <w:bCs/>
          <w:sz w:val="36"/>
          <w:szCs w:val="36"/>
          <w:u w:val="single"/>
          <w:rtl/>
          <w:lang w:bidi="dv-MV"/>
        </w:rPr>
        <w:t>މަދުކުރެއްވުމުންނާއި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ގަސްގަހާގެހީގެމަތިވަރު</w:t>
      </w:r>
      <w:r w:rsidRPr="0033043D">
        <w:rPr>
          <w:rFonts w:ascii="MV Utheemu" w:hAnsi="MV Utheemu" w:cs="MV Utheemu"/>
          <w:sz w:val="36"/>
          <w:szCs w:val="36"/>
          <w:rtl/>
          <w:lang w:bidi="dv-MV"/>
        </w:rPr>
        <w:t xml:space="preserve"> </w:t>
      </w:r>
      <w:r w:rsidRPr="000055AF">
        <w:rPr>
          <w:rFonts w:ascii="MV Utheemu" w:hAnsi="MV Utheemu" w:cs="MV Utheemu" w:hint="cs"/>
          <w:b/>
          <w:bCs/>
          <w:sz w:val="36"/>
          <w:szCs w:val="36"/>
          <w:u w:val="single"/>
          <w:rtl/>
          <w:lang w:bidi="dv-MV"/>
        </w:rPr>
        <w:t>މަދުކުރެއްވުމުންނ</w:t>
      </w:r>
      <w:r w:rsidRPr="000055AF">
        <w:rPr>
          <w:rFonts w:ascii="MV Utheemu" w:hAnsi="MV Utheemu" w:cs="MV Utheemu"/>
          <w:b/>
          <w:bCs/>
          <w:sz w:val="36"/>
          <w:szCs w:val="36"/>
          <w:u w:val="single"/>
          <w:rtl/>
          <w:lang w:bidi="dv-MV"/>
        </w:rPr>
        <w:t>ާ</w:t>
      </w:r>
      <w:r w:rsidRPr="000055AF">
        <w:rPr>
          <w:rFonts w:ascii="MV Utheemu" w:hAnsi="MV Utheemu" w:cs="MV Utheemu" w:hint="cs"/>
          <w:b/>
          <w:bCs/>
          <w:sz w:val="36"/>
          <w:szCs w:val="36"/>
          <w:u w:val="single"/>
          <w:rtl/>
          <w:lang w:bidi="dv-MV"/>
        </w:rPr>
        <w:t>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މިފަދަ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އެންމެހައި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ކަންކަމުންނެވެ</w:t>
      </w:r>
      <w:r w:rsidRPr="0033043D">
        <w:rPr>
          <w:rFonts w:ascii="MV Utheemu" w:hAnsi="MV Utheemu" w:cs="MV Utheemu"/>
          <w:sz w:val="36"/>
          <w:szCs w:val="36"/>
          <w:rtl/>
          <w:lang w:bidi="dv-MV"/>
        </w:rPr>
        <w:t>.</w:t>
      </w:r>
      <w:r>
        <w:rPr>
          <w:rFonts w:ascii="MV Utheemu" w:hAnsi="MV Utheemu" w:cs="MV Utheemu" w:hint="cs"/>
          <w:sz w:val="36"/>
          <w:szCs w:val="36"/>
          <w:rtl/>
          <w:lang w:bidi="dv-MV"/>
        </w:rPr>
        <w:t xml:space="preserve"> </w:t>
      </w:r>
      <w:r w:rsidRPr="0033043D">
        <w:rPr>
          <w:rFonts w:ascii="MV Utheemu" w:hAnsi="MV Utheemu" w:cs="MV Utheemu" w:hint="cs"/>
          <w:sz w:val="36"/>
          <w:szCs w:val="36"/>
          <w:rtl/>
          <w:lang w:bidi="dv-MV"/>
        </w:rPr>
        <w:t>ދެންފަހެ</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މިބުނާ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ކެތްތެރިންނަކީ</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އެމީހުންނަށް</w:t>
      </w:r>
      <w:r w:rsidRPr="0033043D">
        <w:rPr>
          <w:rFonts w:ascii="MV Utheemu" w:hAnsi="MV Utheemu" w:cs="MV Utheemu"/>
          <w:sz w:val="36"/>
          <w:szCs w:val="36"/>
          <w:rtl/>
          <w:lang w:bidi="dv-MV"/>
        </w:rPr>
        <w:t xml:space="preserve"> </w:t>
      </w:r>
      <w:r w:rsidRPr="00C0278B">
        <w:rPr>
          <w:rFonts w:ascii="MV Utheemu" w:hAnsi="MV Utheemu" w:cs="KFGQPC Uthman Taha Naskh"/>
          <w:b/>
          <w:bCs/>
          <w:sz w:val="36"/>
          <w:szCs w:val="36"/>
          <w:rtl/>
        </w:rPr>
        <w:t xml:space="preserve">مُصِيْبَة </w:t>
      </w:r>
      <w:r w:rsidRPr="0033043D">
        <w:rPr>
          <w:rFonts w:ascii="MV Utheemu" w:hAnsi="MV Utheemu" w:cs="MV Utheemu" w:hint="cs"/>
          <w:sz w:val="36"/>
          <w:szCs w:val="36"/>
          <w:rtl/>
          <w:lang w:bidi="dv-MV"/>
        </w:rPr>
        <w:t>އެއް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ނޭދެވޭ</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ކަންތައްގަނޑެއް</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ދިމާވާވަގުތު</w:t>
      </w:r>
      <w:r w:rsidRPr="0033043D">
        <w:rPr>
          <w:rFonts w:ascii="MV Utheemu" w:hAnsi="MV Utheemu" w:cs="MV Utheemu"/>
          <w:sz w:val="36"/>
          <w:szCs w:val="36"/>
          <w:rtl/>
          <w:lang w:bidi="dv-MV"/>
        </w:rPr>
        <w:t xml:space="preserve"> </w:t>
      </w:r>
      <w:r>
        <w:rPr>
          <w:rFonts w:ascii="MV Utheemu" w:hAnsi="MV Utheemu" w:cs="MV Utheemu" w:hint="cs"/>
          <w:sz w:val="36"/>
          <w:szCs w:val="36"/>
          <w:rtl/>
          <w:lang w:bidi="dv-MV"/>
        </w:rPr>
        <w:t xml:space="preserve">އެމީހުންނަކީ </w:t>
      </w:r>
      <w:r w:rsidRPr="0033043D">
        <w:rPr>
          <w:rFonts w:ascii="MV Utheemu" w:hAnsi="MV Utheemu" w:cs="MV Utheemu"/>
          <w:sz w:val="36"/>
          <w:szCs w:val="36"/>
          <w:rtl/>
          <w:lang w:bidi="dv-MV"/>
        </w:rPr>
        <w:t>ބުނާމީހުންނެވެ</w:t>
      </w:r>
      <w:r w:rsidRPr="0033043D">
        <w:rPr>
          <w:rFonts w:ascii="MV Utheemu" w:hAnsi="MV Utheemu" w:cs="MV Utheemu"/>
          <w:sz w:val="36"/>
          <w:szCs w:val="36"/>
          <w:lang w:bidi="dv-MV"/>
        </w:rPr>
        <w:t>.</w:t>
      </w:r>
      <w:r w:rsidRPr="0033043D">
        <w:rPr>
          <w:rFonts w:ascii="MV Utheemu" w:hAnsi="MV Utheemu" w:cs="MV Utheemu"/>
          <w:sz w:val="36"/>
          <w:szCs w:val="36"/>
          <w:rtl/>
          <w:lang w:bidi="dv-MV"/>
        </w:rPr>
        <w:t xml:space="preserve">ހަމަކަށަވަރުން އަހުރެމެންވަނީ </w:t>
      </w:r>
      <w:r w:rsidR="007907C2">
        <w:rPr>
          <w:rFonts w:ascii="Arabic Typesetting" w:hAnsi="Arabic Typesetting" w:cs="Arabic Typesetting"/>
          <w:color w:val="262626" w:themeColor="text1" w:themeTint="D9"/>
          <w:sz w:val="36"/>
          <w:szCs w:val="36"/>
        </w:rPr>
        <w:sym w:font="KFGQPC Arabic Symbols 01" w:char="F025"/>
      </w:r>
      <w:r w:rsidRPr="0033043D">
        <w:rPr>
          <w:rFonts w:ascii="MV Utheemu" w:hAnsi="MV Utheemu" w:cs="MV Utheemu"/>
          <w:sz w:val="36"/>
          <w:szCs w:val="36"/>
          <w:rtl/>
          <w:lang w:bidi="dv-MV"/>
        </w:rPr>
        <w:t xml:space="preserve"> އަށެވެ</w:t>
      </w:r>
      <w:r w:rsidRPr="0033043D">
        <w:rPr>
          <w:rFonts w:ascii="MV Utheemu" w:hAnsi="MV Utheemu" w:cs="MV Utheemu"/>
          <w:sz w:val="36"/>
          <w:szCs w:val="36"/>
          <w:lang w:bidi="dv-MV"/>
        </w:rPr>
        <w:t>.</w:t>
      </w:r>
      <w:r>
        <w:rPr>
          <w:rFonts w:ascii="MV Utheemu" w:hAnsi="MV Utheemu" w:cs="MV Utheemu" w:hint="cs"/>
          <w:sz w:val="36"/>
          <w:szCs w:val="36"/>
          <w:rtl/>
          <w:lang w:bidi="dv-MV"/>
        </w:rPr>
        <w:t xml:space="preserve"> </w:t>
      </w:r>
      <w:r w:rsidRPr="0033043D">
        <w:rPr>
          <w:rFonts w:ascii="MV Utheemu" w:hAnsi="MV Utheemu" w:cs="MV Utheemu"/>
          <w:sz w:val="36"/>
          <w:szCs w:val="36"/>
          <w:lang w:bidi="dv-MV"/>
        </w:rPr>
        <w:t> </w:t>
      </w:r>
      <w:r w:rsidRPr="0033043D">
        <w:rPr>
          <w:rFonts w:ascii="MV Utheemu" w:hAnsi="MV Utheemu" w:cs="MV Utheemu"/>
          <w:sz w:val="36"/>
          <w:szCs w:val="36"/>
          <w:rtl/>
          <w:lang w:bidi="dv-MV"/>
        </w:rPr>
        <w:t xml:space="preserve">އަހުރެމެންނީ </w:t>
      </w:r>
      <w:r w:rsidR="00EB4DFC">
        <w:rPr>
          <w:rFonts w:ascii="Arabic Typesetting" w:hAnsi="Arabic Typesetting" w:cs="Arabic Typesetting"/>
          <w:color w:val="262626" w:themeColor="text1" w:themeTint="D9"/>
          <w:sz w:val="36"/>
          <w:szCs w:val="36"/>
        </w:rPr>
        <w:sym w:font="KFGQPC Arabic Symbols 01" w:char="F025"/>
      </w:r>
      <w:r w:rsidRPr="0033043D">
        <w:rPr>
          <w:rFonts w:ascii="MV Utheemu" w:hAnsi="MV Utheemu" w:cs="MV Utheemu"/>
          <w:sz w:val="36"/>
          <w:szCs w:val="36"/>
          <w:rtl/>
          <w:lang w:bidi="dv-MV"/>
        </w:rPr>
        <w:t xml:space="preserve"> ގެ މިލްކެވެ</w:t>
      </w:r>
      <w:r>
        <w:rPr>
          <w:rFonts w:ascii="MV Utheemu" w:hAnsi="MV Utheemu" w:cs="MV Utheemu" w:hint="cs"/>
          <w:sz w:val="36"/>
          <w:szCs w:val="36"/>
          <w:rtl/>
          <w:lang w:bidi="dv-MV"/>
        </w:rPr>
        <w:t xml:space="preserve">. </w:t>
      </w:r>
      <w:r w:rsidRPr="0033043D">
        <w:rPr>
          <w:rFonts w:ascii="MV Utheemu" w:hAnsi="MV Utheemu" w:cs="MV Utheemu" w:hint="cs"/>
          <w:sz w:val="36"/>
          <w:szCs w:val="36"/>
          <w:rtl/>
          <w:lang w:bidi="dv-MV"/>
        </w:rPr>
        <w:t>އަދި</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ހަމަކަށަވަރުން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އަހުރެމެން</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އެނބުރި</w:t>
      </w:r>
      <w:r w:rsidRPr="0033043D">
        <w:rPr>
          <w:rFonts w:ascii="MV Utheemu" w:hAnsi="MV Utheemu" w:cs="MV Utheemu"/>
          <w:sz w:val="36"/>
          <w:szCs w:val="36"/>
          <w:rtl/>
          <w:lang w:bidi="dv-MV"/>
        </w:rPr>
        <w:t xml:space="preserve"> </w:t>
      </w:r>
      <w:r w:rsidRPr="00C0278B">
        <w:rPr>
          <w:rFonts w:ascii="Arial" w:hAnsi="Arial" w:cs="KFGQPC Uthman Taha Naskh" w:hint="cs"/>
          <w:b/>
          <w:bCs/>
          <w:sz w:val="36"/>
          <w:szCs w:val="36"/>
          <w:rtl/>
        </w:rPr>
        <w:t>رُجُوع</w:t>
      </w:r>
      <w:r w:rsidRPr="0033043D">
        <w:rPr>
          <w:rFonts w:ascii="MV Utheemu" w:hAnsi="MV Utheemu" w:cs="MV Utheemu"/>
          <w:sz w:val="36"/>
          <w:szCs w:val="36"/>
          <w:rtl/>
        </w:rPr>
        <w:t xml:space="preserve"> </w:t>
      </w:r>
      <w:r w:rsidRPr="0033043D">
        <w:rPr>
          <w:rFonts w:ascii="MV Utheemu" w:hAnsi="MV Utheemu" w:cs="MV Utheemu" w:hint="cs"/>
          <w:sz w:val="36"/>
          <w:szCs w:val="36"/>
          <w:rtl/>
          <w:lang w:bidi="dv-MV"/>
        </w:rPr>
        <w:t>ވާނީވެސް</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ހަމައެކަލާނގެ</w:t>
      </w:r>
      <w:r w:rsidRPr="0033043D">
        <w:rPr>
          <w:rFonts w:ascii="MV Utheemu" w:hAnsi="MV Utheemu" w:cs="MV Utheemu"/>
          <w:sz w:val="36"/>
          <w:szCs w:val="36"/>
          <w:rtl/>
          <w:lang w:bidi="dv-MV"/>
        </w:rPr>
        <w:t xml:space="preserve"> </w:t>
      </w:r>
      <w:r w:rsidRPr="00C0278B">
        <w:rPr>
          <w:rFonts w:ascii="Arial" w:hAnsi="Arial" w:cs="KFGQPC Uthman Taha Naskh" w:hint="cs"/>
          <w:b/>
          <w:bCs/>
          <w:sz w:val="36"/>
          <w:szCs w:val="36"/>
          <w:rtl/>
        </w:rPr>
        <w:t>حضرة</w:t>
      </w:r>
      <w:r w:rsidRPr="0033043D">
        <w:rPr>
          <w:rFonts w:ascii="MV Utheemu" w:hAnsi="MV Utheemu" w:cs="MV Utheemu"/>
          <w:sz w:val="36"/>
          <w:szCs w:val="36"/>
          <w:rtl/>
        </w:rPr>
        <w:t xml:space="preserve"> </w:t>
      </w:r>
      <w:r w:rsidRPr="0033043D">
        <w:rPr>
          <w:rFonts w:ascii="MV Utheemu" w:hAnsi="MV Utheemu" w:cs="MV Utheemu" w:hint="cs"/>
          <w:sz w:val="36"/>
          <w:szCs w:val="36"/>
          <w:rtl/>
          <w:lang w:bidi="dv-MV"/>
        </w:rPr>
        <w:t>އަށެވެ</w:t>
      </w:r>
      <w:r>
        <w:rPr>
          <w:rFonts w:ascii="MV Utheemu" w:hAnsi="MV Utheemu" w:cs="MV Utheemu" w:hint="cs"/>
          <w:sz w:val="36"/>
          <w:szCs w:val="36"/>
          <w:rtl/>
          <w:lang w:bidi="dv-MV"/>
        </w:rPr>
        <w:t>.</w:t>
      </w:r>
      <w:r w:rsidRPr="0033043D">
        <w:rPr>
          <w:rFonts w:ascii="MV Utheemu" w:hAnsi="MV Utheemu" w:cs="MV Utheemu"/>
          <w:sz w:val="36"/>
          <w:szCs w:val="36"/>
          <w:lang w:bidi="dv-MV"/>
        </w:rPr>
        <w:t> </w:t>
      </w:r>
      <w:r>
        <w:rPr>
          <w:rFonts w:ascii="MV Utheemu" w:hAnsi="MV Utheemu" w:cs="MV Utheemu" w:hint="cs"/>
          <w:sz w:val="36"/>
          <w:szCs w:val="36"/>
          <w:rtl/>
          <w:lang w:bidi="dv-MV"/>
        </w:rPr>
        <w:t>"</w:t>
      </w:r>
    </w:p>
    <w:p w14:paraId="5167083C" w14:textId="4907B827" w:rsidR="0045445B" w:rsidRDefault="0033043D" w:rsidP="00DE510E">
      <w:pPr>
        <w:bidi/>
        <w:jc w:val="both"/>
        <w:rPr>
          <w:rFonts w:ascii="MV Utheemu" w:hAnsi="MV Utheemu" w:cs="MV Utheemu"/>
          <w:sz w:val="36"/>
          <w:szCs w:val="36"/>
          <w:rtl/>
          <w:lang w:bidi="dv-MV"/>
        </w:rPr>
      </w:pPr>
      <w:r>
        <w:rPr>
          <w:rFonts w:ascii="Scheherazade New" w:hAnsi="Scheherazade New" w:cs="Scheherazade New"/>
          <w:color w:val="262626" w:themeColor="text1" w:themeTint="D9"/>
          <w:sz w:val="32"/>
          <w:szCs w:val="32"/>
        </w:rPr>
        <w:sym w:font="KFGQPC Arabic Symbols 01" w:char="F045"/>
      </w:r>
      <w:r w:rsidRPr="003F450E">
        <w:rPr>
          <w:rFonts w:ascii="Scheherazade New" w:hAnsi="Scheherazade New" w:cs="Scheherazade New"/>
          <w:b/>
          <w:bCs/>
          <w:color w:val="262626" w:themeColor="text1" w:themeTint="D9"/>
          <w:sz w:val="32"/>
          <w:szCs w:val="32"/>
          <w:rtl/>
        </w:rPr>
        <w:t xml:space="preserve"> </w:t>
      </w:r>
      <w:r>
        <w:rPr>
          <w:rFonts w:ascii="MV Utheemu" w:hAnsi="MV Utheemu" w:cs="MV Utheemu" w:hint="cs"/>
          <w:color w:val="262626" w:themeColor="text1" w:themeTint="D9"/>
          <w:sz w:val="36"/>
          <w:szCs w:val="36"/>
          <w:rtl/>
          <w:lang w:bidi="dv-MV"/>
        </w:rPr>
        <w:t>ވަޙީކުރެއްވިއެވެ.</w:t>
      </w:r>
      <w:r w:rsidRPr="00DC3178">
        <w:rPr>
          <w:rFonts w:ascii="MV Utheemu" w:hAnsi="MV Utheemu" w:cs="MV Utheemu"/>
          <w:color w:val="262626" w:themeColor="text1" w:themeTint="D9"/>
          <w:sz w:val="36"/>
          <w:szCs w:val="36"/>
          <w:rtl/>
          <w:lang w:bidi="dv-MV"/>
        </w:rPr>
        <w:t xml:space="preserve"> </w:t>
      </w:r>
      <w:r w:rsidRPr="002F4CCB">
        <w:rPr>
          <w:rFonts w:ascii="Scheherazade New" w:hAnsi="Scheherazade New" w:cs="Scheherazade New"/>
          <w:b/>
          <w:bCs/>
          <w:color w:val="262626" w:themeColor="text1" w:themeTint="D9"/>
          <w:sz w:val="32"/>
          <w:szCs w:val="32"/>
          <w:rtl/>
        </w:rPr>
        <w:t>﴿</w:t>
      </w:r>
      <w:r w:rsidRPr="002F4CCB">
        <w:rPr>
          <w:rtl/>
        </w:rPr>
        <w:t xml:space="preserve"> </w:t>
      </w:r>
      <w:r w:rsidRPr="0033043D">
        <w:rPr>
          <w:rFonts w:ascii="Scheherazade New" w:hAnsi="Scheherazade New" w:cs="Scheherazade New"/>
          <w:b/>
          <w:bCs/>
          <w:color w:val="262626" w:themeColor="text1" w:themeTint="D9"/>
          <w:sz w:val="32"/>
          <w:szCs w:val="32"/>
          <w:rtl/>
        </w:rPr>
        <w:t xml:space="preserve">يَا أَيُّهَا الَّذِينَ آمَنُوا </w:t>
      </w:r>
      <w:r w:rsidRPr="000055AF">
        <w:rPr>
          <w:rFonts w:ascii="Scheherazade New" w:hAnsi="Scheherazade New" w:cs="Scheherazade New"/>
          <w:b/>
          <w:bCs/>
          <w:color w:val="262626" w:themeColor="text1" w:themeTint="D9"/>
          <w:sz w:val="32"/>
          <w:szCs w:val="32"/>
          <w:u w:val="single"/>
          <w:rtl/>
        </w:rPr>
        <w:t>لَا تُبْطِلُوا</w:t>
      </w:r>
      <w:r w:rsidRPr="0033043D">
        <w:rPr>
          <w:rFonts w:ascii="Scheherazade New" w:hAnsi="Scheherazade New" w:cs="Scheherazade New"/>
          <w:b/>
          <w:bCs/>
          <w:color w:val="262626" w:themeColor="text1" w:themeTint="D9"/>
          <w:sz w:val="32"/>
          <w:szCs w:val="32"/>
          <w:rtl/>
        </w:rPr>
        <w:t xml:space="preserve"> صَدَقَاتِكُم بِالْمَنِّ </w:t>
      </w:r>
      <w:r w:rsidRPr="0033043D">
        <w:rPr>
          <w:rFonts w:ascii="Scheherazade New" w:hAnsi="Scheherazade New" w:cs="Scheherazade New"/>
          <w:b/>
          <w:bCs/>
          <w:color w:val="262626" w:themeColor="text1" w:themeTint="D9"/>
          <w:sz w:val="32"/>
          <w:szCs w:val="32"/>
          <w:u w:val="single"/>
          <w:rtl/>
        </w:rPr>
        <w:t>وَالْأَذَىٰ</w:t>
      </w:r>
      <w:r w:rsidRPr="0033043D">
        <w:rPr>
          <w:rFonts w:ascii="Scheherazade New" w:hAnsi="Scheherazade New" w:cs="Scheherazade New"/>
          <w:b/>
          <w:bCs/>
          <w:color w:val="262626" w:themeColor="text1" w:themeTint="D9"/>
          <w:sz w:val="32"/>
          <w:szCs w:val="32"/>
          <w:rtl/>
        </w:rPr>
        <w:t xml:space="preserve"> كَالَّذِي يُنفِقُ مَالَهُ رِئَاءَ النَّاسِ وَلَا يُؤْمِنُ بِاللَّهِ وَالْيَوْمِ الْآخِرِ </w:t>
      </w:r>
      <w:r w:rsidRPr="003F450E">
        <w:rPr>
          <w:rFonts w:ascii="Scheherazade New" w:hAnsi="Scheherazade New" w:cs="Scheherazade New"/>
          <w:b/>
          <w:bCs/>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0F735A">
        <w:rPr>
          <w:rFonts w:ascii="Scheherazade New" w:hAnsi="Scheherazade New" w:cs="Scheherazade New"/>
          <w:szCs w:val="24"/>
          <w:rtl/>
        </w:rPr>
        <w:t>[</w:t>
      </w:r>
      <w:r w:rsidRPr="0033043D">
        <w:rPr>
          <w:rFonts w:ascii="Scheherazade New" w:hAnsi="Scheherazade New" w:cs="Scheherazade New"/>
          <w:szCs w:val="24"/>
          <w:rtl/>
        </w:rPr>
        <w:t>سورة البقرة - الآية 264</w:t>
      </w:r>
      <w:r w:rsidRPr="000F735A">
        <w:rPr>
          <w:rFonts w:ascii="Scheherazade New" w:hAnsi="Scheherazade New" w:cs="Scheherazade New"/>
          <w:szCs w:val="24"/>
          <w:rtl/>
        </w:rPr>
        <w:t xml:space="preserve">] </w:t>
      </w:r>
      <w:r w:rsidRPr="002F4CCB">
        <w:rPr>
          <w:rFonts w:ascii="MV Utheemu" w:hAnsi="MV Utheemu" w:cs="MV Utheemu" w:hint="cs"/>
          <w:sz w:val="36"/>
          <w:szCs w:val="36"/>
          <w:rtl/>
          <w:lang w:bidi="dv-MV"/>
        </w:rPr>
        <w:t>"</w:t>
      </w:r>
      <w:r w:rsidRPr="0033043D">
        <w:rPr>
          <w:rFonts w:ascii="Arial" w:hAnsi="Arial" w:cs="MV Boli"/>
          <w:color w:val="0A0A0A"/>
          <w:sz w:val="33"/>
          <w:szCs w:val="33"/>
          <w:shd w:val="clear" w:color="auto" w:fill="FFFFFF"/>
          <w:rtl/>
          <w:lang w:bidi="dv-MV"/>
        </w:rPr>
        <w:t xml:space="preserve"> </w:t>
      </w:r>
      <w:r w:rsidRPr="0033043D">
        <w:rPr>
          <w:rFonts w:ascii="MV Utheemu" w:hAnsi="MV Utheemu" w:cs="MV Utheemu"/>
          <w:sz w:val="36"/>
          <w:szCs w:val="36"/>
          <w:rtl/>
          <w:lang w:bidi="dv-MV"/>
        </w:rPr>
        <w:t>އޭ އީމާންވެއްޖެ މީސްތަކުންނޭވެ</w:t>
      </w:r>
      <w:r w:rsidRPr="0033043D">
        <w:rPr>
          <w:rFonts w:ascii="MV Utheemu" w:hAnsi="MV Utheemu" w:cs="MV Utheemu"/>
          <w:sz w:val="36"/>
          <w:szCs w:val="36"/>
          <w:lang w:bidi="dv-MV"/>
        </w:rPr>
        <w:t>!</w:t>
      </w:r>
      <w:r w:rsidRPr="0033043D">
        <w:rPr>
          <w:rFonts w:cs="MV Boli" w:hint="cs"/>
          <w:rtl/>
          <w:lang w:bidi="dv-MV"/>
        </w:rPr>
        <w:t xml:space="preserve"> </w:t>
      </w:r>
      <w:r w:rsidRPr="00C0278B">
        <w:rPr>
          <w:rFonts w:ascii="Arial" w:hAnsi="Arial" w:cs="KFGQPC Uthman Taha Naskh"/>
          <w:b/>
          <w:bCs/>
          <w:sz w:val="36"/>
          <w:szCs w:val="36"/>
          <w:rtl/>
        </w:rPr>
        <w:t>بِالْمَنِّ</w:t>
      </w:r>
      <w:r w:rsidRPr="0033043D">
        <w:rPr>
          <w:rFonts w:ascii="MV Utheemu" w:hAnsi="MV Utheemu" w:cs="MV Utheemu" w:hint="cs"/>
          <w:sz w:val="36"/>
          <w:szCs w:val="36"/>
          <w:rtl/>
          <w:lang w:bidi="dv-MV"/>
        </w:rPr>
        <w:t xml:space="preserve"> ކަލަގޮވައިގެންނާއި</w:t>
      </w:r>
      <w:r w:rsidRPr="0033043D">
        <w:rPr>
          <w:rFonts w:ascii="MV Utheemu" w:hAnsi="MV Utheemu" w:cs="MV Utheemu"/>
          <w:sz w:val="36"/>
          <w:szCs w:val="36"/>
          <w:rtl/>
          <w:lang w:bidi="dv-MV"/>
        </w:rPr>
        <w:t xml:space="preserve"> </w:t>
      </w:r>
      <w:r w:rsidRPr="00C0278B">
        <w:rPr>
          <w:rFonts w:ascii="Arial" w:hAnsi="Arial" w:cs="KFGQPC Uthman Taha Naskh" w:hint="cs"/>
          <w:b/>
          <w:bCs/>
          <w:sz w:val="36"/>
          <w:szCs w:val="36"/>
          <w:rtl/>
        </w:rPr>
        <w:t>وَالْأَذَىٰ</w:t>
      </w:r>
      <w:r w:rsidRPr="0033043D">
        <w:rPr>
          <w:rFonts w:ascii="MV Utheemu" w:hAnsi="MV Utheemu" w:cs="MV Utheemu" w:hint="cs"/>
          <w:sz w:val="36"/>
          <w:szCs w:val="36"/>
          <w:rtl/>
          <w:lang w:bidi="dv-MV"/>
        </w:rPr>
        <w:t xml:space="preserve"> </w:t>
      </w:r>
      <w:r w:rsidRPr="000055AF">
        <w:rPr>
          <w:rFonts w:ascii="MV Utheemu" w:hAnsi="MV Utheemu" w:cs="MV Utheemu" w:hint="cs"/>
          <w:b/>
          <w:bCs/>
          <w:sz w:val="36"/>
          <w:szCs w:val="36"/>
          <w:rtl/>
          <w:lang w:bidi="dv-MV"/>
        </w:rPr>
        <w:t>އުނދަގޫކޮށް</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ހުތުރުއެއްޗެތި</w:t>
      </w:r>
      <w:r w:rsidRPr="0033043D">
        <w:rPr>
          <w:rFonts w:ascii="MV Utheemu" w:hAnsi="MV Utheemu" w:cs="MV Utheemu"/>
          <w:sz w:val="36"/>
          <w:szCs w:val="36"/>
          <w:rtl/>
          <w:lang w:bidi="dv-MV"/>
        </w:rPr>
        <w:t xml:space="preserve"> </w:t>
      </w:r>
      <w:r w:rsidRPr="0033043D">
        <w:rPr>
          <w:rFonts w:ascii="MV Utheemu" w:hAnsi="MV Utheemu" w:cs="MV Utheemu" w:hint="cs"/>
          <w:sz w:val="36"/>
          <w:szCs w:val="36"/>
          <w:rtl/>
          <w:lang w:bidi="dv-MV"/>
        </w:rPr>
        <w:t xml:space="preserve">ގޮވައިގެން </w:t>
      </w:r>
      <w:r w:rsidRPr="0033043D">
        <w:rPr>
          <w:rFonts w:ascii="MV Utheemu" w:hAnsi="MV Utheemu" w:cs="MV Utheemu"/>
          <w:sz w:val="36"/>
          <w:szCs w:val="36"/>
          <w:rtl/>
          <w:lang w:bidi="dv-MV"/>
        </w:rPr>
        <w:t xml:space="preserve">ކަލޭމެން ކުރާ </w:t>
      </w:r>
      <w:r w:rsidRPr="00C0278B">
        <w:rPr>
          <w:rFonts w:ascii="Arial" w:hAnsi="Arial" w:cs="KFGQPC Uthman Taha Naskh" w:hint="cs"/>
          <w:b/>
          <w:bCs/>
          <w:sz w:val="36"/>
          <w:szCs w:val="36"/>
          <w:rtl/>
        </w:rPr>
        <w:t>صدقة</w:t>
      </w:r>
      <w:r w:rsidRPr="0033043D">
        <w:rPr>
          <w:rFonts w:ascii="MV Utheemu" w:hAnsi="MV Utheemu" w:cs="MV Utheemu"/>
          <w:sz w:val="36"/>
          <w:szCs w:val="36"/>
          <w:rtl/>
          <w:lang w:bidi="dv-MV"/>
        </w:rPr>
        <w:t xml:space="preserve">، </w:t>
      </w:r>
      <w:r w:rsidRPr="000055AF">
        <w:rPr>
          <w:rFonts w:ascii="Arial" w:hAnsi="Arial" w:cs="KFGQPC Uthman Taha Naskh" w:hint="cs"/>
          <w:b/>
          <w:bCs/>
          <w:sz w:val="36"/>
          <w:szCs w:val="36"/>
          <w:rtl/>
        </w:rPr>
        <w:t>باطل</w:t>
      </w:r>
      <w:r w:rsidRPr="000055AF">
        <w:rPr>
          <w:b/>
          <w:bCs/>
          <w:rtl/>
        </w:rPr>
        <w:t xml:space="preserve"> </w:t>
      </w:r>
      <w:r w:rsidRPr="000055AF">
        <w:rPr>
          <w:rFonts w:ascii="MV Utheemu" w:hAnsi="MV Utheemu" w:cs="MV Utheemu"/>
          <w:b/>
          <w:bCs/>
          <w:sz w:val="36"/>
          <w:szCs w:val="36"/>
          <w:rtl/>
          <w:lang w:bidi="dv-MV"/>
        </w:rPr>
        <w:t>ނުކުރާށެވެ</w:t>
      </w:r>
      <w:r w:rsidRPr="000055AF">
        <w:rPr>
          <w:rFonts w:ascii="MV Utheemu" w:hAnsi="MV Utheemu" w:cs="MV Utheemu"/>
          <w:b/>
          <w:bCs/>
          <w:sz w:val="36"/>
          <w:szCs w:val="36"/>
          <w:lang w:bidi="dv-MV"/>
        </w:rPr>
        <w:t>!</w:t>
      </w:r>
      <w:r w:rsidRPr="0033043D">
        <w:rPr>
          <w:rFonts w:ascii="MV Utheemu" w:hAnsi="MV Utheemu" w:cs="MV Utheemu" w:hint="cs"/>
          <w:sz w:val="36"/>
          <w:szCs w:val="36"/>
          <w:rtl/>
          <w:lang w:bidi="dv-MV"/>
        </w:rPr>
        <w:t xml:space="preserve"> </w:t>
      </w:r>
      <w:r w:rsidRPr="0033043D">
        <w:rPr>
          <w:rFonts w:ascii="MV Utheemu" w:hAnsi="MV Utheemu" w:cs="MV Utheemu"/>
          <w:sz w:val="36"/>
          <w:szCs w:val="36"/>
          <w:rtl/>
          <w:lang w:bidi="dv-MV"/>
        </w:rPr>
        <w:t>އެފަދަ މީހުންގެ މިސާލަކީ ދެއްކުމަށް ހޭދަކުރާމީހާގެ މިސާލެވެ</w:t>
      </w:r>
      <w:r w:rsidRPr="0033043D">
        <w:rPr>
          <w:rFonts w:ascii="MV Utheemu" w:hAnsi="MV Utheemu" w:cs="MV Utheemu"/>
          <w:sz w:val="36"/>
          <w:szCs w:val="36"/>
          <w:lang w:bidi="dv-MV"/>
        </w:rPr>
        <w:t>.</w:t>
      </w:r>
      <w:r w:rsidRPr="0033043D">
        <w:rPr>
          <w:rFonts w:ascii="MV Utheemu" w:hAnsi="MV Utheemu" w:cs="MV Utheemu" w:hint="cs"/>
          <w:sz w:val="36"/>
          <w:szCs w:val="36"/>
          <w:rtl/>
          <w:lang w:bidi="dv-MV"/>
        </w:rPr>
        <w:t xml:space="preserve"> </w:t>
      </w:r>
      <w:r w:rsidRPr="0033043D">
        <w:rPr>
          <w:rFonts w:ascii="MV Utheemu" w:hAnsi="MV Utheemu" w:cs="MV Utheemu"/>
          <w:sz w:val="36"/>
          <w:szCs w:val="36"/>
          <w:rtl/>
          <w:lang w:bidi="dv-MV"/>
        </w:rPr>
        <w:t xml:space="preserve">އަދި އޭނާ </w:t>
      </w:r>
      <w:r w:rsidR="00EA22C9">
        <w:rPr>
          <w:rFonts w:ascii="Arabic Typesetting" w:hAnsi="Arabic Typesetting" w:cs="Arabic Typesetting"/>
          <w:color w:val="262626" w:themeColor="text1" w:themeTint="D9"/>
          <w:sz w:val="36"/>
          <w:szCs w:val="36"/>
        </w:rPr>
        <w:sym w:font="KFGQPC Arabic Symbols 01" w:char="F025"/>
      </w:r>
      <w:r w:rsidRPr="0033043D">
        <w:rPr>
          <w:rFonts w:ascii="MV Utheemu" w:hAnsi="MV Utheemu" w:cs="MV Utheemu"/>
          <w:sz w:val="36"/>
          <w:szCs w:val="36"/>
          <w:rtl/>
          <w:lang w:bidi="dv-MV"/>
        </w:rPr>
        <w:t xml:space="preserve"> އަށާއި </w:t>
      </w:r>
      <w:r w:rsidRPr="00C0278B">
        <w:rPr>
          <w:rFonts w:ascii="Arial" w:hAnsi="Arial" w:cs="KFGQPC Uthman Taha Naskh" w:hint="cs"/>
          <w:b/>
          <w:bCs/>
          <w:sz w:val="36"/>
          <w:szCs w:val="36"/>
          <w:rtl/>
        </w:rPr>
        <w:t>آخرة</w:t>
      </w:r>
      <w:r w:rsidRPr="00C0278B">
        <w:rPr>
          <w:rFonts w:ascii="MV Utheemu" w:hAnsi="MV Utheemu" w:cs="KFGQPC Uthman Taha Naskh"/>
          <w:b/>
          <w:bCs/>
          <w:sz w:val="36"/>
          <w:szCs w:val="36"/>
          <w:rtl/>
        </w:rPr>
        <w:t xml:space="preserve"> </w:t>
      </w:r>
      <w:r w:rsidRPr="0033043D">
        <w:rPr>
          <w:rFonts w:ascii="MV Utheemu" w:hAnsi="MV Utheemu" w:cs="MV Utheemu"/>
          <w:sz w:val="36"/>
          <w:szCs w:val="36"/>
          <w:rtl/>
          <w:lang w:bidi="dv-MV"/>
        </w:rPr>
        <w:t>ދުވަހަށް އީމާންނުވާމީހާ ފަދައެވެ</w:t>
      </w:r>
      <w:r w:rsidRPr="0033043D">
        <w:rPr>
          <w:rFonts w:ascii="MV Utheemu" w:hAnsi="MV Utheemu" w:cs="MV Utheemu"/>
          <w:sz w:val="36"/>
          <w:szCs w:val="36"/>
          <w:lang w:bidi="dv-MV"/>
        </w:rPr>
        <w:t>.</w:t>
      </w:r>
      <w:r>
        <w:rPr>
          <w:rFonts w:ascii="MV Utheemu" w:hAnsi="MV Utheemu" w:cs="MV Utheemu" w:hint="cs"/>
          <w:sz w:val="36"/>
          <w:szCs w:val="36"/>
          <w:rtl/>
          <w:lang w:bidi="dv-MV"/>
        </w:rPr>
        <w:t>"</w:t>
      </w:r>
    </w:p>
    <w:p w14:paraId="096A7308" w14:textId="77777777" w:rsidR="00F209F0" w:rsidRDefault="00F209F0" w:rsidP="00F209F0">
      <w:pPr>
        <w:bidi/>
        <w:jc w:val="both"/>
        <w:rPr>
          <w:rFonts w:ascii="MV Utheemu" w:hAnsi="MV Utheemu" w:cs="MV Utheemu"/>
          <w:sz w:val="36"/>
          <w:szCs w:val="36"/>
          <w:rtl/>
          <w:lang w:bidi="dv-MV"/>
        </w:rPr>
      </w:pPr>
    </w:p>
    <w:p w14:paraId="49C42362" w14:textId="77777777" w:rsidR="00F209F0" w:rsidRPr="003D12CA" w:rsidRDefault="00F209F0" w:rsidP="00F209F0">
      <w:pPr>
        <w:bidi/>
        <w:jc w:val="both"/>
        <w:rPr>
          <w:rFonts w:ascii="MV Utheemu" w:hAnsi="MV Utheemu" w:cs="MV Utheemu"/>
          <w:color w:val="262626" w:themeColor="text1" w:themeTint="D9"/>
          <w:sz w:val="36"/>
          <w:szCs w:val="36"/>
          <w:rtl/>
          <w:lang w:bidi="dv-MV"/>
        </w:rPr>
      </w:pPr>
    </w:p>
    <w:p w14:paraId="20A82418" w14:textId="5167694A" w:rsidR="009E1C1D" w:rsidRPr="009E1C1D" w:rsidRDefault="0006032A" w:rsidP="009E1C1D">
      <w:pPr>
        <w:bidi/>
        <w:jc w:val="both"/>
        <w:rPr>
          <w:rFonts w:ascii="AK Rasmee" w:hAnsi="AK Rasmee" w:cs="MV Boli"/>
          <w:b/>
          <w:bCs/>
          <w:color w:val="0F243E" w:themeColor="text2" w:themeShade="80"/>
          <w:sz w:val="36"/>
          <w:szCs w:val="36"/>
          <w:rtl/>
          <w:lang w:bidi="dv-MV"/>
        </w:rPr>
      </w:pPr>
      <w:r w:rsidRPr="00D1581F">
        <w:rPr>
          <w:rFonts w:ascii="Scheherazade New" w:hAnsi="Scheherazade New" w:cs="Scheherazade New"/>
          <w:b/>
          <w:bCs/>
          <w:color w:val="0F243E" w:themeColor="text2" w:themeShade="80"/>
          <w:sz w:val="36"/>
          <w:szCs w:val="36"/>
          <w:rtl/>
        </w:rPr>
        <w:lastRenderedPageBreak/>
        <w:t>۞</w:t>
      </w:r>
      <w:r w:rsidRPr="003D74BE">
        <w:rPr>
          <w:rFonts w:ascii="MV Utheemu" w:hAnsi="MV Utheemu" w:cs="MV Utheemu" w:hint="cs"/>
          <w:b/>
          <w:bCs/>
          <w:color w:val="262626" w:themeColor="text1" w:themeTint="D9"/>
          <w:sz w:val="36"/>
          <w:szCs w:val="36"/>
          <w:rtl/>
          <w:lang w:bidi="dv-MV"/>
        </w:rPr>
        <w:t xml:space="preserve"> </w:t>
      </w:r>
      <w:r w:rsidRPr="0006032A">
        <w:rPr>
          <w:rFonts w:ascii="MV Utheemu" w:hAnsi="MV Utheemu" w:cs="MV Utheemu"/>
          <w:b/>
          <w:bCs/>
          <w:color w:val="403152" w:themeColor="accent4" w:themeShade="80"/>
          <w:sz w:val="36"/>
          <w:szCs w:val="36"/>
          <w:rtl/>
          <w:lang w:bidi="dv-MV"/>
        </w:rPr>
        <w:t xml:space="preserve">ނިންމުން </w:t>
      </w:r>
      <w:r w:rsidRPr="0006032A">
        <w:rPr>
          <w:rFonts w:ascii="AK Rasmee" w:hAnsi="AK Rasmee" w:cs="KFGQPC Uthman Taha Naskh"/>
          <w:b/>
          <w:bCs/>
          <w:color w:val="0F243E" w:themeColor="text2" w:themeShade="80"/>
          <w:sz w:val="36"/>
          <w:szCs w:val="36"/>
          <w:rtl/>
        </w:rPr>
        <w:t>في الخاتمة</w:t>
      </w:r>
    </w:p>
    <w:tbl>
      <w:tblPr>
        <w:tblStyle w:val="TableGrid"/>
        <w:bidiVisual/>
        <w:tblW w:w="0" w:type="auto"/>
        <w:tblLook w:val="04A0" w:firstRow="1" w:lastRow="0" w:firstColumn="1" w:lastColumn="0" w:noHBand="0" w:noVBand="1"/>
      </w:tblPr>
      <w:tblGrid>
        <w:gridCol w:w="10250"/>
      </w:tblGrid>
      <w:tr w:rsidR="009E1C1D" w14:paraId="00081702" w14:textId="77777777" w:rsidTr="00F057B6">
        <w:tc>
          <w:tcPr>
            <w:tcW w:w="10250" w:type="dxa"/>
            <w:shd w:val="clear" w:color="auto" w:fill="DBE5F1" w:themeFill="accent1" w:themeFillTint="33"/>
          </w:tcPr>
          <w:p w14:paraId="6D7D6E94" w14:textId="3E5805D5" w:rsidR="009E1C1D" w:rsidRPr="005550F3" w:rsidRDefault="009E1C1D" w:rsidP="00F057B6">
            <w:pPr>
              <w:bidi/>
              <w:jc w:val="both"/>
              <w:rPr>
                <w:rFonts w:ascii="MV Utheemu" w:hAnsi="MV Utheemu" w:cs="MV Utheemu"/>
                <w:rtl/>
                <w:lang w:bidi="dv-MV"/>
              </w:rPr>
            </w:pPr>
            <w:r>
              <w:rPr>
                <w:rFonts w:ascii="Scheherazade New" w:hAnsi="Scheherazade New" w:cs="Scheherazade New"/>
                <w:color w:val="262626" w:themeColor="text1" w:themeTint="D9"/>
                <w:sz w:val="32"/>
                <w:szCs w:val="32"/>
              </w:rPr>
              <w:sym w:font="KFGQPC Arabic Symbols 01" w:char="F045"/>
            </w:r>
            <w:r w:rsidRPr="003F450E">
              <w:rPr>
                <w:rFonts w:ascii="Scheherazade New" w:hAnsi="Scheherazade New" w:cs="Scheherazade New"/>
                <w:b/>
                <w:color w:val="262626" w:themeColor="text1" w:themeTint="D9"/>
                <w:sz w:val="32"/>
                <w:szCs w:val="32"/>
                <w:rtl/>
              </w:rPr>
              <w:t xml:space="preserve"> </w:t>
            </w:r>
            <w:r>
              <w:rPr>
                <w:rFonts w:ascii="MV Utheemu" w:hAnsi="MV Utheemu" w:cs="MV Utheemu" w:hint="cs"/>
                <w:color w:val="262626" w:themeColor="text1" w:themeTint="D9"/>
                <w:rtl/>
                <w:lang w:bidi="dv-MV"/>
              </w:rPr>
              <w:t>ވަޙީކުރެއްވިއެވެ.</w:t>
            </w:r>
            <w:r w:rsidRPr="00DC3178">
              <w:rPr>
                <w:rFonts w:ascii="MV Utheemu" w:hAnsi="MV Utheemu" w:cs="MV Utheemu"/>
                <w:color w:val="262626" w:themeColor="text1" w:themeTint="D9"/>
                <w:rtl/>
                <w:lang w:bidi="dv-MV"/>
              </w:rPr>
              <w:t xml:space="preserve"> </w:t>
            </w:r>
            <w:r w:rsidRPr="002F4CCB">
              <w:rPr>
                <w:rFonts w:ascii="Scheherazade New" w:hAnsi="Scheherazade New" w:cs="Scheherazade New"/>
                <w:b/>
                <w:color w:val="262626" w:themeColor="text1" w:themeTint="D9"/>
                <w:sz w:val="32"/>
                <w:szCs w:val="32"/>
                <w:rtl/>
              </w:rPr>
              <w:t>﴿</w:t>
            </w:r>
            <w:r w:rsidRPr="002F4CCB">
              <w:rPr>
                <w:rtl/>
              </w:rPr>
              <w:t xml:space="preserve"> </w:t>
            </w:r>
            <w:r w:rsidRPr="009E1C1D">
              <w:rPr>
                <w:rFonts w:ascii="Scheherazade New" w:hAnsi="Scheherazade New" w:cs="Scheherazade New"/>
                <w:b/>
                <w:color w:val="262626" w:themeColor="text1" w:themeTint="D9"/>
                <w:sz w:val="32"/>
                <w:szCs w:val="32"/>
                <w:rtl/>
              </w:rPr>
              <w:t>وَإِمَّا يَنزَغَنَّكَ مِنَ الشَّيْطَانِ نَزْغٌ ف</w:t>
            </w:r>
            <w:r w:rsidRPr="009E1C1D">
              <w:rPr>
                <w:rFonts w:ascii="Scheherazade New" w:hAnsi="Scheherazade New" w:cs="Scheherazade New"/>
                <w:b/>
                <w:color w:val="262626" w:themeColor="text1" w:themeTint="D9"/>
                <w:sz w:val="32"/>
                <w:szCs w:val="32"/>
                <w:u w:val="single"/>
                <w:rtl/>
              </w:rPr>
              <w:t>َاسْتَعِذْ</w:t>
            </w:r>
            <w:r w:rsidRPr="009E1C1D">
              <w:rPr>
                <w:rFonts w:ascii="Scheherazade New" w:hAnsi="Scheherazade New" w:cs="Scheherazade New"/>
                <w:b/>
                <w:color w:val="262626" w:themeColor="text1" w:themeTint="D9"/>
                <w:sz w:val="32"/>
                <w:szCs w:val="32"/>
                <w:rtl/>
              </w:rPr>
              <w:t xml:space="preserve"> بِاللَّهِ </w:t>
            </w:r>
            <w:r w:rsidRPr="003F450E">
              <w:rPr>
                <w:rFonts w:ascii="Scheherazade New" w:hAnsi="Scheherazade New" w:cs="Scheherazade New"/>
                <w:b/>
                <w:color w:val="262626" w:themeColor="text1" w:themeTint="D9"/>
                <w:sz w:val="32"/>
                <w:szCs w:val="32"/>
                <w:rtl/>
              </w:rPr>
              <w:t>﴾</w:t>
            </w:r>
            <w:r w:rsidRPr="003F450E">
              <w:rPr>
                <w:rFonts w:ascii="Scheherazade New" w:hAnsi="Scheherazade New" w:cs="Scheherazade New"/>
                <w:color w:val="262626" w:themeColor="text1" w:themeTint="D9"/>
                <w:sz w:val="32"/>
                <w:szCs w:val="32"/>
                <w:rtl/>
              </w:rPr>
              <w:t xml:space="preserve"> </w:t>
            </w:r>
            <w:r w:rsidRPr="003F450E">
              <w:rPr>
                <w:rFonts w:ascii="Arial" w:hAnsi="Arial" w:cs="MV Boli" w:hint="cs"/>
                <w:color w:val="262626" w:themeColor="text1" w:themeTint="D9"/>
                <w:sz w:val="32"/>
                <w:szCs w:val="32"/>
                <w:rtl/>
                <w:lang w:bidi="dv-MV"/>
              </w:rPr>
              <w:t xml:space="preserve"> </w:t>
            </w:r>
            <w:r w:rsidRPr="000F735A">
              <w:rPr>
                <w:rFonts w:ascii="Scheherazade New" w:hAnsi="Scheherazade New" w:cs="Scheherazade New"/>
                <w:szCs w:val="24"/>
                <w:rtl/>
              </w:rPr>
              <w:t>[</w:t>
            </w:r>
            <w:r w:rsidRPr="009E1C1D">
              <w:rPr>
                <w:rFonts w:ascii="Scheherazade New" w:hAnsi="Scheherazade New" w:cs="Scheherazade New"/>
                <w:szCs w:val="24"/>
                <w:rtl/>
              </w:rPr>
              <w:t>الأعراف: 200</w:t>
            </w:r>
            <w:r w:rsidRPr="000F735A">
              <w:rPr>
                <w:rFonts w:ascii="Scheherazade New" w:hAnsi="Scheherazade New" w:cs="Scheherazade New"/>
                <w:szCs w:val="24"/>
                <w:rtl/>
              </w:rPr>
              <w:t xml:space="preserve">] </w:t>
            </w:r>
            <w:r w:rsidRPr="009E1C1D">
              <w:rPr>
                <w:rFonts w:ascii="MV Utheemu" w:hAnsi="MV Utheemu" w:cs="MV Utheemu"/>
                <w:rtl/>
                <w:lang w:bidi="dv-MV"/>
              </w:rPr>
              <w:t>"</w:t>
            </w:r>
            <w:r w:rsidRPr="009E1C1D">
              <w:rPr>
                <w:rFonts w:ascii="MV Utheemu" w:hAnsi="MV Utheemu" w:cs="MV Utheemu" w:hint="cs"/>
                <w:rtl/>
                <w:lang w:bidi="dv-MV"/>
              </w:rPr>
              <w:t>އަދި</w:t>
            </w:r>
            <w:r w:rsidRPr="009E1C1D">
              <w:rPr>
                <w:rFonts w:ascii="MV Utheemu" w:hAnsi="MV Utheemu" w:cs="MV Utheemu"/>
                <w:rtl/>
                <w:lang w:bidi="dv-MV"/>
              </w:rPr>
              <w:t xml:space="preserve"> </w:t>
            </w:r>
            <w:r w:rsidRPr="009E1C1D">
              <w:rPr>
                <w:rFonts w:ascii="MV Utheemu" w:hAnsi="MV Utheemu" w:cs="MV Utheemu" w:hint="cs"/>
                <w:rtl/>
                <w:lang w:bidi="dv-MV"/>
              </w:rPr>
              <w:t>ޝައިޠާނާގެ</w:t>
            </w:r>
            <w:r w:rsidRPr="009E1C1D">
              <w:rPr>
                <w:rFonts w:ascii="MV Utheemu" w:hAnsi="MV Utheemu" w:cs="MV Utheemu"/>
                <w:rtl/>
                <w:lang w:bidi="dv-MV"/>
              </w:rPr>
              <w:t xml:space="preserve"> </w:t>
            </w:r>
            <w:r w:rsidRPr="009E1C1D">
              <w:rPr>
                <w:rFonts w:ascii="MV Utheemu" w:hAnsi="MV Utheemu" w:cs="MV Utheemu" w:hint="cs"/>
                <w:rtl/>
                <w:lang w:bidi="dv-MV"/>
              </w:rPr>
              <w:t>ފަރާތުން</w:t>
            </w:r>
            <w:r w:rsidRPr="009E1C1D">
              <w:rPr>
                <w:rFonts w:ascii="MV Utheemu" w:hAnsi="MV Utheemu" w:cs="MV Utheemu"/>
                <w:rtl/>
                <w:lang w:bidi="dv-MV"/>
              </w:rPr>
              <w:t xml:space="preserve"> </w:t>
            </w:r>
            <w:r w:rsidRPr="009E1C1D">
              <w:rPr>
                <w:rFonts w:ascii="MV Utheemu" w:hAnsi="MV Utheemu" w:cs="MV Utheemu" w:hint="cs"/>
                <w:rtl/>
                <w:lang w:bidi="dv-MV"/>
              </w:rPr>
              <w:t>ވަސްވާހެއް</w:t>
            </w:r>
            <w:r w:rsidRPr="009E1C1D">
              <w:rPr>
                <w:rFonts w:ascii="MV Utheemu" w:hAnsi="MV Utheemu" w:cs="MV Utheemu"/>
                <w:rtl/>
                <w:lang w:bidi="dv-MV"/>
              </w:rPr>
              <w:t xml:space="preserve"> </w:t>
            </w:r>
            <w:r w:rsidRPr="009E1C1D">
              <w:rPr>
                <w:rFonts w:ascii="MV Utheemu" w:hAnsi="MV Utheemu" w:cs="MV Utheemu" w:hint="cs"/>
                <w:rtl/>
                <w:lang w:bidi="dv-MV"/>
              </w:rPr>
              <w:t>ކަލޭގެފާނަށް</w:t>
            </w:r>
            <w:r w:rsidRPr="009E1C1D">
              <w:rPr>
                <w:rFonts w:ascii="MV Utheemu" w:hAnsi="MV Utheemu" w:cs="MV Utheemu"/>
                <w:rtl/>
                <w:lang w:bidi="dv-MV"/>
              </w:rPr>
              <w:t xml:space="preserve"> </w:t>
            </w:r>
            <w:r w:rsidRPr="009E1C1D">
              <w:rPr>
                <w:rFonts w:ascii="MV Utheemu" w:hAnsi="MV Utheemu" w:cs="MV Utheemu" w:hint="cs"/>
                <w:rtl/>
                <w:lang w:bidi="dv-MV"/>
              </w:rPr>
              <w:t>އަތުވެއްޖެނަމަ،</w:t>
            </w:r>
            <w:r w:rsidRPr="009E1C1D">
              <w:rPr>
                <w:rFonts w:ascii="MV Utheemu" w:hAnsi="MV Utheemu" w:cs="MV Utheemu"/>
                <w:rtl/>
                <w:lang w:bidi="dv-MV"/>
              </w:rPr>
              <w:t xml:space="preserve"> </w:t>
            </w:r>
            <w:r w:rsidRPr="009E1C1D">
              <w:rPr>
                <w:rFonts w:ascii="MV Utheemu" w:hAnsi="MV Utheemu" w:cs="MV Utheemu" w:hint="cs"/>
                <w:rtl/>
                <w:lang w:bidi="dv-MV"/>
              </w:rPr>
              <w:t>ފަހެ،</w:t>
            </w:r>
            <w:r w:rsidRPr="009E1C1D">
              <w:rPr>
                <w:rFonts w:ascii="MV Utheemu" w:hAnsi="MV Utheemu" w:cs="MV Utheemu"/>
                <w:rtl/>
                <w:lang w:bidi="dv-MV"/>
              </w:rPr>
              <w:t xml:space="preserve"> </w:t>
            </w:r>
            <w:r w:rsidR="00EA22C9">
              <w:rPr>
                <w:rFonts w:ascii="Arabic Typesetting" w:hAnsi="Arabic Typesetting" w:cs="Arabic Typesetting"/>
                <w:color w:val="262626" w:themeColor="text1" w:themeTint="D9"/>
              </w:rPr>
              <w:sym w:font="KFGQPC Arabic Symbols 01" w:char="F025"/>
            </w:r>
            <w:r w:rsidRPr="009E1C1D">
              <w:rPr>
                <w:rFonts w:ascii="MV Utheemu" w:hAnsi="MV Utheemu" w:cs="MV Utheemu"/>
                <w:rtl/>
                <w:lang w:bidi="dv-MV"/>
              </w:rPr>
              <w:t xml:space="preserve"> </w:t>
            </w:r>
            <w:r w:rsidRPr="009E1C1D">
              <w:rPr>
                <w:rFonts w:ascii="MV Utheemu" w:hAnsi="MV Utheemu" w:cs="MV Utheemu" w:hint="cs"/>
                <w:rtl/>
                <w:lang w:bidi="dv-MV"/>
              </w:rPr>
              <w:t>ގެ</w:t>
            </w:r>
            <w:r w:rsidRPr="009E1C1D">
              <w:rPr>
                <w:rFonts w:ascii="MV Utheemu" w:hAnsi="MV Utheemu" w:cs="MV Utheemu"/>
                <w:rtl/>
                <w:lang w:bidi="dv-MV"/>
              </w:rPr>
              <w:t xml:space="preserve"> </w:t>
            </w:r>
            <w:r w:rsidRPr="009E1C1D">
              <w:rPr>
                <w:rFonts w:ascii="MV Utheemu" w:hAnsi="MV Utheemu"/>
                <w:rtl/>
              </w:rPr>
              <w:t>حضرة</w:t>
            </w:r>
            <w:r w:rsidRPr="009E1C1D">
              <w:rPr>
                <w:rFonts w:ascii="MV Utheemu" w:hAnsi="MV Utheemu" w:cs="Times New Roman"/>
                <w:rtl/>
              </w:rPr>
              <w:t xml:space="preserve"> </w:t>
            </w:r>
            <w:r w:rsidRPr="009E1C1D">
              <w:rPr>
                <w:rFonts w:ascii="MV Utheemu" w:hAnsi="MV Utheemu" w:cs="MV Utheemu" w:hint="cs"/>
                <w:rtl/>
                <w:lang w:bidi="dv-MV"/>
              </w:rPr>
              <w:t>އިން</w:t>
            </w:r>
            <w:r w:rsidRPr="009E1C1D">
              <w:rPr>
                <w:rFonts w:ascii="MV Utheemu" w:hAnsi="MV Utheemu" w:cs="MV Utheemu"/>
                <w:rtl/>
                <w:lang w:bidi="dv-MV"/>
              </w:rPr>
              <w:t xml:space="preserve"> </w:t>
            </w:r>
            <w:r w:rsidRPr="009E1C1D">
              <w:rPr>
                <w:rFonts w:ascii="MV Utheemu" w:hAnsi="MV Utheemu" w:cs="MV Utheemu" w:hint="cs"/>
                <w:b/>
                <w:rtl/>
                <w:lang w:bidi="dv-MV"/>
              </w:rPr>
              <w:t>ރައްކާތެރިކަން</w:t>
            </w:r>
            <w:r w:rsidRPr="009E1C1D">
              <w:rPr>
                <w:rFonts w:ascii="MV Utheemu" w:hAnsi="MV Utheemu" w:cs="MV Utheemu"/>
                <w:rtl/>
                <w:lang w:bidi="dv-MV"/>
              </w:rPr>
              <w:t xml:space="preserve"> </w:t>
            </w:r>
            <w:r w:rsidRPr="009E1C1D">
              <w:rPr>
                <w:rFonts w:ascii="MV Utheemu" w:hAnsi="MV Utheemu" w:cs="MV Utheemu" w:hint="cs"/>
                <w:b/>
                <w:rtl/>
                <w:lang w:bidi="dv-MV"/>
              </w:rPr>
              <w:t>ހޯއްދަވާށެވެ</w:t>
            </w:r>
            <w:r w:rsidRPr="009E1C1D">
              <w:rPr>
                <w:rFonts w:ascii="MV Utheemu" w:hAnsi="MV Utheemu" w:cs="MV Utheemu"/>
                <w:b/>
                <w:rtl/>
                <w:lang w:bidi="dv-MV"/>
              </w:rPr>
              <w:t>!</w:t>
            </w:r>
            <w:r>
              <w:rPr>
                <w:rFonts w:ascii="MV Utheemu" w:hAnsi="MV Utheemu" w:cs="MV Utheemu" w:hint="cs"/>
                <w:rtl/>
                <w:lang w:bidi="dv-MV"/>
              </w:rPr>
              <w:t>"</w:t>
            </w:r>
          </w:p>
        </w:tc>
      </w:tr>
    </w:tbl>
    <w:p w14:paraId="0E979FA5" w14:textId="77777777" w:rsidR="009E1C1D" w:rsidRPr="002203A5" w:rsidRDefault="009E1C1D" w:rsidP="0006032A">
      <w:pPr>
        <w:tabs>
          <w:tab w:val="right" w:pos="90"/>
        </w:tabs>
        <w:bidi/>
        <w:jc w:val="both"/>
        <w:rPr>
          <w:rFonts w:ascii="MV Utheemu" w:hAnsi="MV Utheemu" w:cs="MV Utheemu"/>
          <w:color w:val="262626" w:themeColor="text1" w:themeTint="D9"/>
          <w:sz w:val="20"/>
          <w:szCs w:val="20"/>
          <w:rtl/>
          <w:lang w:bidi="dv-MV"/>
        </w:rPr>
      </w:pPr>
    </w:p>
    <w:p w14:paraId="57BE878D" w14:textId="30E0E26A" w:rsidR="002F3530" w:rsidRDefault="002F3530" w:rsidP="002F3530">
      <w:pPr>
        <w:tabs>
          <w:tab w:val="right" w:pos="90"/>
        </w:tabs>
        <w:bidi/>
        <w:jc w:val="both"/>
        <w:rPr>
          <w:rFonts w:ascii="MV Utheemu" w:hAnsi="MV Utheemu" w:cs="MV Utheemu"/>
          <w:color w:val="262626" w:themeColor="text1" w:themeTint="D9"/>
          <w:sz w:val="36"/>
          <w:szCs w:val="36"/>
          <w:rtl/>
          <w:lang w:bidi="dv-MV"/>
        </w:rPr>
      </w:pPr>
      <w:r w:rsidRPr="002F3530">
        <w:rPr>
          <w:rFonts w:ascii="MV Utheemu" w:hAnsi="MV Utheemu" w:cs="MV Utheemu" w:hint="cs"/>
          <w:b/>
          <w:bCs/>
          <w:color w:val="262626" w:themeColor="text1" w:themeTint="D9"/>
          <w:sz w:val="36"/>
          <w:szCs w:val="36"/>
          <w:rtl/>
          <w:lang w:bidi="dv-MV"/>
        </w:rPr>
        <w:t>ދަންނައެވެ</w:t>
      </w:r>
      <w:r w:rsidRPr="002F3530">
        <w:rPr>
          <w:rFonts w:ascii="MV Utheemu" w:hAnsi="MV Utheemu" w:cs="MV Utheemu"/>
          <w:b/>
          <w:bCs/>
          <w:color w:val="262626" w:themeColor="text1" w:themeTint="D9"/>
          <w:sz w:val="36"/>
          <w:szCs w:val="36"/>
          <w:rtl/>
          <w:lang w:bidi="dv-MV"/>
        </w:rPr>
        <w:t>!</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ތިބާގެ</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އަތުގައި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އަޅާ</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ފަށާއި،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ރޮއްޖާއި،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އަގޮއްޓާއި،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ބަރަންޏާއި،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ގޭގައާއި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ކާރުގައި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އެލުވާ</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ބޮއްޔާއި،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ނުވަތަ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މޫނުމަތީގައި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އަޅާ</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ފޮތި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މާސްކު</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ފަދަ</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ތަކެތި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ތަވީދަކަށް</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ނުވަތަ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ތަމީމާއަކަށް</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ވަނީ</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ތަކެތި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ބޭނުންކުރާ</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މަޤްޞަދާއި،</w:t>
      </w:r>
      <w:r w:rsidR="00433A75">
        <w:rPr>
          <w:rFonts w:ascii="MV Utheemu" w:hAnsi="MV Utheemu" w:cs="MV Utheemu"/>
          <w:color w:val="262626" w:themeColor="text1" w:themeTint="D9"/>
          <w:sz w:val="36"/>
          <w:szCs w:val="36"/>
          <w:lang w:bidi="dv-MV"/>
        </w:rPr>
        <w:t xml:space="preserve"> </w:t>
      </w:r>
      <w:r w:rsidR="00433A75">
        <w:rPr>
          <w:rFonts w:ascii="MV Utheemu" w:hAnsi="MV Utheemu" w:cs="MV Utheemu" w:hint="cs"/>
          <w:color w:val="262626" w:themeColor="text1" w:themeTint="D9"/>
          <w:sz w:val="36"/>
          <w:szCs w:val="36"/>
          <w:rtl/>
          <w:lang w:bidi="dv-MV"/>
        </w:rPr>
        <w:t xml:space="preserve">އިއުތިޤާދާއި </w:t>
      </w:r>
      <w:r w:rsidRPr="002F3530">
        <w:rPr>
          <w:rFonts w:ascii="MV Utheemu" w:hAnsi="MV Utheemu" w:cs="MV Utheemu" w:hint="cs"/>
          <w:color w:val="262626" w:themeColor="text1" w:themeTint="D9"/>
          <w:sz w:val="36"/>
          <w:szCs w:val="36"/>
          <w:rtl/>
          <w:lang w:bidi="dv-MV"/>
        </w:rPr>
        <w:t>ނިޔަތް</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އަދި</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ސަބަބުގެ</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މައްޗ</w:t>
      </w:r>
      <w:r w:rsidRPr="002F3530">
        <w:rPr>
          <w:rFonts w:ascii="MV Utheemu" w:hAnsi="MV Utheemu" w:cs="MV Utheemu"/>
          <w:color w:val="262626" w:themeColor="text1" w:themeTint="D9"/>
          <w:sz w:val="36"/>
          <w:szCs w:val="36"/>
          <w:rtl/>
          <w:lang w:bidi="dv-MV"/>
        </w:rPr>
        <w:t>ަ</w:t>
      </w:r>
      <w:r w:rsidRPr="002F3530">
        <w:rPr>
          <w:rFonts w:ascii="MV Utheemu" w:hAnsi="MV Utheemu" w:cs="MV Utheemu" w:hint="cs"/>
          <w:color w:val="262626" w:themeColor="text1" w:themeTint="D9"/>
          <w:sz w:val="36"/>
          <w:szCs w:val="36"/>
          <w:rtl/>
          <w:lang w:bidi="dv-MV"/>
        </w:rPr>
        <w:t>ށް</w:t>
      </w:r>
      <w:r w:rsidRPr="002F3530">
        <w:rPr>
          <w:rFonts w:ascii="MV Utheemu" w:hAnsi="MV Utheemu" w:cs="MV Utheemu"/>
          <w:color w:val="262626" w:themeColor="text1" w:themeTint="D9"/>
          <w:sz w:val="36"/>
          <w:szCs w:val="36"/>
          <w:rtl/>
          <w:lang w:bidi="dv-MV"/>
        </w:rPr>
        <w:t xml:space="preserve"> </w:t>
      </w:r>
      <w:r w:rsidRPr="002F3530">
        <w:rPr>
          <w:rFonts w:ascii="MV Utheemu" w:hAnsi="MV Utheemu" w:cs="MV Utheemu" w:hint="cs"/>
          <w:color w:val="262626" w:themeColor="text1" w:themeTint="D9"/>
          <w:sz w:val="36"/>
          <w:szCs w:val="36"/>
          <w:rtl/>
          <w:lang w:bidi="dv-MV"/>
        </w:rPr>
        <w:t>ބިނާވެގެންނެވެ</w:t>
      </w:r>
      <w:r w:rsidRPr="002F3530">
        <w:rPr>
          <w:rFonts w:ascii="MV Utheemu" w:hAnsi="MV Utheemu" w:cs="MV Utheemu"/>
          <w:color w:val="262626" w:themeColor="text1" w:themeTint="D9"/>
          <w:sz w:val="36"/>
          <w:szCs w:val="36"/>
          <w:rtl/>
          <w:lang w:bidi="dv-MV"/>
        </w:rPr>
        <w:t>.</w:t>
      </w:r>
    </w:p>
    <w:p w14:paraId="5B0C6965" w14:textId="1F20DA22" w:rsidR="00CF329E" w:rsidRDefault="006F19C4" w:rsidP="00163CBD">
      <w:pPr>
        <w:tabs>
          <w:tab w:val="right" w:pos="90"/>
        </w:tabs>
        <w:bidi/>
        <w:jc w:val="both"/>
        <w:rPr>
          <w:rFonts w:ascii="MV Utheemu" w:hAnsi="MV Utheemu" w:cs="MV Utheemu"/>
          <w:color w:val="262626" w:themeColor="text1" w:themeTint="D9"/>
          <w:sz w:val="36"/>
          <w:szCs w:val="36"/>
          <w:lang w:bidi="dv-MV"/>
        </w:rPr>
      </w:pPr>
      <w:r w:rsidRPr="006F19C4">
        <w:rPr>
          <w:rFonts w:ascii="MV Utheemu" w:hAnsi="MV Utheemu" w:cs="MV Utheemu"/>
          <w:color w:val="262626" w:themeColor="text1" w:themeTint="D9"/>
          <w:sz w:val="36"/>
          <w:szCs w:val="36"/>
          <w:rtl/>
          <w:lang w:bidi="dv-MV"/>
        </w:rPr>
        <w:t>މީހަކު އަގޮއްޓެއް ނުވަތަ ފަށެއް ޒީނަތްތެރިކަމުގެ ބޭނުމުގައި އެޅުމަކީ ތަވީދު އެޅުމެއް ނޫނެވެ. ހަމައެފަދައިން، މީހަކު މާސްކު އަޅަނީ ވެރިއެއްގެ އަމުރަކަށް ކިޔަމަންގަތުމުގެ ގޮތުން ކަމުގައިވީނަމަ، ނުވަތަ ފުށް ގެންގުޅޭތީ އޭގެ އަސަރު ފުއްޕާމެއަށް ކޮށްފާނެތީ، ނުވަތަ ފައިބަރު މަސައްކަތުގެ ކުނޑިން ސަލާމަތްވުމަށް، ނުވަތަ ހަނަފަސް ސަހަރާއެއްގެ ވެލީގެ ތޫފާނަކުން ނުވަތަ އަލިފާނުގެ ދުމުން ސަލާމަތްވުމަށް ފަދަ ކައުނީ/ޤަދަރީ (މާއްދީ</w:t>
      </w:r>
      <w:r w:rsidR="00163CBD">
        <w:rPr>
          <w:rFonts w:ascii="MV Utheemu" w:hAnsi="MV Utheemu" w:cs="MV Utheemu" w:hint="cs"/>
          <w:color w:val="262626" w:themeColor="text1" w:themeTint="D9"/>
          <w:sz w:val="36"/>
          <w:szCs w:val="36"/>
          <w:rtl/>
          <w:lang w:bidi="dv-MV"/>
        </w:rPr>
        <w:t xml:space="preserve"> ހެކިއޮތް</w:t>
      </w:r>
      <w:r w:rsidRPr="006F19C4">
        <w:rPr>
          <w:rFonts w:ascii="MV Utheemu" w:hAnsi="MV Utheemu" w:cs="MV Utheemu"/>
          <w:color w:val="262626" w:themeColor="text1" w:themeTint="D9"/>
          <w:sz w:val="36"/>
          <w:szCs w:val="36"/>
          <w:rtl/>
          <w:lang w:bidi="dv-MV"/>
        </w:rPr>
        <w:t>) ސަބަބުތަކަށްޓަކައި ކަމުގައިވާނަމަ، އެއީ ތަވީދު އެޅުމެއް ކަމުގައި ނުވާނެއެވެ</w:t>
      </w:r>
      <w:r w:rsidRPr="006F19C4">
        <w:rPr>
          <w:rFonts w:ascii="MV Utheemu" w:hAnsi="MV Utheemu" w:cs="MV Utheemu"/>
          <w:color w:val="262626" w:themeColor="text1" w:themeTint="D9"/>
          <w:sz w:val="36"/>
          <w:szCs w:val="36"/>
          <w:lang w:bidi="dv-MV"/>
        </w:rPr>
        <w:t>.</w:t>
      </w:r>
      <w:r w:rsidR="00163CBD" w:rsidRPr="00163CBD">
        <w:rPr>
          <w:rtl/>
        </w:rPr>
        <w:t xml:space="preserve"> </w:t>
      </w:r>
    </w:p>
    <w:p w14:paraId="1AC4A32E" w14:textId="2B2B6DE7" w:rsidR="006D4B6D" w:rsidRPr="00523FC1" w:rsidRDefault="00163CBD" w:rsidP="00523FC1">
      <w:pPr>
        <w:bidi/>
        <w:jc w:val="both"/>
        <w:rPr>
          <w:rFonts w:ascii="MV Utheemu" w:hAnsi="MV Utheemu" w:cs="MV Utheemu"/>
          <w:b/>
          <w:bCs/>
          <w:color w:val="262626" w:themeColor="text1" w:themeTint="D9"/>
          <w:sz w:val="36"/>
          <w:szCs w:val="36"/>
          <w:rtl/>
          <w:lang w:bidi="dv-MV"/>
        </w:rPr>
      </w:pPr>
      <w:r w:rsidRPr="00163CBD">
        <w:rPr>
          <w:rFonts w:ascii="MV Utheemu" w:hAnsi="MV Utheemu" w:cs="MV Utheemu" w:hint="cs"/>
          <w:b/>
          <w:bCs/>
          <w:color w:val="262626" w:themeColor="text1" w:themeTint="D9"/>
          <w:sz w:val="36"/>
          <w:szCs w:val="36"/>
          <w:rtl/>
          <w:lang w:bidi="dv-MV"/>
        </w:rPr>
        <w:t xml:space="preserve">މިޤަރުނުގެ </w:t>
      </w:r>
      <w:r w:rsidR="002203A5">
        <w:rPr>
          <w:rFonts w:ascii="MV Utheemu" w:hAnsi="MV Utheemu" w:cs="MV Utheemu" w:hint="cs"/>
          <w:b/>
          <w:bCs/>
          <w:color w:val="262626" w:themeColor="text1" w:themeTint="D9"/>
          <w:sz w:val="36"/>
          <w:szCs w:val="36"/>
          <w:rtl/>
          <w:lang w:bidi="dv-MV"/>
        </w:rPr>
        <w:t>ފަޤީޙު</w:t>
      </w:r>
      <w:r>
        <w:rPr>
          <w:rFonts w:ascii="MV Utheemu" w:hAnsi="MV Utheemu" w:cs="MV Utheemu" w:hint="cs"/>
          <w:color w:val="262626" w:themeColor="text1" w:themeTint="D9"/>
          <w:sz w:val="36"/>
          <w:szCs w:val="36"/>
          <w:rtl/>
          <w:lang w:bidi="dv-MV"/>
        </w:rPr>
        <w:t xml:space="preserve"> </w:t>
      </w:r>
      <w:r w:rsidRPr="0036440E">
        <w:rPr>
          <w:rFonts w:ascii="Arial" w:hAnsi="Arial" w:cs="KFGQPC Uthman Taha Naskh"/>
          <w:b/>
          <w:bCs/>
          <w:color w:val="262626" w:themeColor="text1" w:themeTint="D9"/>
          <w:sz w:val="36"/>
          <w:szCs w:val="36"/>
          <w:rtl/>
        </w:rPr>
        <w:t xml:space="preserve">سَمَاحَةُ </w:t>
      </w:r>
      <w:r w:rsidRPr="00163CBD">
        <w:rPr>
          <w:rFonts w:ascii="Arial" w:hAnsi="Arial" w:cs="KFGQPC Uthman Taha Naskh"/>
          <w:b/>
          <w:bCs/>
          <w:color w:val="262626" w:themeColor="text1" w:themeTint="D9"/>
          <w:sz w:val="36"/>
          <w:szCs w:val="36"/>
          <w:rtl/>
        </w:rPr>
        <w:t xml:space="preserve">الشَّيْخ العَلاَّمة مُحمَّد بن صالح العُثَيمِين </w:t>
      </w:r>
      <w:r w:rsidRPr="005D7EDC">
        <w:rPr>
          <w:rFonts w:ascii="MV Utheemu" w:hAnsi="MV Utheemu" w:cs="MV Utheemu"/>
          <w:color w:val="262626" w:themeColor="text1" w:themeTint="D9"/>
          <w:sz w:val="36"/>
          <w:szCs w:val="36"/>
          <w:rtl/>
        </w:rPr>
        <w:t>(</w:t>
      </w:r>
      <w:r>
        <w:rPr>
          <w:rFonts w:ascii="MV Utheemu" w:hAnsi="MV Utheemu" w:cs="MV Utheemu" w:hint="cs"/>
          <w:color w:val="262626" w:themeColor="text1" w:themeTint="D9"/>
          <w:sz w:val="36"/>
          <w:szCs w:val="36"/>
          <w:rtl/>
          <w:lang w:bidi="dv-MV"/>
        </w:rPr>
        <w:t>1421-1347</w:t>
      </w:r>
      <w:r w:rsidRPr="005D7EDC">
        <w:rPr>
          <w:rFonts w:ascii="MV Utheemu" w:hAnsi="MV Utheemu" w:cs="MV Utheemu"/>
          <w:color w:val="262626" w:themeColor="text1" w:themeTint="D9"/>
          <w:sz w:val="36"/>
          <w:szCs w:val="36"/>
          <w:rtl/>
          <w:lang w:bidi="dv-MV"/>
        </w:rPr>
        <w:t>ހ.</w:t>
      </w:r>
      <w:r w:rsidRPr="005D7EDC">
        <w:rPr>
          <w:rFonts w:ascii="MV Utheemu" w:hAnsi="MV Utheemu" w:cs="MV Utheemu"/>
          <w:color w:val="262626" w:themeColor="text1" w:themeTint="D9"/>
          <w:sz w:val="36"/>
          <w:szCs w:val="36"/>
          <w:rtl/>
        </w:rPr>
        <w:t>)</w:t>
      </w:r>
      <w:r w:rsidRPr="00042E4F">
        <w:rPr>
          <w:rFonts w:ascii="Arial" w:hAnsi="Arial" w:cs="Arial" w:hint="cs"/>
          <w:color w:val="262626" w:themeColor="text1" w:themeTint="D9"/>
          <w:sz w:val="36"/>
          <w:szCs w:val="36"/>
          <w:rtl/>
        </w:rPr>
        <w:t xml:space="preserve"> </w:t>
      </w:r>
      <w:r>
        <w:rPr>
          <w:rFonts w:ascii="Arial" w:hAnsi="Arial" w:cs="Arial"/>
          <w:color w:val="262626" w:themeColor="text1" w:themeTint="D9"/>
          <w:sz w:val="36"/>
          <w:szCs w:val="36"/>
        </w:rPr>
        <w:t xml:space="preserve"> </w:t>
      </w:r>
      <w:r>
        <w:rPr>
          <w:rFonts w:ascii="Arial" w:hAnsi="Arial" w:cs="Arial" w:hint="cs"/>
          <w:color w:val="262626" w:themeColor="text1" w:themeTint="D9"/>
          <w:sz w:val="36"/>
          <w:szCs w:val="36"/>
        </w:rPr>
        <w:sym w:font="KFGQPC Arabic Symbols 01" w:char="F056"/>
      </w:r>
      <w:r>
        <w:rPr>
          <w:rFonts w:ascii="Arial" w:hAnsi="Arial" w:cs="MV Boli" w:hint="cs"/>
          <w:color w:val="262626" w:themeColor="text1" w:themeTint="D9"/>
          <w:sz w:val="36"/>
          <w:szCs w:val="36"/>
          <w:rtl/>
          <w:lang w:bidi="dv-MV"/>
        </w:rPr>
        <w:t xml:space="preserve"> </w:t>
      </w:r>
      <w:r w:rsidRPr="005D7EDC">
        <w:rPr>
          <w:rFonts w:ascii="MV Utheemu" w:hAnsi="MV Utheemu" w:cs="MV Utheemu" w:hint="cs"/>
          <w:color w:val="262626" w:themeColor="text1" w:themeTint="D9"/>
          <w:sz w:val="36"/>
          <w:szCs w:val="36"/>
          <w:rtl/>
          <w:lang w:bidi="dv-MV"/>
        </w:rPr>
        <w:t>ވިދާޅުވިއެވެ.</w:t>
      </w:r>
      <w:r>
        <w:rPr>
          <w:rFonts w:ascii="MV Utheemu" w:hAnsi="MV Utheemu" w:cs="MV Utheemu" w:hint="cs"/>
          <w:b/>
          <w:bCs/>
          <w:color w:val="262626" w:themeColor="text1" w:themeTint="D9"/>
          <w:sz w:val="36"/>
          <w:szCs w:val="36"/>
          <w:rtl/>
          <w:lang w:bidi="dv-MV"/>
        </w:rPr>
        <w:t xml:space="preserve"> </w:t>
      </w:r>
      <w:r w:rsidR="00D8642B" w:rsidRPr="00EB7623">
        <w:rPr>
          <w:rFonts w:cs="KFGQPC Uthman Taha Naskh"/>
          <w:b/>
          <w:bCs/>
          <w:color w:val="000000" w:themeColor="text1"/>
          <w:sz w:val="36"/>
          <w:szCs w:val="36"/>
          <w:rtl/>
        </w:rPr>
        <w:t>وَلُبْسُ هٰذِهِ الْأَشْيَاءِ قَدْ يَكُونُ أَصْغَرَ وَقَدْ يَكُونُ أَكْبَرَ بِحَسَبِ اعْتِقَادِ لَابِسِهَا</w:t>
      </w:r>
      <w:r w:rsidR="00D8642B" w:rsidRPr="00EB7623">
        <w:rPr>
          <w:rFonts w:cs="KFGQPC Uthman Taha Naskh"/>
          <w:b/>
          <w:bCs/>
          <w:color w:val="000000" w:themeColor="text1"/>
          <w:sz w:val="36"/>
          <w:szCs w:val="36"/>
        </w:rPr>
        <w:t>.</w:t>
      </w:r>
      <w:r w:rsidR="00D8642B" w:rsidRPr="00BF21E8">
        <w:rPr>
          <w:rFonts w:ascii="MV Utheemu" w:hAnsi="MV Utheemu" w:cs="MV Utheemu" w:hint="cs"/>
          <w:color w:val="262626" w:themeColor="text1" w:themeTint="D9"/>
          <w:sz w:val="36"/>
          <w:szCs w:val="36"/>
          <w:rtl/>
          <w:lang w:bidi="dv-MV"/>
        </w:rPr>
        <w:t xml:space="preserve"> </w:t>
      </w:r>
      <w:r w:rsidR="00D8642B" w:rsidRPr="00EB7623">
        <w:rPr>
          <w:rFonts w:cs="KFGQPC Uthman Taha Naskh"/>
          <w:b/>
          <w:bCs/>
          <w:color w:val="000000" w:themeColor="text1"/>
          <w:sz w:val="36"/>
          <w:szCs w:val="36"/>
          <w:rtl/>
        </w:rPr>
        <w:t>وَكَانَ لُبْسُ هٰذِهِ الْأَشْيَاءِ مِنَ الشِّرْكِ، لِأَنَّ كُلَّ مَنْ أَثْبَتَ سَبَبًا لَمْ يَجْعَلْهُ اللَّهُ سَبَبًا شَرْعِيًّا وَلَا قَدَرِيًّا، فَقَدْ جَعَلَ نَفْسَهُ شَرِيكًا مَعَ اللَّهِ.</w:t>
      </w:r>
      <w:r w:rsidR="00D8642B" w:rsidRPr="001D5B52">
        <w:rPr>
          <w:rFonts w:cs="KFGQPC Uthman Taha Naskh"/>
          <w:color w:val="000000" w:themeColor="text1"/>
          <w:sz w:val="32"/>
          <w:szCs w:val="32"/>
          <w:rtl/>
        </w:rPr>
        <w:t xml:space="preserve"> </w:t>
      </w:r>
      <w:r w:rsidR="00D8642B" w:rsidRPr="00463071">
        <w:rPr>
          <w:rFonts w:cs="KFGQPC Uthman Taha Naskh"/>
          <w:color w:val="000000" w:themeColor="text1"/>
          <w:sz w:val="32"/>
          <w:szCs w:val="32"/>
          <w:rtl/>
        </w:rPr>
        <w:t>[</w:t>
      </w:r>
      <w:r w:rsidR="00D8642B" w:rsidRPr="001D5B52">
        <w:rPr>
          <w:rFonts w:cs="KFGQPC Uthman Taha Naskh"/>
          <w:b/>
          <w:bCs/>
          <w:color w:val="000000" w:themeColor="text1"/>
          <w:sz w:val="28"/>
          <w:szCs w:val="28"/>
          <w:rtl/>
        </w:rPr>
        <w:t>القول المفيد على كتاب التوحيد</w:t>
      </w:r>
      <w:r w:rsidR="00D8642B" w:rsidRPr="00B40DCB">
        <w:rPr>
          <w:rFonts w:cs="KFGQPC Uthman Taha Naskh"/>
          <w:color w:val="000000" w:themeColor="text1"/>
          <w:sz w:val="32"/>
          <w:szCs w:val="32"/>
          <w:rtl/>
        </w:rPr>
        <w:t>]</w:t>
      </w:r>
      <w:r w:rsidR="00D8642B" w:rsidRPr="00B40DCB">
        <w:rPr>
          <w:rStyle w:val="EndnoteReference"/>
          <w:rFonts w:cs="KFGQPC Uthman Taha Naskh"/>
          <w:b/>
          <w:bCs/>
          <w:color w:val="000000" w:themeColor="text1"/>
          <w:sz w:val="36"/>
          <w:szCs w:val="36"/>
          <w:rtl/>
        </w:rPr>
        <w:t xml:space="preserve"> </w:t>
      </w:r>
      <w:r w:rsidR="00D8642B" w:rsidRPr="00F7321C">
        <w:rPr>
          <w:rFonts w:ascii="MV Utheemu" w:hAnsi="MV Utheemu" w:cs="MV Utheemu" w:hint="cs"/>
          <w:color w:val="262626" w:themeColor="text1" w:themeTint="D9"/>
          <w:sz w:val="36"/>
          <w:szCs w:val="36"/>
          <w:rtl/>
          <w:lang w:bidi="dv-MV"/>
        </w:rPr>
        <w:t xml:space="preserve"> </w:t>
      </w:r>
      <w:r w:rsidR="00D8642B">
        <w:rPr>
          <w:rFonts w:cs="MV Boli"/>
          <w:b/>
          <w:bCs/>
          <w:color w:val="000000" w:themeColor="text1"/>
          <w:sz w:val="36"/>
          <w:szCs w:val="36"/>
          <w:lang w:bidi="dv-MV"/>
        </w:rPr>
        <w:t xml:space="preserve"> </w:t>
      </w:r>
      <w:r w:rsidR="00B35C37">
        <w:rPr>
          <w:rFonts w:ascii="MV Utheemu" w:hAnsi="MV Utheemu" w:cs="MV Utheemu" w:hint="cs"/>
          <w:color w:val="262626" w:themeColor="text1" w:themeTint="D9"/>
          <w:sz w:val="36"/>
          <w:szCs w:val="36"/>
          <w:rtl/>
          <w:lang w:bidi="dv-MV"/>
        </w:rPr>
        <w:t>"އަދި</w:t>
      </w:r>
      <w:r w:rsidR="00D8642B" w:rsidRPr="00BF21E8">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މިފަދަ</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ތަކެތި</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(ތަވީދުގެ ގޮތުގައި</w:t>
      </w:r>
      <w:r w:rsidR="00523FC1">
        <w:rPr>
          <w:rFonts w:ascii="MV Utheemu" w:hAnsi="MV Utheemu" w:cs="MV Utheemu" w:hint="cs"/>
          <w:color w:val="262626" w:themeColor="text1" w:themeTint="D9"/>
          <w:sz w:val="36"/>
          <w:szCs w:val="36"/>
          <w:rtl/>
          <w:lang w:bidi="dv-MV"/>
        </w:rPr>
        <w:t xml:space="preserve"> އަޅާ ފަށާއި އަގޮއްޓާއި</w:t>
      </w:r>
      <w:r w:rsidR="00D8642B" w:rsidRPr="00905AA0">
        <w:rPr>
          <w:rFonts w:ascii="MV Utheemu" w:hAnsi="MV Utheemu" w:cs="MV Utheemu" w:hint="cs"/>
          <w:color w:val="262626" w:themeColor="text1" w:themeTint="D9"/>
          <w:sz w:val="36"/>
          <w:szCs w:val="36"/>
          <w:rtl/>
          <w:lang w:bidi="dv-MV"/>
        </w:rPr>
        <w:t>) އެޅުމަކީ،</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އެއަޅާ</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މީހާގެ</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ޢަޤީދާއަށް</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ނުވަތަ</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އީމާންކަމަށް</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ބަލައި،</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ކުޑަ</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ޝިރުކަކަށް</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ވެދާނެއެވެ</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އަދި</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ބޮޑު</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ޝިރުކަކަށްވެސް</w:t>
      </w:r>
      <w:r w:rsidR="00D8642B" w:rsidRPr="00905AA0">
        <w:rPr>
          <w:rFonts w:ascii="MV Utheemu" w:hAnsi="MV Utheemu" w:cs="MV Utheemu"/>
          <w:color w:val="262626" w:themeColor="text1" w:themeTint="D9"/>
          <w:sz w:val="36"/>
          <w:szCs w:val="36"/>
          <w:rtl/>
          <w:lang w:bidi="dv-MV"/>
        </w:rPr>
        <w:t xml:space="preserve"> </w:t>
      </w:r>
      <w:r w:rsidR="00D8642B" w:rsidRPr="00905AA0">
        <w:rPr>
          <w:rFonts w:ascii="MV Utheemu" w:hAnsi="MV Utheemu" w:cs="MV Utheemu" w:hint="cs"/>
          <w:color w:val="262626" w:themeColor="text1" w:themeTint="D9"/>
          <w:sz w:val="36"/>
          <w:szCs w:val="36"/>
          <w:rtl/>
          <w:lang w:bidi="dv-MV"/>
        </w:rPr>
        <w:t>ވެދާނެއެވެ</w:t>
      </w:r>
      <w:r w:rsidR="00D8642B" w:rsidRPr="00905AA0">
        <w:rPr>
          <w:rFonts w:ascii="MV Utheemu" w:hAnsi="MV Utheemu" w:cs="MV Utheemu"/>
          <w:color w:val="262626" w:themeColor="text1" w:themeTint="D9"/>
          <w:sz w:val="36"/>
          <w:szCs w:val="36"/>
          <w:rtl/>
          <w:lang w:bidi="dv-MV"/>
        </w:rPr>
        <w:t>.</w:t>
      </w:r>
      <w:r w:rsidR="00D8642B" w:rsidRPr="00905AA0">
        <w:rPr>
          <w:rFonts w:cs="MV Boli" w:hint="cs"/>
          <w:rtl/>
          <w:lang w:bidi="dv-MV"/>
        </w:rPr>
        <w:t xml:space="preserve"> </w:t>
      </w:r>
      <w:r w:rsidR="00D8642B" w:rsidRPr="00905AA0">
        <w:rPr>
          <w:rFonts w:ascii="MV Utheemu" w:hAnsi="MV Utheemu" w:cs="MV Utheemu" w:hint="cs"/>
          <w:b/>
          <w:bCs/>
          <w:color w:val="262626" w:themeColor="text1" w:themeTint="D9"/>
          <w:sz w:val="36"/>
          <w:szCs w:val="36"/>
          <w:rtl/>
          <w:lang w:bidi="dv-MV"/>
        </w:rPr>
        <w:t>އަދި</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މިފަދަ</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ތަކެތި</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އެޅު</w:t>
      </w:r>
      <w:r w:rsidR="00D8642B">
        <w:rPr>
          <w:rFonts w:ascii="MV Utheemu" w:hAnsi="MV Utheemu" w:cs="MV Utheemu" w:hint="cs"/>
          <w:b/>
          <w:bCs/>
          <w:color w:val="262626" w:themeColor="text1" w:themeTint="D9"/>
          <w:sz w:val="36"/>
          <w:szCs w:val="36"/>
          <w:rtl/>
          <w:lang w:bidi="dv-MV"/>
        </w:rPr>
        <w:t>ން</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ޝިރުކުގެ</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lastRenderedPageBreak/>
        <w:t>ތެރެއިންވާ</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ސަބަބަކީ،</w:t>
      </w:r>
      <w:r w:rsidR="00D8642B" w:rsidRPr="00905AA0">
        <w:rPr>
          <w:rFonts w:ascii="MV Utheemu" w:hAnsi="MV Utheemu" w:cs="MV Utheemu"/>
          <w:b/>
          <w:bCs/>
          <w:color w:val="262626" w:themeColor="text1" w:themeTint="D9"/>
          <w:sz w:val="36"/>
          <w:szCs w:val="36"/>
          <w:rtl/>
          <w:lang w:bidi="dv-MV"/>
        </w:rPr>
        <w:t xml:space="preserve"> </w:t>
      </w:r>
      <w:r w:rsidR="007D445B">
        <w:rPr>
          <w:rFonts w:ascii="Arabic Typesetting" w:hAnsi="Arabic Typesetting" w:cs="Arabic Typesetting"/>
          <w:color w:val="262626" w:themeColor="text1" w:themeTint="D9"/>
          <w:sz w:val="36"/>
          <w:szCs w:val="36"/>
        </w:rPr>
        <w:sym w:font="KFGQPC Arabic Symbols 01" w:char="F025"/>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ޝަރުޢީ</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ގޮތުންނާއި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ޤަދަރީ</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ގޮތުންވެސް</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ސަބަބެއް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ކަމުގައި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ނުލައްވާކަމެއް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ސަބަބެއް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ކަމުގައި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ކަނޑައަޅައިފި</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ކޮންމެ</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މީހަކީ،</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ފަހެ،</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ހަމަކަށަވަރުން</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އޭނާ</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ވަނީ</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އޭނާގެ</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ނަފްސު</w:t>
      </w:r>
      <w:r w:rsidR="00D8642B" w:rsidRPr="00905AA0">
        <w:rPr>
          <w:rFonts w:ascii="MV Utheemu" w:hAnsi="MV Utheemu" w:cs="MV Utheemu"/>
          <w:b/>
          <w:bCs/>
          <w:color w:val="262626" w:themeColor="text1" w:themeTint="D9"/>
          <w:sz w:val="36"/>
          <w:szCs w:val="36"/>
          <w:rtl/>
          <w:lang w:bidi="dv-MV"/>
        </w:rPr>
        <w:t xml:space="preserve"> </w:t>
      </w:r>
      <w:r w:rsidR="00B35C37">
        <w:rPr>
          <w:rFonts w:ascii="Arabic Typesetting" w:hAnsi="Arabic Typesetting" w:cs="Arabic Typesetting"/>
          <w:color w:val="262626" w:themeColor="text1" w:themeTint="D9"/>
          <w:sz w:val="36"/>
          <w:szCs w:val="36"/>
        </w:rPr>
        <w:sym w:font="KFGQPC Arabic Symbols 01" w:char="F025"/>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އާއެކު</w:t>
      </w:r>
      <w:r w:rsidR="00D8642B" w:rsidRPr="00905AA0">
        <w:rPr>
          <w:rFonts w:ascii="MV Utheemu" w:hAnsi="MV Utheemu" w:cs="MV Utheemu"/>
          <w:b/>
          <w:bCs/>
          <w:color w:val="262626" w:themeColor="text1" w:themeTint="D9"/>
          <w:sz w:val="36"/>
          <w:szCs w:val="36"/>
          <w:rtl/>
          <w:lang w:bidi="dv-MV"/>
        </w:rPr>
        <w:t xml:space="preserve"> </w:t>
      </w:r>
      <w:r w:rsidR="00574984">
        <w:rPr>
          <w:rFonts w:ascii="MV Utheemu" w:hAnsi="MV Utheemu" w:cs="MV Utheemu" w:hint="cs"/>
          <w:b/>
          <w:bCs/>
          <w:color w:val="262626" w:themeColor="text1" w:themeTint="D9"/>
          <w:sz w:val="36"/>
          <w:szCs w:val="36"/>
          <w:rtl/>
          <w:lang w:bidi="dv-MV"/>
        </w:rPr>
        <w:t xml:space="preserve">(ޚަލްޤުކުރެއްވުމުގައި) </w:t>
      </w:r>
      <w:r w:rsidR="00D8642B" w:rsidRPr="00905AA0">
        <w:rPr>
          <w:rFonts w:ascii="MV Utheemu" w:hAnsi="MV Utheemu" w:cs="MV Utheemu" w:hint="cs"/>
          <w:b/>
          <w:bCs/>
          <w:color w:val="262626" w:themeColor="text1" w:themeTint="D9"/>
          <w:sz w:val="36"/>
          <w:szCs w:val="36"/>
          <w:rtl/>
          <w:lang w:bidi="dv-MV"/>
        </w:rPr>
        <w:t>ބައިވެރިއެއް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ކަމުގައި</w:t>
      </w:r>
      <w:r w:rsidR="00D8642B" w:rsidRPr="00905AA0">
        <w:rPr>
          <w:rFonts w:ascii="MV Utheemu" w:hAnsi="MV Utheemu" w:cs="MV Utheemu"/>
          <w:b/>
          <w:bCs/>
          <w:color w:val="262626" w:themeColor="text1" w:themeTint="D9"/>
          <w:sz w:val="36"/>
          <w:szCs w:val="36"/>
          <w:rtl/>
          <w:lang w:bidi="dv-MV"/>
        </w:rPr>
        <w:t xml:space="preserve"> </w:t>
      </w:r>
      <w:r w:rsidR="00D8642B" w:rsidRPr="00905AA0">
        <w:rPr>
          <w:rFonts w:ascii="MV Utheemu" w:hAnsi="MV Utheemu" w:cs="MV Utheemu" w:hint="cs"/>
          <w:b/>
          <w:bCs/>
          <w:color w:val="262626" w:themeColor="text1" w:themeTint="D9"/>
          <w:sz w:val="36"/>
          <w:szCs w:val="36"/>
          <w:rtl/>
          <w:lang w:bidi="dv-MV"/>
        </w:rPr>
        <w:t>ހަދާފައެވެ</w:t>
      </w:r>
      <w:r w:rsidR="00D8642B" w:rsidRPr="00905AA0">
        <w:rPr>
          <w:rFonts w:ascii="MV Utheemu" w:hAnsi="MV Utheemu" w:cs="MV Utheemu"/>
          <w:b/>
          <w:bCs/>
          <w:color w:val="262626" w:themeColor="text1" w:themeTint="D9"/>
          <w:sz w:val="36"/>
          <w:szCs w:val="36"/>
          <w:rtl/>
          <w:lang w:bidi="dv-MV"/>
        </w:rPr>
        <w:t>."</w:t>
      </w:r>
    </w:p>
    <w:p w14:paraId="24ACAFBB" w14:textId="645E4539" w:rsidR="00D8642B" w:rsidRDefault="00D8642B" w:rsidP="00CF329E">
      <w:pPr>
        <w:tabs>
          <w:tab w:val="right" w:pos="90"/>
        </w:tabs>
        <w:bidi/>
        <w:jc w:val="both"/>
        <w:rPr>
          <w:rFonts w:ascii="MV Utheemu" w:hAnsi="MV Utheemu" w:cs="MV Utheemu"/>
          <w:color w:val="262626" w:themeColor="text1" w:themeTint="D9"/>
          <w:sz w:val="36"/>
          <w:szCs w:val="36"/>
          <w:rtl/>
          <w:lang w:bidi="dv-MV"/>
        </w:rPr>
      </w:pPr>
      <w:r w:rsidRPr="007403EA">
        <w:rPr>
          <w:rFonts w:ascii="MV Utheemu" w:hAnsi="MV Utheemu" w:cs="MV Utheemu"/>
          <w:b/>
          <w:bCs/>
          <w:color w:val="262626" w:themeColor="text1" w:themeTint="D9"/>
          <w:sz w:val="36"/>
          <w:szCs w:val="36"/>
          <w:rtl/>
          <w:lang w:bidi="dv-MV"/>
        </w:rPr>
        <w:t>ކޯވިޑާ</w:t>
      </w:r>
      <w:r w:rsidRPr="00D8642B">
        <w:rPr>
          <w:rFonts w:ascii="MV Utheemu" w:hAnsi="MV Utheemu" w:cs="MV Utheemu"/>
          <w:color w:val="262626" w:themeColor="text1" w:themeTint="D9"/>
          <w:sz w:val="36"/>
          <w:szCs w:val="36"/>
          <w:rtl/>
          <w:lang w:bidi="dv-MV"/>
        </w:rPr>
        <w:t xml:space="preserve"> ގުޅިގެން ކާފަރު މުލްޙިދުން ވަނީ </w:t>
      </w:r>
      <w:r w:rsidR="00E5362B" w:rsidRPr="005D7EDC">
        <w:rPr>
          <w:rFonts w:ascii="MV Utheemu" w:hAnsi="MV Utheemu" w:cs="KFGQPC Uthman Taha Naskh"/>
          <w:color w:val="262626" w:themeColor="text1" w:themeTint="D9"/>
          <w:sz w:val="36"/>
          <w:szCs w:val="36"/>
          <w:rtl/>
          <w:lang w:bidi="dv-MV"/>
        </w:rPr>
        <w:t>(</w:t>
      </w:r>
      <w:r w:rsidR="00E5362B" w:rsidRPr="00523FC1">
        <w:rPr>
          <w:rFonts w:ascii="MV Utheemu" w:hAnsi="MV Utheemu" w:cs="KFGQPC Uthman Taha Naskh"/>
          <w:b/>
          <w:bCs/>
          <w:color w:val="262626" w:themeColor="text1" w:themeTint="D9"/>
          <w:sz w:val="36"/>
          <w:szCs w:val="36"/>
          <w:rtl/>
        </w:rPr>
        <w:t>وَسَائِل الشِّرْك</w:t>
      </w:r>
      <w:r w:rsidR="00E5362B" w:rsidRPr="005D7EDC">
        <w:rPr>
          <w:rFonts w:ascii="MV Utheemu" w:hAnsi="MV Utheemu" w:cs="KFGQPC Uthman Taha Naskh"/>
          <w:color w:val="262626" w:themeColor="text1" w:themeTint="D9"/>
          <w:sz w:val="36"/>
          <w:szCs w:val="36"/>
          <w:rtl/>
        </w:rPr>
        <w:t>)</w:t>
      </w:r>
      <w:r w:rsidR="00E5362B">
        <w:rPr>
          <w:rFonts w:ascii="MV Utheemu" w:hAnsi="MV Utheemu" w:cs="MV Boli" w:hint="cs"/>
          <w:color w:val="262626" w:themeColor="text1" w:themeTint="D9"/>
          <w:sz w:val="36"/>
          <w:szCs w:val="36"/>
          <w:rtl/>
          <w:lang w:bidi="dv-MV"/>
        </w:rPr>
        <w:t xml:space="preserve"> </w:t>
      </w:r>
      <w:r w:rsidRPr="00D8642B">
        <w:rPr>
          <w:rFonts w:ascii="MV Utheemu" w:hAnsi="MV Utheemu" w:cs="MV Utheemu"/>
          <w:color w:val="262626" w:themeColor="text1" w:themeTint="D9"/>
          <w:sz w:val="36"/>
          <w:szCs w:val="36"/>
          <w:rtl/>
          <w:lang w:bidi="dv-MV"/>
        </w:rPr>
        <w:t>ޝިރުކަށް މަގުފަހިވާނޭ ވަ</w:t>
      </w:r>
      <w:r w:rsidR="007540B1">
        <w:rPr>
          <w:rFonts w:ascii="MV Utheemu" w:hAnsi="MV Utheemu" w:cs="MV Utheemu" w:hint="cs"/>
          <w:color w:val="262626" w:themeColor="text1" w:themeTint="D9"/>
          <w:sz w:val="36"/>
          <w:szCs w:val="36"/>
          <w:rtl/>
          <w:lang w:bidi="dv-MV"/>
        </w:rPr>
        <w:t>ސީ</w:t>
      </w:r>
      <w:r w:rsidRPr="00D8642B">
        <w:rPr>
          <w:rFonts w:ascii="MV Utheemu" w:hAnsi="MV Utheemu" w:cs="MV Utheemu"/>
          <w:color w:val="262626" w:themeColor="text1" w:themeTint="D9"/>
          <w:sz w:val="36"/>
          <w:szCs w:val="36"/>
          <w:rtl/>
          <w:lang w:bidi="dv-MV"/>
        </w:rPr>
        <w:t>ލަތެއްގެ ގޮތުގައި، މާސްކު އެޅުމާއި ގައިދުރުކަން ބެހެއްޓުން މުސްލިމުންގެ ތެރެއަށް ވަހުމެއް އަދި ވަސްވާހެއްގެ ގޮތުގައި ވައްދާފައެވެ. މި ވަސްވާހަކީ ހަމަކަށަވަރުން އިބްލީސްގެ "ތަލްބީސް"</w:t>
      </w:r>
      <w:r w:rsidR="00E5362B">
        <w:rPr>
          <w:rFonts w:ascii="MV Utheemu" w:hAnsi="MV Utheemu" w:cs="MV Utheemu" w:hint="cs"/>
          <w:color w:val="262626" w:themeColor="text1" w:themeTint="D9"/>
          <w:sz w:val="36"/>
          <w:szCs w:val="36"/>
          <w:rtl/>
          <w:lang w:bidi="dv-MV"/>
        </w:rPr>
        <w:t xml:space="preserve"> ބޮޑު އޮޅުވާލުމުގެ</w:t>
      </w:r>
      <w:r w:rsidRPr="00D8642B">
        <w:rPr>
          <w:rFonts w:ascii="MV Utheemu" w:hAnsi="MV Utheemu" w:cs="MV Utheemu"/>
          <w:color w:val="262626" w:themeColor="text1" w:themeTint="D9"/>
          <w:sz w:val="36"/>
          <w:szCs w:val="36"/>
          <w:rtl/>
          <w:lang w:bidi="dv-MV"/>
        </w:rPr>
        <w:t xml:space="preserve"> ތެރެއިންވާ ކަމެކެވެ. ބައެއް ދީނީ ދާޢީންނާއި ޝެއިޚުންނަށް އެބޭފުޅުންގެ ޢިލްމުގެ އުނިކަމުން މިކަން ތަޞައްވަރުވެސް ނުކުރެވުނު ކަމީ އަޖައިބެކެވެ</w:t>
      </w:r>
      <w:r w:rsidRPr="00D8642B">
        <w:rPr>
          <w:rFonts w:ascii="MV Utheemu" w:hAnsi="MV Utheemu" w:cs="MV Utheemu"/>
          <w:color w:val="262626" w:themeColor="text1" w:themeTint="D9"/>
          <w:sz w:val="36"/>
          <w:szCs w:val="36"/>
          <w:lang w:bidi="dv-MV"/>
        </w:rPr>
        <w:t>.</w:t>
      </w:r>
    </w:p>
    <w:p w14:paraId="5628EB9B" w14:textId="23B0D1AE" w:rsidR="00E5362B" w:rsidRDefault="00D8642B" w:rsidP="00CF329E">
      <w:pPr>
        <w:tabs>
          <w:tab w:val="right" w:pos="90"/>
        </w:tabs>
        <w:bidi/>
        <w:jc w:val="both"/>
        <w:rPr>
          <w:rFonts w:ascii="MV Utheemu" w:hAnsi="MV Utheemu" w:cs="MV Utheemu"/>
          <w:color w:val="262626" w:themeColor="text1" w:themeTint="D9"/>
          <w:sz w:val="36"/>
          <w:szCs w:val="36"/>
          <w:rtl/>
          <w:lang w:bidi="dv-MV"/>
        </w:rPr>
      </w:pPr>
      <w:r w:rsidRPr="00D8642B">
        <w:rPr>
          <w:rFonts w:ascii="MV Utheemu" w:hAnsi="MV Utheemu" w:cs="MV Utheemu"/>
          <w:color w:val="262626" w:themeColor="text1" w:themeTint="D9"/>
          <w:sz w:val="36"/>
          <w:szCs w:val="36"/>
          <w:rtl/>
          <w:lang w:bidi="dv-MV"/>
        </w:rPr>
        <w:t>ކޯވިޑުގައި ކާފަރު މުލްޙިދުން ހެދިގޮތަކީ ޞިއްޙަތު ސަލާމަތުން ހުރި އިންސާނާ އަކީ</w:t>
      </w:r>
      <w:r w:rsidRPr="00D8642B">
        <w:rPr>
          <w:rFonts w:ascii="MV Utheemu" w:hAnsi="MV Utheemu" w:cs="MV Utheemu"/>
          <w:color w:val="262626" w:themeColor="text1" w:themeTint="D9"/>
          <w:sz w:val="36"/>
          <w:szCs w:val="36"/>
          <w:rtl/>
        </w:rPr>
        <w:t> </w:t>
      </w:r>
      <w:r w:rsidRPr="00CF329E">
        <w:rPr>
          <w:rFonts w:ascii="Arial" w:hAnsi="Arial" w:cs="KFGQPC Uthman Taha Naskh" w:hint="cs"/>
          <w:b/>
          <w:bCs/>
          <w:color w:val="262626" w:themeColor="text1" w:themeTint="D9"/>
          <w:sz w:val="36"/>
          <w:szCs w:val="36"/>
          <w:rtl/>
        </w:rPr>
        <w:t>الأَذَى</w:t>
      </w:r>
      <w:r w:rsidRPr="00CF329E">
        <w:rPr>
          <w:rFonts w:ascii="Cambria" w:hAnsi="Cambria" w:cs="Cambria" w:hint="cs"/>
          <w:color w:val="262626" w:themeColor="text1" w:themeTint="D9"/>
          <w:sz w:val="36"/>
          <w:szCs w:val="36"/>
          <w:rtl/>
        </w:rPr>
        <w:t> </w:t>
      </w:r>
      <w:r w:rsidRPr="00D8642B">
        <w:rPr>
          <w:rFonts w:ascii="MV Utheemu" w:hAnsi="MV Utheemu" w:cs="MV Utheemu"/>
          <w:color w:val="262626" w:themeColor="text1" w:themeTint="D9"/>
          <w:sz w:val="36"/>
          <w:szCs w:val="36"/>
          <w:rtl/>
        </w:rPr>
        <w:t>(</w:t>
      </w:r>
      <w:r w:rsidRPr="00D8642B">
        <w:rPr>
          <w:rFonts w:ascii="MV Utheemu" w:hAnsi="MV Utheemu" w:cs="MV Utheemu"/>
          <w:color w:val="262626" w:themeColor="text1" w:themeTint="D9"/>
          <w:sz w:val="36"/>
          <w:szCs w:val="36"/>
          <w:rtl/>
          <w:lang w:bidi="dv-MV"/>
        </w:rPr>
        <w:t>އަނިޔާދޭ، ގެއްލުންދޭ) ފަރާތެއް ކަމުގައި ހެދުމެވެ. ބިމު ދާއްބައާއި، ކުޑަކުއްޖާއާއި، ބަޑިފުރޭތަ ފަދަ ޚުރާފީ އެކި ނަންނަމަށް މީސްތަކުން ބިރުގަންނުވާހެން، އަނެއް މުސްލިމް އަޚާ އަކީ ޤައުމީ ސަލާމަތަށް</w:t>
      </w:r>
      <w:r w:rsidR="0020532E">
        <w:rPr>
          <w:rFonts w:ascii="MV Utheemu" w:hAnsi="MV Utheemu" w:cs="MV Utheemu"/>
          <w:color w:val="262626" w:themeColor="text1" w:themeTint="D9"/>
          <w:sz w:val="36"/>
          <w:szCs w:val="36"/>
          <w:lang w:bidi="dv-MV"/>
        </w:rPr>
        <w:t xml:space="preserve"> </w:t>
      </w:r>
      <w:r w:rsidRPr="00D8642B">
        <w:rPr>
          <w:rFonts w:ascii="MV Utheemu" w:hAnsi="MV Utheemu" w:cs="MV Utheemu"/>
          <w:color w:val="262626" w:themeColor="text1" w:themeTint="D9"/>
          <w:sz w:val="36"/>
          <w:szCs w:val="36"/>
          <w:rtl/>
          <w:lang w:bidi="dv-MV"/>
        </w:rPr>
        <w:t xml:space="preserve">އޮތް ނުރައްކަލަކަށް މުލްޙިދު </w:t>
      </w:r>
      <w:r w:rsidR="00523FC1">
        <w:rPr>
          <w:rFonts w:ascii="MV Utheemu" w:hAnsi="MV Utheemu" w:cs="MV Utheemu" w:hint="cs"/>
          <w:color w:val="262626" w:themeColor="text1" w:themeTint="D9"/>
          <w:sz w:val="36"/>
          <w:szCs w:val="36"/>
          <w:rtl/>
          <w:lang w:bidi="dv-MV"/>
        </w:rPr>
        <w:t xml:space="preserve">ކާފަރު </w:t>
      </w:r>
      <w:r w:rsidRPr="00D8642B">
        <w:rPr>
          <w:rFonts w:ascii="MV Utheemu" w:hAnsi="MV Utheemu" w:cs="MV Utheemu"/>
          <w:color w:val="262626" w:themeColor="text1" w:themeTint="D9"/>
          <w:sz w:val="36"/>
          <w:szCs w:val="36"/>
          <w:rtl/>
          <w:lang w:bidi="dv-MV"/>
        </w:rPr>
        <w:t>ޑޮކްޓަރުން ހެދިއެވެ. މިފަދަ ޙާލަތެއްގައި،</w:t>
      </w:r>
      <w:r w:rsidR="00523FC1">
        <w:rPr>
          <w:rFonts w:ascii="MV Utheemu" w:hAnsi="MV Utheemu" w:cs="MV Utheemu" w:hint="cs"/>
          <w:color w:val="262626" w:themeColor="text1" w:themeTint="D9"/>
          <w:sz w:val="36"/>
          <w:szCs w:val="36"/>
          <w:rtl/>
          <w:lang w:bidi="dv-MV"/>
        </w:rPr>
        <w:t xml:space="preserve"> </w:t>
      </w:r>
      <w:r w:rsidR="007403EA">
        <w:rPr>
          <w:rFonts w:ascii="MV Utheemu" w:hAnsi="MV Utheemu" w:cs="MV Utheemu" w:hint="cs"/>
          <w:color w:val="262626" w:themeColor="text1" w:themeTint="D9"/>
          <w:sz w:val="36"/>
          <w:szCs w:val="36"/>
          <w:rtl/>
          <w:lang w:bidi="dv-MV"/>
        </w:rPr>
        <w:t>ތިބާ</w:t>
      </w:r>
      <w:r w:rsidR="00523FC1">
        <w:rPr>
          <w:rFonts w:ascii="MV Utheemu" w:hAnsi="MV Utheemu" w:cs="MV Utheemu" w:hint="cs"/>
          <w:color w:val="262626" w:themeColor="text1" w:themeTint="D9"/>
          <w:sz w:val="36"/>
          <w:szCs w:val="36"/>
          <w:rtl/>
          <w:lang w:bidi="dv-MV"/>
        </w:rPr>
        <w:t xml:space="preserve"> ކިޔެވި</w:t>
      </w:r>
      <w:r w:rsidRPr="00D8642B">
        <w:rPr>
          <w:rFonts w:ascii="MV Utheemu" w:hAnsi="MV Utheemu" w:cs="MV Utheemu"/>
          <w:color w:val="262626" w:themeColor="text1" w:themeTint="D9"/>
          <w:sz w:val="36"/>
          <w:szCs w:val="36"/>
          <w:rtl/>
          <w:lang w:bidi="dv-MV"/>
        </w:rPr>
        <w:t xml:space="preserve"> ތައުޙީދު ކޮބާހެއްޔެވެ؟</w:t>
      </w:r>
      <w:r w:rsidR="00523FC1">
        <w:rPr>
          <w:rFonts w:ascii="MV Utheemu" w:hAnsi="MV Utheemu" w:cs="MV Utheemu" w:hint="cs"/>
          <w:color w:val="262626" w:themeColor="text1" w:themeTint="D9"/>
          <w:sz w:val="36"/>
          <w:szCs w:val="36"/>
          <w:rtl/>
          <w:lang w:bidi="dv-MV"/>
        </w:rPr>
        <w:t xml:space="preserve"> </w:t>
      </w:r>
      <w:r w:rsidR="007403EA">
        <w:rPr>
          <w:rFonts w:ascii="MV Utheemu" w:hAnsi="MV Utheemu" w:cs="MV Utheemu" w:hint="cs"/>
          <w:color w:val="262626" w:themeColor="text1" w:themeTint="D9"/>
          <w:sz w:val="36"/>
          <w:szCs w:val="36"/>
          <w:rtl/>
          <w:lang w:bidi="dv-MV"/>
        </w:rPr>
        <w:t>ތިބާ</w:t>
      </w:r>
      <w:r w:rsidR="00523FC1">
        <w:rPr>
          <w:rFonts w:ascii="MV Utheemu" w:hAnsi="MV Utheemu" w:cs="MV Utheemu" w:hint="cs"/>
          <w:color w:val="262626" w:themeColor="text1" w:themeTint="D9"/>
          <w:sz w:val="36"/>
          <w:szCs w:val="36"/>
          <w:rtl/>
          <w:lang w:bidi="dv-MV"/>
        </w:rPr>
        <w:t xml:space="preserve"> ކިޔެވި</w:t>
      </w:r>
      <w:r w:rsidRPr="00D8642B">
        <w:rPr>
          <w:rFonts w:ascii="MV Utheemu" w:hAnsi="MV Utheemu" w:cs="MV Utheemu"/>
          <w:color w:val="262626" w:themeColor="text1" w:themeTint="D9"/>
          <w:sz w:val="36"/>
          <w:szCs w:val="36"/>
          <w:rtl/>
          <w:lang w:bidi="dv-MV"/>
        </w:rPr>
        <w:t xml:space="preserve"> ޝިރުކުގެ ވަ</w:t>
      </w:r>
      <w:r w:rsidR="007540B1">
        <w:rPr>
          <w:rFonts w:ascii="MV Utheemu" w:hAnsi="MV Utheemu" w:cs="MV Utheemu" w:hint="cs"/>
          <w:color w:val="262626" w:themeColor="text1" w:themeTint="D9"/>
          <w:sz w:val="36"/>
          <w:szCs w:val="36"/>
          <w:rtl/>
          <w:lang w:bidi="dv-MV"/>
        </w:rPr>
        <w:t>ސީ</w:t>
      </w:r>
      <w:r w:rsidRPr="00D8642B">
        <w:rPr>
          <w:rFonts w:ascii="MV Utheemu" w:hAnsi="MV Utheemu" w:cs="MV Utheemu"/>
          <w:color w:val="262626" w:themeColor="text1" w:themeTint="D9"/>
          <w:sz w:val="36"/>
          <w:szCs w:val="36"/>
          <w:rtl/>
          <w:lang w:bidi="dv-MV"/>
        </w:rPr>
        <w:t>ލަތްތަކުން ދުރުހެލިވު</w:t>
      </w:r>
      <w:r w:rsidR="00523FC1">
        <w:rPr>
          <w:rFonts w:ascii="MV Utheemu" w:hAnsi="MV Utheemu" w:cs="MV Utheemu" w:hint="cs"/>
          <w:color w:val="262626" w:themeColor="text1" w:themeTint="D9"/>
          <w:sz w:val="36"/>
          <w:szCs w:val="36"/>
          <w:rtl/>
          <w:lang w:bidi="dv-MV"/>
        </w:rPr>
        <w:t>މުގެ ބާބުތައް</w:t>
      </w:r>
      <w:r w:rsidRPr="00D8642B">
        <w:rPr>
          <w:rFonts w:ascii="MV Utheemu" w:hAnsi="MV Utheemu" w:cs="MV Utheemu"/>
          <w:color w:val="262626" w:themeColor="text1" w:themeTint="D9"/>
          <w:sz w:val="36"/>
          <w:szCs w:val="36"/>
          <w:rtl/>
          <w:lang w:bidi="dv-MV"/>
        </w:rPr>
        <w:t xml:space="preserve"> ކޮބާހެއްޔެވެ؟ މުސްލިމުންނަށް އޮތީ ކާފަރުން ފަތުރާ ޚުރާފީ ޚަބަރުތަކަކީ ތެދު ދޮގު ސަބަބެއްތޯ ބެލުމެވެ. އެމީހުންނަށް ދެލޯކަނުކޮށް ތަބަޢަވުމެއް ނޫނެވެ. ބޭސްވެރިކަމުގައި ވިޔަސްމެއެވެ</w:t>
      </w:r>
      <w:r w:rsidRPr="00D8642B">
        <w:rPr>
          <w:rFonts w:ascii="MV Utheemu" w:hAnsi="MV Utheemu" w:cs="MV Utheemu"/>
          <w:color w:val="262626" w:themeColor="text1" w:themeTint="D9"/>
          <w:sz w:val="36"/>
          <w:szCs w:val="36"/>
          <w:lang w:bidi="dv-MV"/>
        </w:rPr>
        <w:t>.</w:t>
      </w:r>
    </w:p>
    <w:p w14:paraId="4CCD4C02" w14:textId="46F02EA2" w:rsidR="00523FC1" w:rsidRDefault="006F19C4" w:rsidP="007907C2">
      <w:pPr>
        <w:tabs>
          <w:tab w:val="right" w:pos="90"/>
        </w:tabs>
        <w:bidi/>
        <w:jc w:val="both"/>
        <w:rPr>
          <w:rFonts w:ascii="MV Utheemu" w:hAnsi="MV Utheemu" w:cs="MV Utheemu"/>
          <w:color w:val="262626" w:themeColor="text1" w:themeTint="D9"/>
          <w:sz w:val="36"/>
          <w:szCs w:val="36"/>
          <w:rtl/>
          <w:lang w:bidi="dv-MV"/>
        </w:rPr>
      </w:pPr>
      <w:r w:rsidRPr="006F19C4">
        <w:rPr>
          <w:rFonts w:ascii="MV Utheemu" w:hAnsi="MV Utheemu" w:cs="MV Utheemu"/>
          <w:color w:val="262626" w:themeColor="text1" w:themeTint="D9"/>
          <w:sz w:val="36"/>
          <w:szCs w:val="36"/>
          <w:rtl/>
          <w:lang w:bidi="dv-MV"/>
        </w:rPr>
        <w:t>ޞިއްޙީ ގޮތުން އެއްވެސް ޙަޤީޤީ ނުރައްކަލެއް ނެތް ޚުރާފީ ބަލިތަކުން ސަލާމަތްވުމަށް، ނުވަތަ ޞިއްޙަތު ސަލާމަތުން ތިބި މީހުންގެ ކިބައިން "އަރާފާނެ" ކަމަށް ބުނާ ވަހުމީ ނުރައްކަލަކުން ސަލާމަތްވުމަށް މާސްކު އެޅުމާއި، ހަ ފޫޓު ދުރުގައި ހުރުމަކީ ރައްކާތެރިކޮށްދޭނޭ ސަބަބެއް ކަމަށް ދެކިގެން އެކަންކަން ކޮށްފިނަމަ، އެ ކަންކަން ތަވީދުގެ މާނައިގެ ތެރެއަށް ވަދެއެވެ</w:t>
      </w:r>
      <w:r w:rsidRPr="006F19C4">
        <w:rPr>
          <w:rFonts w:ascii="MV Utheemu" w:hAnsi="MV Utheemu" w:cs="MV Utheemu"/>
          <w:color w:val="262626" w:themeColor="text1" w:themeTint="D9"/>
          <w:sz w:val="36"/>
          <w:szCs w:val="36"/>
          <w:lang w:bidi="dv-MV"/>
        </w:rPr>
        <w:t>.</w:t>
      </w:r>
      <w:r w:rsidR="00D8642B">
        <w:rPr>
          <w:rFonts w:ascii="MV Utheemu" w:hAnsi="MV Utheemu" w:cs="MV Utheemu" w:hint="cs"/>
          <w:color w:val="262626" w:themeColor="text1" w:themeTint="D9"/>
          <w:sz w:val="36"/>
          <w:szCs w:val="36"/>
          <w:rtl/>
          <w:lang w:bidi="dv-MV"/>
        </w:rPr>
        <w:t xml:space="preserve"> </w:t>
      </w:r>
    </w:p>
    <w:p w14:paraId="774A6153" w14:textId="49E10867" w:rsidR="009E1C1D" w:rsidRDefault="00D8642B" w:rsidP="00523FC1">
      <w:pPr>
        <w:tabs>
          <w:tab w:val="right" w:pos="90"/>
        </w:tabs>
        <w:bidi/>
        <w:jc w:val="both"/>
        <w:rPr>
          <w:rFonts w:ascii="MV Utheemu" w:hAnsi="MV Utheemu" w:cs="MV Utheemu"/>
          <w:color w:val="262626" w:themeColor="text1" w:themeTint="D9"/>
          <w:sz w:val="36"/>
          <w:szCs w:val="36"/>
          <w:rtl/>
          <w:lang w:bidi="dv-MV"/>
        </w:rPr>
      </w:pPr>
      <w:r w:rsidRPr="00D8642B">
        <w:rPr>
          <w:rFonts w:ascii="MV Utheemu" w:hAnsi="MV Utheemu" w:cs="MV Utheemu"/>
          <w:color w:val="262626" w:themeColor="text1" w:themeTint="D9"/>
          <w:sz w:val="36"/>
          <w:szCs w:val="36"/>
          <w:rtl/>
          <w:lang w:bidi="dv-MV"/>
        </w:rPr>
        <w:t>ތަވީދު ތަވީދަކަށް ވަނީ ދެ ކަމެއް އެކުވުމުންނެވެ</w:t>
      </w:r>
      <w:r w:rsidR="00523FC1">
        <w:rPr>
          <w:rFonts w:ascii="MV Utheemu" w:hAnsi="MV Utheemu" w:cs="MV Utheemu" w:hint="cs"/>
          <w:color w:val="262626" w:themeColor="text1" w:themeTint="D9"/>
          <w:sz w:val="36"/>
          <w:szCs w:val="36"/>
          <w:rtl/>
          <w:lang w:bidi="dv-MV"/>
        </w:rPr>
        <w:t>.</w:t>
      </w:r>
      <w:r w:rsidRPr="00D8642B">
        <w:rPr>
          <w:rFonts w:ascii="MV Utheemu" w:hAnsi="MV Utheemu" w:cs="MV Utheemu"/>
          <w:color w:val="262626" w:themeColor="text1" w:themeTint="D9"/>
          <w:sz w:val="36"/>
          <w:szCs w:val="36"/>
          <w:rtl/>
          <w:lang w:bidi="dv-MV"/>
        </w:rPr>
        <w:t xml:space="preserve"> އެއީ </w:t>
      </w:r>
      <w:r w:rsidR="007907C2">
        <w:rPr>
          <w:rFonts w:ascii="Arabic Typesetting" w:hAnsi="Arabic Typesetting" w:cs="Arabic Typesetting"/>
          <w:color w:val="262626" w:themeColor="text1" w:themeTint="D9"/>
          <w:sz w:val="36"/>
          <w:szCs w:val="36"/>
        </w:rPr>
        <w:sym w:font="KFGQPC Arabic Symbols 01" w:char="F025"/>
      </w:r>
      <w:r w:rsidRPr="00D8642B">
        <w:rPr>
          <w:rFonts w:ascii="MV Utheemu" w:hAnsi="MV Utheemu" w:cs="MV Utheemu"/>
          <w:color w:val="262626" w:themeColor="text1" w:themeTint="D9"/>
          <w:sz w:val="36"/>
          <w:szCs w:val="36"/>
          <w:rtl/>
          <w:lang w:bidi="dv-MV"/>
        </w:rPr>
        <w:t xml:space="preserve"> ތަޢާލާ ޝަރުޢީ ގޮތުން ނުވަތަ ކައުނީ ގޮތުން ލައްވާފައި ނުވާ ކަމެއް އެއީ ސަބަބެއް ކަމުގައި ޤަބޫލުކުރުމާއި، އެ ސަބަބުގެ މައްޗަށް </w:t>
      </w:r>
      <w:r w:rsidRPr="00D8642B">
        <w:rPr>
          <w:rFonts w:ascii="MV Utheemu" w:hAnsi="MV Utheemu" w:cs="MV Utheemu"/>
          <w:color w:val="262626" w:themeColor="text1" w:themeTint="D9"/>
          <w:sz w:val="36"/>
          <w:szCs w:val="36"/>
          <w:rtl/>
          <w:lang w:bidi="dv-MV"/>
        </w:rPr>
        <w:lastRenderedPageBreak/>
        <w:t>އިޢްތިމާދުވެ ބަރޯސާވުމެވެ</w:t>
      </w:r>
      <w:r w:rsidRPr="00D8642B">
        <w:rPr>
          <w:rFonts w:ascii="MV Utheemu" w:hAnsi="MV Utheemu" w:cs="MV Utheemu"/>
          <w:color w:val="262626" w:themeColor="text1" w:themeTint="D9"/>
          <w:sz w:val="36"/>
          <w:szCs w:val="36"/>
          <w:lang w:bidi="dv-MV"/>
        </w:rPr>
        <w:t>.</w:t>
      </w:r>
      <w:r w:rsidR="00523FC1">
        <w:rPr>
          <w:rFonts w:ascii="MV Utheemu" w:hAnsi="MV Utheemu" w:cs="MV Utheemu" w:hint="cs"/>
          <w:color w:val="262626" w:themeColor="text1" w:themeTint="D9"/>
          <w:sz w:val="36"/>
          <w:szCs w:val="36"/>
          <w:rtl/>
          <w:lang w:bidi="dv-MV"/>
        </w:rPr>
        <w:t xml:space="preserve"> </w:t>
      </w:r>
      <w:r w:rsidR="009E1C1D">
        <w:rPr>
          <w:rFonts w:ascii="MV Utheemu" w:hAnsi="MV Utheemu" w:cs="MV Utheemu" w:hint="cs"/>
          <w:color w:val="262626" w:themeColor="text1" w:themeTint="D9"/>
          <w:sz w:val="36"/>
          <w:szCs w:val="36"/>
          <w:rtl/>
          <w:lang w:bidi="dv-MV"/>
        </w:rPr>
        <w:t xml:space="preserve">ހަމައެފައިން މީހަކު، މާސްކު އަޅަނީ ޞިޙަތު ސަލާމަތުން ތިބި މީހުންގެ ފަރާތުން އަރާފާނެ ޚުރާފީ ވުޖޫދުގައި ނެތް </w:t>
      </w:r>
      <w:r w:rsidR="00523FC1">
        <w:rPr>
          <w:rFonts w:ascii="MV Utheemu" w:hAnsi="MV Utheemu" w:cs="MV Utheemu" w:hint="cs"/>
          <w:color w:val="262626" w:themeColor="text1" w:themeTint="D9"/>
          <w:sz w:val="36"/>
          <w:szCs w:val="36"/>
          <w:rtl/>
          <w:lang w:bidi="dv-MV"/>
        </w:rPr>
        <w:t xml:space="preserve">(ސަބަބެއް ނުވާ) </w:t>
      </w:r>
      <w:r w:rsidR="009E1C1D">
        <w:rPr>
          <w:rFonts w:ascii="MV Utheemu" w:hAnsi="MV Utheemu" w:cs="MV Utheemu" w:hint="cs"/>
          <w:color w:val="262626" w:themeColor="text1" w:themeTint="D9"/>
          <w:sz w:val="36"/>
          <w:szCs w:val="36"/>
          <w:rtl/>
          <w:lang w:bidi="dv-MV"/>
        </w:rPr>
        <w:t xml:space="preserve">ބައްޔަކަށް ކަމުގައިވާނަމަ އެވެސް ވައްނާނީ </w:t>
      </w:r>
      <w:r w:rsidR="007403EA">
        <w:rPr>
          <w:rFonts w:ascii="MV Utheemu" w:hAnsi="MV Utheemu" w:cs="MV Utheemu" w:hint="cs"/>
          <w:color w:val="262626" w:themeColor="text1" w:themeTint="D9"/>
          <w:sz w:val="36"/>
          <w:szCs w:val="36"/>
          <w:rtl/>
          <w:lang w:bidi="dv-MV"/>
        </w:rPr>
        <w:t xml:space="preserve">ނަބިއްޔާ </w:t>
      </w:r>
      <w:r w:rsidR="00781C62">
        <w:rPr>
          <w:rFonts w:ascii="MV Utheemu" w:hAnsi="MV Utheemu" w:cs="MV Utheemu"/>
          <w:color w:val="262626" w:themeColor="text1" w:themeTint="D9"/>
          <w:sz w:val="36"/>
          <w:szCs w:val="36"/>
          <w:lang w:bidi="dv-MV"/>
        </w:rPr>
        <w:t>(</w:t>
      </w:r>
      <w:r w:rsidR="00781C62" w:rsidRPr="00234FE9">
        <w:rPr>
          <w:rFonts w:ascii="Arabic Typesetting" w:hAnsi="Arabic Typesetting" w:cs="Arabic Typesetting"/>
          <w:color w:val="262626" w:themeColor="text1" w:themeTint="D9"/>
          <w:sz w:val="32"/>
          <w:szCs w:val="32"/>
        </w:rPr>
        <w:sym w:font="KFGQPC Arabic Symbols 01" w:char="F048"/>
      </w:r>
      <w:r w:rsidR="00781C62">
        <w:rPr>
          <w:rFonts w:ascii="MV Utheemu" w:hAnsi="MV Utheemu" w:cs="MV Utheemu"/>
          <w:color w:val="262626" w:themeColor="text1" w:themeTint="D9"/>
          <w:sz w:val="36"/>
          <w:szCs w:val="36"/>
          <w:lang w:bidi="dv-MV"/>
        </w:rPr>
        <w:t>)</w:t>
      </w:r>
      <w:r w:rsidR="00781C62">
        <w:rPr>
          <w:rFonts w:ascii="MV Utheemu" w:hAnsi="MV Utheemu" w:cs="MV Utheemu" w:hint="cs"/>
          <w:color w:val="262626" w:themeColor="text1" w:themeTint="D9"/>
          <w:sz w:val="36"/>
          <w:szCs w:val="36"/>
          <w:rtl/>
          <w:lang w:bidi="dv-MV"/>
        </w:rPr>
        <w:t xml:space="preserve"> </w:t>
      </w:r>
      <w:r w:rsidR="007403EA">
        <w:rPr>
          <w:rFonts w:ascii="MV Utheemu" w:hAnsi="MV Utheemu" w:cs="MV Utheemu" w:hint="cs"/>
          <w:color w:val="262626" w:themeColor="text1" w:themeTint="D9"/>
          <w:sz w:val="36"/>
          <w:szCs w:val="36"/>
          <w:rtl/>
          <w:lang w:bidi="dv-MV"/>
        </w:rPr>
        <w:t xml:space="preserve">ނަޙީ ކުރައްވާފައިވާ ބަދުފާލާއި </w:t>
      </w:r>
      <w:r w:rsidR="009E1C1D">
        <w:rPr>
          <w:rFonts w:ascii="MV Utheemu" w:hAnsi="MV Utheemu" w:cs="MV Utheemu" w:hint="cs"/>
          <w:color w:val="262626" w:themeColor="text1" w:themeTint="D9"/>
          <w:sz w:val="36"/>
          <w:szCs w:val="36"/>
          <w:rtl/>
          <w:lang w:bidi="dv-MV"/>
        </w:rPr>
        <w:t xml:space="preserve">ތަވީދުގެ ތެރެއަށެވެ. </w:t>
      </w:r>
    </w:p>
    <w:p w14:paraId="365E0009" w14:textId="7424EBF1" w:rsidR="006F19C4" w:rsidRPr="006F19C4" w:rsidRDefault="007907C2" w:rsidP="006F19C4">
      <w:pPr>
        <w:bidi/>
        <w:jc w:val="both"/>
        <w:rPr>
          <w:rFonts w:ascii="MV Utheemu" w:hAnsi="MV Utheemu" w:cs="MV Utheemu"/>
          <w:color w:val="262626" w:themeColor="text1" w:themeTint="D9"/>
          <w:sz w:val="36"/>
          <w:szCs w:val="36"/>
        </w:rPr>
      </w:pPr>
      <w:r>
        <w:rPr>
          <w:rFonts w:ascii="Arabic Typesetting" w:hAnsi="Arabic Typesetting" w:cs="Arabic Typesetting"/>
          <w:color w:val="262626" w:themeColor="text1" w:themeTint="D9"/>
          <w:sz w:val="36"/>
          <w:szCs w:val="36"/>
        </w:rPr>
        <w:sym w:font="KFGQPC Arabic Symbols 01" w:char="F025"/>
      </w:r>
      <w:r w:rsidR="006F19C4" w:rsidRPr="006F19C4">
        <w:rPr>
          <w:rFonts w:ascii="MV Utheemu" w:hAnsi="MV Utheemu" w:cs="MV Utheemu"/>
          <w:color w:val="262626" w:themeColor="text1" w:themeTint="D9"/>
          <w:sz w:val="36"/>
          <w:szCs w:val="36"/>
          <w:rtl/>
        </w:rPr>
        <w:t xml:space="preserve"> </w:t>
      </w:r>
      <w:r w:rsidR="007D445B">
        <w:rPr>
          <w:rFonts w:ascii="Scheherazade New" w:hAnsi="Scheherazade New" w:cs="Scheherazade New"/>
          <w:color w:val="262626" w:themeColor="text1" w:themeTint="D9"/>
          <w:sz w:val="32"/>
          <w:szCs w:val="32"/>
        </w:rPr>
        <w:sym w:font="KFGQPC Arabic Symbols 01" w:char="F045"/>
      </w:r>
      <w:r w:rsidR="007D445B">
        <w:rPr>
          <w:rFonts w:ascii="Scheherazade New" w:hAnsi="Scheherazade New" w:cs="Scheherazade New"/>
          <w:color w:val="262626" w:themeColor="text1" w:themeTint="D9"/>
          <w:sz w:val="32"/>
          <w:szCs w:val="32"/>
        </w:rPr>
        <w:t xml:space="preserve"> </w:t>
      </w:r>
      <w:r w:rsidR="006F19C4" w:rsidRPr="006F19C4">
        <w:rPr>
          <w:rFonts w:ascii="MV Utheemu" w:hAnsi="MV Utheemu" w:cs="MV Utheemu"/>
          <w:color w:val="262626" w:themeColor="text1" w:themeTint="D9"/>
          <w:sz w:val="36"/>
          <w:szCs w:val="36"/>
          <w:rtl/>
          <w:lang w:bidi="dv-MV"/>
        </w:rPr>
        <w:t xml:space="preserve"> ކަމަކަށް އޮތް ސަބަބެއް ކަމުގައި ކަނޑައަޅުއްވާފައި ނުވާ ކަމެއް، އެއީ ސަބަބެއް ކަމުގައި ބެލުމާއި، އެ ކަމެއްގެ މައްޗަށް ބަރޯސާވުމަކީ ކުޑަ ޝިރުކުގެ ތެރޭގައި ހިމެނޭ ކަމެކެވެ. މިތަނުގައި ވަކިވަކި ދެ ކަމެއްގެ ވާހަކަ އެބައޮތެވެ</w:t>
      </w:r>
      <w:r w:rsidR="006F19C4" w:rsidRPr="006F19C4">
        <w:rPr>
          <w:rFonts w:ascii="MV Utheemu" w:hAnsi="MV Utheemu" w:cs="MV Utheemu"/>
          <w:color w:val="262626" w:themeColor="text1" w:themeTint="D9"/>
          <w:sz w:val="36"/>
          <w:szCs w:val="36"/>
        </w:rPr>
        <w:t>:</w:t>
      </w:r>
    </w:p>
    <w:p w14:paraId="4F3429AB" w14:textId="5908C68D" w:rsidR="006F19C4" w:rsidRPr="006F19C4" w:rsidRDefault="007D445B" w:rsidP="006F19C4">
      <w:pPr>
        <w:numPr>
          <w:ilvl w:val="0"/>
          <w:numId w:val="16"/>
        </w:numPr>
        <w:bidi/>
        <w:jc w:val="both"/>
        <w:rPr>
          <w:rFonts w:ascii="MV Utheemu" w:hAnsi="MV Utheemu" w:cs="MV Utheemu"/>
          <w:b/>
          <w:bCs/>
          <w:color w:val="262626" w:themeColor="text1" w:themeTint="D9"/>
          <w:sz w:val="36"/>
          <w:szCs w:val="36"/>
        </w:rPr>
      </w:pPr>
      <w:r w:rsidRPr="004B27F6">
        <w:rPr>
          <w:rFonts w:ascii="Arabic Typesetting" w:hAnsi="Arabic Typesetting" w:cs="Arabic Typesetting"/>
          <w:b/>
          <w:bCs/>
          <w:color w:val="262626" w:themeColor="text1" w:themeTint="D9"/>
          <w:sz w:val="36"/>
          <w:szCs w:val="36"/>
        </w:rPr>
        <w:sym w:font="KFGQPC Arabic Symbols 01" w:char="F025"/>
      </w:r>
      <w:r w:rsidR="006F19C4" w:rsidRPr="006F19C4">
        <w:rPr>
          <w:rFonts w:ascii="MV Utheemu" w:hAnsi="MV Utheemu" w:cs="MV Utheemu"/>
          <w:b/>
          <w:bCs/>
          <w:color w:val="262626" w:themeColor="text1" w:themeTint="D9"/>
          <w:sz w:val="36"/>
          <w:szCs w:val="36"/>
          <w:rtl/>
        </w:rPr>
        <w:t xml:space="preserve"> </w:t>
      </w:r>
      <w:r w:rsidR="006F19C4" w:rsidRPr="006F19C4">
        <w:rPr>
          <w:rFonts w:ascii="MV Utheemu" w:hAnsi="MV Utheemu" w:cs="MV Utheemu"/>
          <w:b/>
          <w:bCs/>
          <w:color w:val="262626" w:themeColor="text1" w:themeTint="D9"/>
          <w:sz w:val="36"/>
          <w:szCs w:val="36"/>
          <w:rtl/>
          <w:lang w:bidi="dv-MV"/>
        </w:rPr>
        <w:t>ސަބަބެއް ކަމުގައި ލައްވާފައި ނުވާ ކަމެއް، ސަބަބެއްގެ ގޮތުގައި އިޚްތިޔާރު ކުރުން</w:t>
      </w:r>
      <w:r w:rsidR="006F19C4" w:rsidRPr="006F19C4">
        <w:rPr>
          <w:rFonts w:ascii="MV Utheemu" w:hAnsi="MV Utheemu" w:cs="MV Utheemu"/>
          <w:b/>
          <w:bCs/>
          <w:color w:val="262626" w:themeColor="text1" w:themeTint="D9"/>
          <w:sz w:val="36"/>
          <w:szCs w:val="36"/>
        </w:rPr>
        <w:t>.</w:t>
      </w:r>
    </w:p>
    <w:p w14:paraId="1F2F5B24" w14:textId="77777777" w:rsidR="006F19C4" w:rsidRPr="006F19C4" w:rsidRDefault="006F19C4" w:rsidP="006F19C4">
      <w:pPr>
        <w:numPr>
          <w:ilvl w:val="0"/>
          <w:numId w:val="16"/>
        </w:numPr>
        <w:bidi/>
        <w:jc w:val="both"/>
        <w:rPr>
          <w:rFonts w:ascii="MV Utheemu" w:hAnsi="MV Utheemu" w:cs="MV Utheemu"/>
          <w:b/>
          <w:bCs/>
          <w:color w:val="262626" w:themeColor="text1" w:themeTint="D9"/>
          <w:sz w:val="36"/>
          <w:szCs w:val="36"/>
        </w:rPr>
      </w:pPr>
      <w:r w:rsidRPr="006F19C4">
        <w:rPr>
          <w:rFonts w:ascii="MV Utheemu" w:hAnsi="MV Utheemu" w:cs="MV Utheemu"/>
          <w:b/>
          <w:bCs/>
          <w:color w:val="262626" w:themeColor="text1" w:themeTint="D9"/>
          <w:sz w:val="36"/>
          <w:szCs w:val="36"/>
          <w:rtl/>
          <w:lang w:bidi="dv-MV"/>
        </w:rPr>
        <w:t>އެ ސަބަބުގެ މައްޗަށް އިޢްތިމާދުވެ، ބަރޯސާވުން</w:t>
      </w:r>
      <w:r w:rsidRPr="006F19C4">
        <w:rPr>
          <w:rFonts w:ascii="MV Utheemu" w:hAnsi="MV Utheemu" w:cs="MV Utheemu"/>
          <w:b/>
          <w:bCs/>
          <w:color w:val="262626" w:themeColor="text1" w:themeTint="D9"/>
          <w:sz w:val="36"/>
          <w:szCs w:val="36"/>
        </w:rPr>
        <w:t>.</w:t>
      </w:r>
    </w:p>
    <w:p w14:paraId="00DF75B2" w14:textId="408197C1" w:rsidR="008F2882" w:rsidRDefault="006F19C4" w:rsidP="00727E4D">
      <w:pPr>
        <w:bidi/>
        <w:jc w:val="both"/>
        <w:rPr>
          <w:rFonts w:ascii="MV Utheemu" w:hAnsi="MV Utheemu" w:cs="MV Utheemu"/>
          <w:color w:val="262626" w:themeColor="text1" w:themeTint="D9"/>
          <w:sz w:val="36"/>
          <w:szCs w:val="36"/>
          <w:rtl/>
          <w:lang w:bidi="dv-MV"/>
        </w:rPr>
      </w:pPr>
      <w:r w:rsidRPr="006F19C4">
        <w:rPr>
          <w:rFonts w:ascii="MV Utheemu" w:hAnsi="MV Utheemu" w:cs="MV Utheemu"/>
          <w:color w:val="262626" w:themeColor="text1" w:themeTint="D9"/>
          <w:sz w:val="36"/>
          <w:szCs w:val="36"/>
          <w:rtl/>
          <w:lang w:bidi="dv-MV"/>
        </w:rPr>
        <w:t xml:space="preserve">ޢިލްމުވެރިން ބަޔާންކުރައްވާ ގޮތުގައި، މީގެ ތެރެއިން ކޮންމެ ކަމަކީވެސް ވަކިވަކިން ބެލިކަމުގައި ވިޔަސް ކުޑަ ޝިރުކުގެ ތެރޭގައި ހިމެނޭ ކަންކަމެވެ. ނަމަވެސް </w:t>
      </w:r>
      <w:r w:rsidR="00523FC1">
        <w:rPr>
          <w:rFonts w:ascii="MV Utheemu" w:hAnsi="MV Utheemu" w:cs="MV Utheemu" w:hint="cs"/>
          <w:color w:val="262626" w:themeColor="text1" w:themeTint="D9"/>
          <w:sz w:val="36"/>
          <w:szCs w:val="36"/>
          <w:rtl/>
          <w:lang w:bidi="dv-MV"/>
        </w:rPr>
        <w:t>ތިބާ</w:t>
      </w:r>
      <w:r w:rsidRPr="006F19C4">
        <w:rPr>
          <w:rFonts w:ascii="MV Utheemu" w:hAnsi="MV Utheemu" w:cs="MV Utheemu"/>
          <w:color w:val="262626" w:themeColor="text1" w:themeTint="D9"/>
          <w:sz w:val="36"/>
          <w:szCs w:val="36"/>
          <w:rtl/>
          <w:lang w:bidi="dv-MV"/>
        </w:rPr>
        <w:t xml:space="preserve"> މިވަނީ އެ ދެކަންތައް އެއްކޮށްލާފައެވެ. އެހެންކަމުން، އަޅުގަނޑުމެން ވަކިވަކިން ތަޙްޤީޤުކޮށް ބަލަންޖެހޭ ކަމަކީ: މާސްކު އެޅުމަކީ </w:t>
      </w:r>
      <w:r w:rsidR="00523FC1">
        <w:rPr>
          <w:rFonts w:ascii="MV Utheemu" w:hAnsi="MV Utheemu" w:cs="MV Utheemu" w:hint="cs"/>
          <w:color w:val="262626" w:themeColor="text1" w:themeTint="D9"/>
          <w:sz w:val="36"/>
          <w:szCs w:val="36"/>
          <w:rtl/>
          <w:lang w:bidi="dv-MV"/>
        </w:rPr>
        <w:t xml:space="preserve">އެބުނާ </w:t>
      </w:r>
      <w:r w:rsidRPr="006F19C4">
        <w:rPr>
          <w:rFonts w:ascii="MV Utheemu" w:hAnsi="MV Utheemu" w:cs="MV Utheemu"/>
          <w:color w:val="262626" w:themeColor="text1" w:themeTint="D9"/>
          <w:sz w:val="36"/>
          <w:szCs w:val="36"/>
          <w:rtl/>
          <w:lang w:bidi="dv-MV"/>
        </w:rPr>
        <w:t>ބަލިތަކުން ރައްކާތެރިވުމަށް އޮތް ސަބަބެއް ތޯއެވެ؟</w:t>
      </w:r>
      <w:r w:rsidR="00523FC1">
        <w:rPr>
          <w:rFonts w:ascii="MV Utheemu" w:hAnsi="MV Utheemu" w:cs="MV Utheemu" w:hint="cs"/>
          <w:color w:val="262626" w:themeColor="text1" w:themeTint="D9"/>
          <w:sz w:val="36"/>
          <w:szCs w:val="36"/>
          <w:rtl/>
          <w:lang w:bidi="dv-MV"/>
        </w:rPr>
        <w:t xml:space="preserve"> އެބުނާ ބައްޔެއް ވުޖޫދުގައި ވޭ ހެއްޔެވެ؟</w:t>
      </w:r>
      <w:r w:rsidRPr="006F19C4">
        <w:rPr>
          <w:rFonts w:ascii="MV Utheemu" w:hAnsi="MV Utheemu" w:cs="MV Utheemu"/>
          <w:color w:val="262626" w:themeColor="text1" w:themeTint="D9"/>
          <w:sz w:val="36"/>
          <w:szCs w:val="36"/>
          <w:rtl/>
          <w:lang w:bidi="dv-MV"/>
        </w:rPr>
        <w:t xml:space="preserve"> ޙައްޖުގެ އަޅުކަމާ ގުޅޭގޮތުން ސައުދީގައި ހަދާފައިވާ ދިރާސާތަކުން ދައްކާ ގޮތުގައި، ނޭވާލާ ނިޒާމުގެ ބަލިތަކުން (ރޯގާއިން) ރައްކާތެރިވުމަށް މާސްކުން ކުރާ އެއްވެސް އަސަރެއް ނެތެވެ.</w:t>
      </w:r>
      <w:r w:rsidR="00523FC1">
        <w:rPr>
          <w:rFonts w:ascii="MV Utheemu" w:hAnsi="MV Utheemu" w:cs="MV Utheemu" w:hint="cs"/>
          <w:color w:val="262626" w:themeColor="text1" w:themeTint="D9"/>
          <w:sz w:val="36"/>
          <w:szCs w:val="36"/>
          <w:rtl/>
          <w:lang w:bidi="dv-MV"/>
        </w:rPr>
        <w:t xml:space="preserve"> މިފަދަ އެތައް އެތަށް ދިރާސާއެއް ހަދާފައިވެއެވެ.</w:t>
      </w:r>
      <w:r w:rsidR="00727E4D">
        <w:rPr>
          <w:rFonts w:ascii="MV Utheemu" w:hAnsi="MV Utheemu" w:cs="MV Utheemu" w:hint="cs"/>
          <w:color w:val="262626" w:themeColor="text1" w:themeTint="D9"/>
          <w:sz w:val="36"/>
          <w:szCs w:val="36"/>
          <w:rtl/>
          <w:lang w:bidi="dv-MV"/>
        </w:rPr>
        <w:t xml:space="preserve"> </w:t>
      </w:r>
      <w:r w:rsidR="00727E4D" w:rsidRPr="006F19C4">
        <w:rPr>
          <w:rFonts w:ascii="MV Utheemu" w:hAnsi="MV Utheemu" w:cs="MV Utheemu"/>
          <w:color w:val="262626" w:themeColor="text1" w:themeTint="D9"/>
          <w:sz w:val="36"/>
          <w:szCs w:val="36"/>
          <w:rtl/>
          <w:lang w:bidi="dv-MV"/>
        </w:rPr>
        <w:t>މިފަދަ ޙާލަތެއްގައި، އެއްވެސް މަޤްބޫލު އުޒުރެއް ނެތި، ދުޅަހެޔޮކޮށް ތިބި މީހުންނަކީ ބިރުގަންންޖެހޭ ފަދަ ނުބައި ފާލެއް</w:t>
      </w:r>
      <w:r w:rsidR="00727E4D">
        <w:rPr>
          <w:rFonts w:ascii="MV Utheemu" w:hAnsi="MV Utheemu" w:cs="MV Utheemu" w:hint="cs"/>
          <w:color w:val="262626" w:themeColor="text1" w:themeTint="D9"/>
          <w:sz w:val="36"/>
          <w:szCs w:val="36"/>
          <w:rtl/>
          <w:lang w:bidi="dv-MV"/>
        </w:rPr>
        <w:t xml:space="preserve"> (ބަދުފާލެއް)</w:t>
      </w:r>
      <w:r w:rsidR="00727E4D" w:rsidRPr="006F19C4">
        <w:rPr>
          <w:rFonts w:ascii="MV Utheemu" w:hAnsi="MV Utheemu" w:cs="MV Utheemu"/>
          <w:color w:val="262626" w:themeColor="text1" w:themeTint="D9"/>
          <w:sz w:val="36"/>
          <w:szCs w:val="36"/>
          <w:rtl/>
          <w:lang w:bidi="dv-MV"/>
        </w:rPr>
        <w:t xml:space="preserve"> ކަމުގައި ތިޔަ ބަލަނީއެވެ.</w:t>
      </w:r>
      <w:r w:rsidR="00727E4D">
        <w:rPr>
          <w:rFonts w:ascii="MV Utheemu" w:hAnsi="MV Utheemu" w:cs="MV Utheemu" w:hint="cs"/>
          <w:color w:val="262626" w:themeColor="text1" w:themeTint="D9"/>
          <w:sz w:val="36"/>
          <w:szCs w:val="36"/>
          <w:rtl/>
          <w:lang w:bidi="dv-MV"/>
        </w:rPr>
        <w:t xml:space="preserve"> ކާފަރުން ފެތުރި ބޯދާ ޚުރާފީ ޚިޔާލަށް ބިނާކޮށެވެ.</w:t>
      </w:r>
      <w:r w:rsidR="00727E4D" w:rsidRPr="006F19C4">
        <w:rPr>
          <w:rFonts w:ascii="MV Utheemu" w:hAnsi="MV Utheemu" w:cs="MV Utheemu"/>
          <w:color w:val="262626" w:themeColor="text1" w:themeTint="D9"/>
          <w:sz w:val="36"/>
          <w:szCs w:val="36"/>
          <w:rtl/>
          <w:lang w:bidi="dv-MV"/>
        </w:rPr>
        <w:t xml:space="preserve"> އަދި މީގެ އިތުރުން، އެ މާސްކަށް ބަރޯސާވެ، އެއީ ރައްކާތެރިކަން ހޯދައިދޭ އަސްލު ވަސީލަތް ކަމުގައި ދެކިއްޖެނަމަ، އެކަމުގެ ނުރައްކާތެރިކަން މާ ބޮޑުވެގެންދެއެވެ</w:t>
      </w:r>
      <w:r w:rsidR="00727E4D">
        <w:rPr>
          <w:rFonts w:ascii="MV Utheemu" w:hAnsi="MV Utheemu" w:cs="MV Utheemu" w:hint="cs"/>
          <w:color w:val="262626" w:themeColor="text1" w:themeTint="D9"/>
          <w:sz w:val="36"/>
          <w:szCs w:val="36"/>
          <w:rtl/>
          <w:lang w:bidi="dv-MV"/>
        </w:rPr>
        <w:t>.</w:t>
      </w:r>
    </w:p>
    <w:p w14:paraId="1BE34244" w14:textId="7F3E787D" w:rsidR="00727E4D" w:rsidRPr="00727E4D" w:rsidRDefault="00727E4D" w:rsidP="00727E4D">
      <w:pPr>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 xml:space="preserve">މާސްކު އެޅުމުން ކޯވިޑް އަށް ރައްކާތެރިކަން ނުލިބޭނެކަން ބަޔާންކޮށް 3 </w:t>
      </w:r>
      <w:r w:rsidRPr="008F2882">
        <w:rPr>
          <w:rFonts w:ascii="MV Utheemu" w:hAnsi="MV Utheemu" w:cs="MV Utheemu"/>
          <w:color w:val="262626" w:themeColor="text1" w:themeTint="D9"/>
          <w:sz w:val="36"/>
          <w:szCs w:val="36"/>
          <w:rtl/>
          <w:lang w:bidi="dv-MV"/>
        </w:rPr>
        <w:t xml:space="preserve">މާރޗް 2020 ގައި </w:t>
      </w:r>
      <w:r w:rsidRPr="008F2882">
        <w:rPr>
          <w:rFonts w:ascii="MV Utheemu" w:hAnsi="MV Utheemu" w:cs="MV Utheemu" w:hint="cs"/>
          <w:color w:val="262626" w:themeColor="text1" w:themeTint="D9"/>
          <w:sz w:val="36"/>
          <w:szCs w:val="36"/>
          <w:rtl/>
          <w:lang w:bidi="dv-MV"/>
        </w:rPr>
        <w:t>ރާއްޖޭގެ</w:t>
      </w:r>
      <w:r w:rsidRPr="008F2882">
        <w:rPr>
          <w:rFonts w:ascii="MV Utheemu" w:hAnsi="MV Utheemu" w:cs="MV Utheemu"/>
          <w:color w:val="262626" w:themeColor="text1" w:themeTint="D9"/>
          <w:sz w:val="36"/>
          <w:szCs w:val="36"/>
          <w:rtl/>
          <w:lang w:bidi="dv-MV"/>
        </w:rPr>
        <w:t xml:space="preserve"> </w:t>
      </w:r>
      <w:r w:rsidR="007D445B">
        <w:rPr>
          <w:rFonts w:ascii="MV Utheemu" w:hAnsi="MV Utheemu" w:cs="MV Utheemu" w:hint="cs"/>
          <w:color w:val="262626" w:themeColor="text1" w:themeTint="D9"/>
          <w:sz w:val="36"/>
          <w:szCs w:val="36"/>
          <w:rtl/>
          <w:lang w:bidi="dv-MV"/>
        </w:rPr>
        <w:t xml:space="preserve">ކޯވިޑްގައި </w:t>
      </w:r>
      <w:r w:rsidRPr="008F2882">
        <w:rPr>
          <w:rFonts w:ascii="MV Utheemu" w:hAnsi="MV Utheemu" w:cs="MV Utheemu" w:hint="cs"/>
          <w:color w:val="262626" w:themeColor="text1" w:themeTint="D9"/>
          <w:sz w:val="36"/>
          <w:szCs w:val="36"/>
          <w:rtl/>
          <w:lang w:bidi="dv-MV"/>
        </w:rPr>
        <w:t>މަޝްހޫރު</w:t>
      </w:r>
      <w:r w:rsidR="007D445B">
        <w:rPr>
          <w:rFonts w:ascii="MV Utheemu" w:hAnsi="MV Utheemu" w:cs="MV Utheemu" w:hint="cs"/>
          <w:color w:val="262626" w:themeColor="text1" w:themeTint="D9"/>
          <w:sz w:val="36"/>
          <w:szCs w:val="36"/>
          <w:rtl/>
          <w:lang w:bidi="dv-MV"/>
        </w:rPr>
        <w:t>ވި</w:t>
      </w:r>
      <w:r w:rsidRPr="008F2882">
        <w:rPr>
          <w:rFonts w:ascii="MV Utheemu" w:hAnsi="MV Utheemu" w:cs="MV Utheemu"/>
          <w:color w:val="262626" w:themeColor="text1" w:themeTint="D9"/>
          <w:sz w:val="36"/>
          <w:szCs w:val="36"/>
          <w:rtl/>
          <w:lang w:bidi="dv-MV"/>
        </w:rPr>
        <w:t xml:space="preserve"> </w:t>
      </w:r>
      <w:r w:rsidRPr="008F2882">
        <w:rPr>
          <w:rFonts w:ascii="MV Utheemu" w:hAnsi="MV Utheemu" w:cs="MV Utheemu" w:hint="cs"/>
          <w:color w:val="262626" w:themeColor="text1" w:themeTint="D9"/>
          <w:sz w:val="36"/>
          <w:szCs w:val="36"/>
          <w:rtl/>
          <w:lang w:bidi="dv-MV"/>
        </w:rPr>
        <w:t>ޑޮކްޓަރު</w:t>
      </w:r>
      <w:r>
        <w:rPr>
          <w:rFonts w:ascii="MV Utheemu" w:hAnsi="MV Utheemu" w:cs="MV Utheemu" w:hint="cs"/>
          <w:color w:val="262626" w:themeColor="text1" w:themeTint="D9"/>
          <w:sz w:val="36"/>
          <w:szCs w:val="36"/>
          <w:rtl/>
          <w:lang w:bidi="dv-MV"/>
        </w:rPr>
        <w:t xml:space="preserve"> </w:t>
      </w:r>
      <w:r w:rsidRPr="008F2882">
        <w:rPr>
          <w:rFonts w:ascii="MV Utheemu" w:hAnsi="MV Utheemu" w:cs="MV Utheemu"/>
          <w:color w:val="262626" w:themeColor="text1" w:themeTint="D9"/>
          <w:sz w:val="36"/>
          <w:szCs w:val="36"/>
          <w:rtl/>
          <w:lang w:bidi="dv-MV"/>
        </w:rPr>
        <w:t>ނަޒްލާ ރަފީޤް ވިދާޅުވެފައި ވަނީ ކޮވިޑް-19 އަށް</w:t>
      </w:r>
      <w:r>
        <w:rPr>
          <w:rFonts w:ascii="MV Utheemu" w:hAnsi="MV Utheemu" w:cs="MV Utheemu" w:hint="cs"/>
          <w:color w:val="262626" w:themeColor="text1" w:themeTint="D9"/>
          <w:sz w:val="36"/>
          <w:szCs w:val="36"/>
          <w:rtl/>
          <w:lang w:bidi="dv-MV"/>
        </w:rPr>
        <w:t xml:space="preserve"> "</w:t>
      </w:r>
      <w:r w:rsidRPr="008F2882">
        <w:rPr>
          <w:rFonts w:ascii="MV Utheemu" w:hAnsi="MV Utheemu" w:cs="MV Utheemu"/>
          <w:b/>
          <w:bCs/>
          <w:color w:val="262626" w:themeColor="text1" w:themeTint="D9"/>
          <w:sz w:val="36"/>
          <w:szCs w:val="36"/>
          <w:rtl/>
          <w:lang w:bidi="dv-MV"/>
        </w:rPr>
        <w:t xml:space="preserve">ޖާދޫގެ </w:t>
      </w:r>
      <w:r w:rsidRPr="008F2882">
        <w:rPr>
          <w:rFonts w:ascii="MV Utheemu" w:hAnsi="MV Utheemu" w:cs="MV Utheemu"/>
          <w:b/>
          <w:bCs/>
          <w:color w:val="262626" w:themeColor="text1" w:themeTint="D9"/>
          <w:sz w:val="36"/>
          <w:szCs w:val="36"/>
          <w:rtl/>
          <w:lang w:bidi="dv-MV"/>
        </w:rPr>
        <w:lastRenderedPageBreak/>
        <w:t xml:space="preserve">މާސްކު އަޅައިގެން ނުވަތަ މުޢުޖިޒާތެއް ފަދަ ފަރުވާއެއް ކޮވިޑަށް އޮތް ކަމުގައި ބުނާ ދޮގުވެރި ހީލަތްތެރި </w:t>
      </w:r>
      <w:r>
        <w:rPr>
          <w:rFonts w:ascii="MV Utheemu" w:hAnsi="MV Utheemu" w:cs="MV Utheemu" w:hint="cs"/>
          <w:b/>
          <w:bCs/>
          <w:color w:val="262626" w:themeColor="text1" w:themeTint="D9"/>
          <w:sz w:val="36"/>
          <w:szCs w:val="36"/>
          <w:rtl/>
          <w:lang w:bidi="dv-MV"/>
        </w:rPr>
        <w:t>ދޮގު</w:t>
      </w:r>
      <w:r w:rsidRPr="008F2882">
        <w:rPr>
          <w:rFonts w:ascii="MV Utheemu" w:hAnsi="MV Utheemu" w:cs="MV Utheemu"/>
          <w:b/>
          <w:bCs/>
          <w:color w:val="262626" w:themeColor="text1" w:themeTint="D9"/>
          <w:sz w:val="36"/>
          <w:szCs w:val="36"/>
          <w:rtl/>
          <w:lang w:bidi="dv-MV"/>
        </w:rPr>
        <w:t xml:space="preserve"> މެސެޖަށް ހެއްލިގެން ނުދ</w:t>
      </w:r>
      <w:r>
        <w:rPr>
          <w:rFonts w:ascii="MV Utheemu" w:hAnsi="MV Utheemu" w:cs="MV Utheemu" w:hint="cs"/>
          <w:b/>
          <w:bCs/>
          <w:color w:val="262626" w:themeColor="text1" w:themeTint="D9"/>
          <w:sz w:val="36"/>
          <w:szCs w:val="36"/>
          <w:rtl/>
          <w:lang w:bidi="dv-MV"/>
        </w:rPr>
        <w:t>ާށެވެ.</w:t>
      </w:r>
      <w:r w:rsidRPr="008F2882">
        <w:rPr>
          <w:rFonts w:ascii="MV Utheemu" w:hAnsi="MV Utheemu" w:cs="MV Utheemu" w:hint="cs"/>
          <w:color w:val="262626" w:themeColor="text1" w:themeTint="D9"/>
          <w:sz w:val="36"/>
          <w:szCs w:val="36"/>
          <w:rtl/>
          <w:lang w:bidi="dv-MV"/>
        </w:rPr>
        <w:t>"</w:t>
      </w:r>
    </w:p>
    <w:p w14:paraId="2F72FC20" w14:textId="62006A07" w:rsidR="00727E4D" w:rsidRPr="00727E4D" w:rsidRDefault="00CD015E" w:rsidP="00727E4D">
      <w:pPr>
        <w:bidi/>
        <w:jc w:val="both"/>
        <w:rPr>
          <w:rFonts w:ascii="MV Utheemu" w:hAnsi="MV Utheemu" w:cs="MV Utheemu"/>
          <w:color w:val="262626" w:themeColor="text1" w:themeTint="D9"/>
          <w:sz w:val="36"/>
          <w:szCs w:val="36"/>
          <w:rtl/>
          <w:lang w:bidi="dv-MV"/>
        </w:rPr>
      </w:pPr>
      <w:r w:rsidRPr="00CD015E">
        <w:rPr>
          <w:rFonts w:ascii="MV Utheemu" w:hAnsi="MV Utheemu" w:cs="MV Utheemu"/>
          <w:b/>
          <w:bCs/>
          <w:color w:val="262626" w:themeColor="text1" w:themeTint="D9"/>
          <w:sz w:val="36"/>
          <w:szCs w:val="36"/>
          <w:rtl/>
          <w:lang w:bidi="dv-MV"/>
        </w:rPr>
        <w:t xml:space="preserve">3 </w:t>
      </w:r>
      <w:r w:rsidRPr="00CD015E">
        <w:rPr>
          <w:rFonts w:ascii="MV Utheemu" w:hAnsi="MV Utheemu" w:cs="MV Utheemu" w:hint="cs"/>
          <w:b/>
          <w:bCs/>
          <w:color w:val="262626" w:themeColor="text1" w:themeTint="D9"/>
          <w:sz w:val="36"/>
          <w:szCs w:val="36"/>
          <w:rtl/>
          <w:lang w:bidi="dv-MV"/>
        </w:rPr>
        <w:t>އޭޕްރީލް</w:t>
      </w:r>
      <w:r w:rsidRPr="00CD015E">
        <w:rPr>
          <w:rFonts w:ascii="MV Utheemu" w:hAnsi="MV Utheemu" w:cs="MV Utheemu"/>
          <w:b/>
          <w:bCs/>
          <w:color w:val="262626" w:themeColor="text1" w:themeTint="D9"/>
          <w:sz w:val="36"/>
          <w:szCs w:val="36"/>
          <w:rtl/>
          <w:lang w:bidi="dv-MV"/>
        </w:rPr>
        <w:t xml:space="preserve"> 2020</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ގައި</w:t>
      </w:r>
      <w:r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"ކޮރޯނާ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ގުޅިގެން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މާސްކު</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އެޅުމާއި</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ނޭޅުމާ</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މެދު</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ސަރުކާރުގެ</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ޞިއްޙީ</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މާހިރުން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ދަނީ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އެކި</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ދުވަހު</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އެކި</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ގޮތްގޮތަށް</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އިރުޝާދު</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ބަދަލުކުރަމުން</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hint="cs"/>
          <w:b/>
          <w:b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މައުޟޫއަށް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ޓައިމްސް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މެގަޒިން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ޝާއިއުކޮށްފައިވާ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ލިޔުމުގައި،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ގުޅޭ</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ޚުރާފީ</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ވިސްނުންތަކާ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އެމެރިކަން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ފިޒިއޮލޮޖިކަލް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އެސޯސިއޭޝަންގެ</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ސީނިއާ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ޑިރެކްޓަރ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ކްލިނިކަލް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ފިޒިއޮލޮޖިސްޓް</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ޑރ</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ލީން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ބަފްކާ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ވިދާޅުވި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ބަސްފުޅު</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ގެންނަވައި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ލިޔެފައިވެއެވެ</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hint="cs"/>
          <w:b/>
          <w:bCs/>
          <w:color w:val="262626" w:themeColor="text1" w:themeTint="D9"/>
          <w:sz w:val="36"/>
          <w:szCs w:val="36"/>
          <w:rtl/>
          <w:lang w:bidi="dv-MV"/>
        </w:rPr>
        <w:t>މިހާލަތުގައި،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މާސްކު</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އެޅުމަކީ</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ޚުރާފީ</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ބޯދާ</w:t>
      </w:r>
      <w:r w:rsidR="00727E4D" w:rsidRPr="00727E4D">
        <w:rPr>
          <w:rFonts w:ascii="MV Utheemu" w:hAnsi="MV Utheemu" w:cs="MV Utheemu"/>
          <w:b/>
          <w:bCs/>
          <w:color w:val="262626" w:themeColor="text1" w:themeTint="D9"/>
          <w:sz w:val="36"/>
          <w:szCs w:val="36"/>
          <w:rtl/>
          <w:lang w:bidi="dv-MV"/>
        </w:rPr>
        <w:t xml:space="preserve"> </w:t>
      </w:r>
      <w:r w:rsidR="00986E71">
        <w:rPr>
          <w:rFonts w:ascii="MV Utheemu" w:hAnsi="MV Utheemu" w:cs="MV Utheemu" w:hint="cs"/>
          <w:b/>
          <w:bCs/>
          <w:color w:val="262626" w:themeColor="text1" w:themeTint="D9"/>
          <w:sz w:val="36"/>
          <w:szCs w:val="36"/>
          <w:rtl/>
          <w:lang w:bidi="dv-MV"/>
        </w:rPr>
        <w:t xml:space="preserve">ބަދުފާލު </w:t>
      </w:r>
      <w:r w:rsidR="00727E4D" w:rsidRPr="00727E4D">
        <w:rPr>
          <w:rFonts w:ascii="MV Utheemu" w:hAnsi="MV Utheemu" w:cs="MV Utheemu" w:hint="cs"/>
          <w:b/>
          <w:bCs/>
          <w:color w:val="262626" w:themeColor="text1" w:themeTint="D9"/>
          <w:sz w:val="36"/>
          <w:szCs w:val="36"/>
          <w:rtl/>
          <w:lang w:bidi="dv-MV"/>
        </w:rPr>
        <w:t>ސުލޫކެކެވެ</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ކޮރޯނާ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ވައިރަސް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ނުވަތަ</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ވައިރަލް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ބައްޔެއް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ފެތުރިގެން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އުޅޭއިރު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މީހަކު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މާސްކެއް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އަޅައިގެން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ހުއްޓާ،</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އޭނާއަށް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ނުޖެހިއްޖެ</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ރައްކައުތެރި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ކުރިކުރުން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މާސްކަށް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ނިޞްބަތްކޮށް،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އެޅުމާއިގެން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ކުރިއަށް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ގޮސްދާނެއެވެ</w:t>
      </w:r>
      <w:r w:rsidR="00727E4D" w:rsidRPr="00727E4D">
        <w:rPr>
          <w:rFonts w:ascii="MV Utheemu" w:hAnsi="MV Utheemu" w:cs="MV Utheemu"/>
          <w:color w:val="262626" w:themeColor="text1" w:themeTint="D9"/>
          <w:sz w:val="36"/>
          <w:szCs w:val="36"/>
          <w:lang w:bidi="dv-MV"/>
        </w:rPr>
        <w:t>.</w:t>
      </w:r>
      <w:r w:rsidR="00727E4D">
        <w:rPr>
          <w:rFonts w:ascii="MV Utheemu" w:hAnsi="MV Utheemu" w:cs="MV Utheemu" w:hint="cs"/>
          <w:color w:val="262626" w:themeColor="text1" w:themeTint="D9"/>
          <w:sz w:val="36"/>
          <w:szCs w:val="36"/>
          <w:rtl/>
          <w:lang w:bidi="dv-MV"/>
        </w:rPr>
        <w:t>"</w:t>
      </w:r>
    </w:p>
    <w:p w14:paraId="34AEEE21" w14:textId="7B1E97EB" w:rsidR="00727E4D" w:rsidRPr="00727E4D" w:rsidRDefault="00CD015E" w:rsidP="00727E4D">
      <w:pPr>
        <w:bidi/>
        <w:jc w:val="both"/>
        <w:rPr>
          <w:rFonts w:ascii="MV Utheemu" w:hAnsi="MV Utheemu" w:cs="MV Utheemu"/>
          <w:color w:val="262626" w:themeColor="text1" w:themeTint="D9"/>
          <w:sz w:val="36"/>
          <w:szCs w:val="36"/>
          <w:rtl/>
          <w:lang w:bidi="dv-MV"/>
        </w:rPr>
      </w:pPr>
      <w:r w:rsidRPr="00CD015E">
        <w:rPr>
          <w:rFonts w:ascii="MV Utheemu" w:hAnsi="MV Utheemu" w:cs="MV Utheemu"/>
          <w:b/>
          <w:bCs/>
          <w:color w:val="262626" w:themeColor="text1" w:themeTint="D9"/>
          <w:sz w:val="36"/>
          <w:szCs w:val="36"/>
          <w:rtl/>
          <w:lang w:bidi="dv-MV"/>
        </w:rPr>
        <w:t xml:space="preserve">9 </w:t>
      </w:r>
      <w:r w:rsidRPr="00CD015E">
        <w:rPr>
          <w:rFonts w:ascii="MV Utheemu" w:hAnsi="MV Utheemu" w:cs="MV Utheemu" w:hint="cs"/>
          <w:b/>
          <w:bCs/>
          <w:color w:val="262626" w:themeColor="text1" w:themeTint="D9"/>
          <w:sz w:val="36"/>
          <w:szCs w:val="36"/>
          <w:rtl/>
          <w:lang w:bidi="dv-MV"/>
        </w:rPr>
        <w:t>އޮގަސްޓު</w:t>
      </w:r>
      <w:r w:rsidRPr="00CD015E">
        <w:rPr>
          <w:rFonts w:ascii="MV Utheemu" w:hAnsi="MV Utheemu" w:cs="MV Utheemu"/>
          <w:b/>
          <w:bCs/>
          <w:color w:val="262626" w:themeColor="text1" w:themeTint="D9"/>
          <w:sz w:val="36"/>
          <w:szCs w:val="36"/>
          <w:rtl/>
          <w:lang w:bidi="dv-MV"/>
        </w:rPr>
        <w:t xml:space="preserve"> 2020</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ގައި</w:t>
      </w:r>
      <w:r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އެމެރިކަން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އިންސްޓިއުޓް</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އެކޮނޮމިކް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ރިސާޗް</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"ފުރަބަންދާ</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އުޞޫލީގޮތުން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އިދިކޮޅު</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ހަރަކާތެއް</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ބޭނުންވޭ</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hint="cs"/>
          <w:b/>
          <w:b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ސުރުޚީގެ</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ދަށުން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ޝާއިއުކުރި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ލިޔުމުގައި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ބުނެފައިވެއެވެ</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hint="cs"/>
          <w:color w:val="262626" w:themeColor="text1" w:themeTint="D9"/>
          <w:sz w:val="36"/>
          <w:szCs w:val="36"/>
          <w:rtl/>
          <w:lang w:bidi="dv-MV"/>
        </w:rPr>
        <w:t>އެންމެ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ދުވަހުގެ</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ތެރޭގައި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ފުރަބަންދަށް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ތާއީދުކުރާ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ފަރާތްތަކުން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އަނެކާއަކީ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ޤަތުލުކޮށްލާ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ނުރައްކާތެރި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ގައިންގަޔަށް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ބައްޔެއް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ފަތުރާ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ފަރާތެއް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ކަމަށް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ދެކެންޖެހޭ</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ފަދަ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އިޖްތިމާއީ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ނިޒާމެއް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އުފައްދާފައެވެ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މިކަމުގައި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ބުއްދި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ޤަބޫލުކުރަން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ދަތި</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ކަމަކީ،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އެހެން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މީހަކާ</w:t>
      </w:r>
      <w:r w:rsidR="00727E4D" w:rsidRPr="00727E4D">
        <w:rPr>
          <w:rFonts w:ascii="MV Utheemu" w:hAnsi="MV Utheemu" w:cs="MV Utheemu"/>
          <w:b/>
          <w:bCs/>
          <w:color w:val="262626" w:themeColor="text1" w:themeTint="D9"/>
          <w:sz w:val="36"/>
          <w:szCs w:val="36"/>
          <w:rtl/>
          <w:lang w:bidi="dv-MV"/>
        </w:rPr>
        <w:t xml:space="preserve"> 3 </w:t>
      </w:r>
      <w:r w:rsidR="00727E4D" w:rsidRPr="00727E4D">
        <w:rPr>
          <w:rFonts w:ascii="MV Utheemu" w:hAnsi="MV Utheemu" w:cs="MV Utheemu" w:hint="cs"/>
          <w:b/>
          <w:bCs/>
          <w:color w:val="262626" w:themeColor="text1" w:themeTint="D9"/>
          <w:sz w:val="36"/>
          <w:szCs w:val="36"/>
          <w:rtl/>
          <w:lang w:bidi="dv-MV"/>
        </w:rPr>
        <w:t>ފޫޓަށް</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ވުރެ</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ކައިރިވެވިއްޖެ</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ނަމަ،</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ކުއްލ</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hint="cs"/>
          <w:b/>
          <w:bCs/>
          <w:color w:val="262626" w:themeColor="text1" w:themeTint="D9"/>
          <w:sz w:val="36"/>
          <w:szCs w:val="36"/>
          <w:rtl/>
          <w:lang w:bidi="dv-MV"/>
        </w:rPr>
        <w:t>އަކަށް</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ބައްޔެއް</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ފާޅުވެ</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ފެތުރިގެންދާނެ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ކަމަށް</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މީހުން</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ޤަބޫލުކުރާ</w:t>
      </w:r>
      <w:r w:rsidR="00727E4D" w:rsidRPr="00727E4D">
        <w:rPr>
          <w:rFonts w:ascii="MV Utheemu" w:hAnsi="MV Utheemu" w:cs="MV Utheemu"/>
          <w:b/>
          <w:bCs/>
          <w:color w:val="262626" w:themeColor="text1" w:themeTint="D9"/>
          <w:sz w:val="36"/>
          <w:szCs w:val="36"/>
          <w:rtl/>
          <w:lang w:bidi="dv-MV"/>
        </w:rPr>
        <w:t xml:space="preserve"> </w:t>
      </w:r>
      <w:r w:rsidR="00727E4D" w:rsidRPr="00727E4D">
        <w:rPr>
          <w:rFonts w:ascii="MV Utheemu" w:hAnsi="MV Utheemu" w:cs="MV Utheemu" w:hint="cs"/>
          <w:b/>
          <w:bCs/>
          <w:color w:val="262626" w:themeColor="text1" w:themeTint="D9"/>
          <w:sz w:val="36"/>
          <w:szCs w:val="36"/>
          <w:rtl/>
          <w:lang w:bidi="dv-MV"/>
        </w:rPr>
        <w:t>ޤަބޫލުކުރުމެވެ</w:t>
      </w:r>
      <w:r w:rsidR="00727E4D" w:rsidRPr="00727E4D">
        <w:rPr>
          <w:rFonts w:ascii="MV Utheemu" w:hAnsi="MV Utheemu" w:cs="MV Utheemu"/>
          <w:color w:val="262626" w:themeColor="text1" w:themeTint="D9"/>
          <w:sz w:val="36"/>
          <w:szCs w:val="36"/>
          <w:lang w:bidi="dv-MV"/>
        </w:rPr>
        <w:t>.</w:t>
      </w:r>
      <w:r w:rsidR="00727E4D">
        <w:rPr>
          <w:rFonts w:ascii="MV Utheemu" w:hAnsi="MV Utheemu" w:cs="MV Utheemu" w:hint="cs"/>
          <w:color w:val="262626" w:themeColor="text1" w:themeTint="D9"/>
          <w:sz w:val="36"/>
          <w:szCs w:val="36"/>
          <w:rtl/>
          <w:lang w:bidi="dv-MV"/>
        </w:rPr>
        <w:t>"</w:t>
      </w:r>
    </w:p>
    <w:p w14:paraId="06789370" w14:textId="71613B03" w:rsidR="00727E4D" w:rsidRDefault="00727E4D" w:rsidP="00D63D4E">
      <w:pPr>
        <w:bidi/>
        <w:jc w:val="both"/>
        <w:rPr>
          <w:rFonts w:ascii="MV Utheemu" w:hAnsi="MV Utheemu" w:cs="MV Utheemu"/>
          <w:color w:val="262626" w:themeColor="text1" w:themeTint="D9"/>
          <w:sz w:val="36"/>
          <w:szCs w:val="36"/>
          <w:rtl/>
          <w:lang w:bidi="dv-MV"/>
        </w:rPr>
      </w:pPr>
      <w:r w:rsidRPr="00727E4D">
        <w:rPr>
          <w:rFonts w:ascii="MV Utheemu" w:hAnsi="MV Utheemu" w:cs="MV Utheemu" w:hint="cs"/>
          <w:color w:val="262626" w:themeColor="text1" w:themeTint="D9"/>
          <w:sz w:val="36"/>
          <w:szCs w:val="36"/>
          <w:rtl/>
          <w:lang w:bidi="dv-MV"/>
        </w:rPr>
        <w:t>ލިޔުންތެރިޔާ</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ވިދާޅުވެފައިވާ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ފަދައިން،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ކޮވިޑް</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މުޖްތަމަޢުގައި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މިވަނީ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b/>
          <w:bCs/>
          <w:color w:val="262626" w:themeColor="text1" w:themeTint="D9"/>
          <w:sz w:val="36"/>
          <w:szCs w:val="36"/>
          <w:rtl/>
          <w:lang w:bidi="dv-MV"/>
        </w:rPr>
        <w:t>ޞިއްޙަތު</w:t>
      </w:r>
      <w:r w:rsidRPr="00727E4D">
        <w:rPr>
          <w:rFonts w:ascii="MV Utheemu" w:hAnsi="MV Utheemu" w:cs="MV Utheemu"/>
          <w:b/>
          <w:bCs/>
          <w:color w:val="262626" w:themeColor="text1" w:themeTint="D9"/>
          <w:sz w:val="36"/>
          <w:szCs w:val="36"/>
          <w:rtl/>
          <w:lang w:bidi="dv-MV"/>
        </w:rPr>
        <w:t xml:space="preserve"> </w:t>
      </w:r>
      <w:r w:rsidRPr="00727E4D">
        <w:rPr>
          <w:rFonts w:ascii="MV Utheemu" w:hAnsi="MV Utheemu" w:cs="MV Utheemu" w:hint="cs"/>
          <w:b/>
          <w:bCs/>
          <w:color w:val="262626" w:themeColor="text1" w:themeTint="D9"/>
          <w:sz w:val="36"/>
          <w:szCs w:val="36"/>
          <w:rtl/>
          <w:lang w:bidi="dv-MV"/>
        </w:rPr>
        <w:t>ސަލާމަތުން</w:t>
      </w:r>
      <w:r w:rsidRPr="00727E4D">
        <w:rPr>
          <w:rFonts w:ascii="MV Utheemu" w:hAnsi="MV Utheemu" w:cs="MV Utheemu"/>
          <w:b/>
          <w:bCs/>
          <w:color w:val="262626" w:themeColor="text1" w:themeTint="D9"/>
          <w:sz w:val="36"/>
          <w:szCs w:val="36"/>
          <w:rtl/>
          <w:lang w:bidi="dv-MV"/>
        </w:rPr>
        <w:t xml:space="preserve"> </w:t>
      </w:r>
      <w:r w:rsidRPr="00727E4D">
        <w:rPr>
          <w:rFonts w:ascii="MV Utheemu" w:hAnsi="MV Utheemu" w:cs="MV Utheemu" w:hint="cs"/>
          <w:b/>
          <w:bCs/>
          <w:color w:val="262626" w:themeColor="text1" w:themeTint="D9"/>
          <w:sz w:val="36"/>
          <w:szCs w:val="36"/>
          <w:rtl/>
          <w:lang w:bidi="dv-MV"/>
        </w:rPr>
        <w:t>ހުރި</w:t>
      </w:r>
      <w:r w:rsidRPr="00727E4D">
        <w:rPr>
          <w:rFonts w:ascii="MV Utheemu" w:hAnsi="MV Utheemu" w:cs="MV Utheemu"/>
          <w:b/>
          <w:bCs/>
          <w:color w:val="262626" w:themeColor="text1" w:themeTint="D9"/>
          <w:sz w:val="36"/>
          <w:szCs w:val="36"/>
          <w:rtl/>
          <w:lang w:bidi="dv-MV"/>
        </w:rPr>
        <w:t xml:space="preserve"> </w:t>
      </w:r>
      <w:r w:rsidRPr="00727E4D">
        <w:rPr>
          <w:rFonts w:ascii="MV Utheemu" w:hAnsi="MV Utheemu" w:cs="MV Utheemu" w:hint="cs"/>
          <w:b/>
          <w:bCs/>
          <w:color w:val="262626" w:themeColor="text1" w:themeTint="D9"/>
          <w:sz w:val="36"/>
          <w:szCs w:val="36"/>
          <w:rtl/>
          <w:lang w:bidi="dv-MV"/>
        </w:rPr>
        <w:t>އަނެއް</w:t>
      </w:r>
      <w:r w:rsidRPr="00727E4D">
        <w:rPr>
          <w:rFonts w:ascii="MV Utheemu" w:hAnsi="MV Utheemu" w:cs="MV Utheemu"/>
          <w:b/>
          <w:bCs/>
          <w:color w:val="262626" w:themeColor="text1" w:themeTint="D9"/>
          <w:sz w:val="36"/>
          <w:szCs w:val="36"/>
          <w:rtl/>
          <w:lang w:bidi="dv-MV"/>
        </w:rPr>
        <w:t xml:space="preserve"> </w:t>
      </w:r>
      <w:r w:rsidRPr="00727E4D">
        <w:rPr>
          <w:rFonts w:ascii="MV Utheemu" w:hAnsi="MV Utheemu" w:cs="MV Utheemu" w:hint="cs"/>
          <w:b/>
          <w:bCs/>
          <w:color w:val="262626" w:themeColor="text1" w:themeTint="D9"/>
          <w:sz w:val="36"/>
          <w:szCs w:val="36"/>
          <w:rtl/>
          <w:lang w:bidi="dv-MV"/>
        </w:rPr>
        <w:t>އިންސާނާއަކީ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ބިރުވެރި</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ނަޖިސް</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ބަޔޯ</w:t>
      </w:r>
      <w:r w:rsidRPr="00727E4D">
        <w:rPr>
          <w:rFonts w:ascii="MV Utheemu" w:hAnsi="MV Utheemu" w:cs="MV Utheemu"/>
          <w:color w:val="262626" w:themeColor="text1" w:themeTint="D9"/>
          <w:sz w:val="36"/>
          <w:szCs w:val="36"/>
          <w:rtl/>
          <w:lang w:bidi="dv-MV"/>
        </w:rPr>
        <w:t>-</w:t>
      </w:r>
      <w:r w:rsidRPr="00727E4D">
        <w:rPr>
          <w:rFonts w:ascii="MV Utheemu" w:hAnsi="MV Utheemu" w:cs="MV Utheemu" w:hint="cs"/>
          <w:color w:val="262626" w:themeColor="text1" w:themeTint="D9"/>
          <w:sz w:val="36"/>
          <w:szCs w:val="36"/>
          <w:rtl/>
          <w:lang w:bidi="dv-MV"/>
        </w:rPr>
        <w:t>ކެމިކަލް</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ހަތިޔާރެއް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ނުރައްކާތެރި</w:t>
      </w:r>
      <w:r>
        <w:rPr>
          <w:rFonts w:ascii="MV Utheemu" w:hAnsi="MV Utheemu" w:cs="MV Utheemu" w:hint="cs"/>
          <w:color w:val="262626" w:themeColor="text1" w:themeTint="D9"/>
          <w:sz w:val="36"/>
          <w:szCs w:val="36"/>
          <w:rtl/>
          <w:lang w:bidi="dv-MV"/>
        </w:rPr>
        <w:t xml:space="preserve"> ގެއްލުންހުރި</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ފަރާތެއް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ކަމުގައި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ކޮންމެ</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ރައްޔިތަކަށް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ވިސްނުވައިދީފައެވެ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ހަމައެއާއެކު،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ޞިއްޙީ</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ފަންނުގެ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ބޮޑުންގެ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lastRenderedPageBreak/>
        <w:t>ޚިޔާލީ</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ވަހުމުތަކުގެ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މައްޗަށް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ބިނާވެފައިވާ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ބޯދާ</w:t>
      </w:r>
      <w:r w:rsidR="008F28FC">
        <w:rPr>
          <w:rFonts w:ascii="MV Utheemu" w:hAnsi="MV Utheemu" w:cs="MV Utheemu" w:hint="cs"/>
          <w:color w:val="262626" w:themeColor="text1" w:themeTint="D9"/>
          <w:sz w:val="36"/>
          <w:szCs w:val="36"/>
          <w:rtl/>
          <w:lang w:bidi="dv-MV"/>
        </w:rPr>
        <w:t xml:space="preserve"> ބަދުފާލުގެ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ކަންތައްތަކުގެ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ތެރެއިން،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ސިހުރެއް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އަނެއް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ކަމަކީ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ކޮވިޑް</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ބަލި</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ފެތުރުން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ހުއްޓުވުމަށްޓަކައި</w:t>
      </w:r>
      <w:r w:rsidRPr="00727E4D">
        <w:rPr>
          <w:rFonts w:ascii="MV Utheemu" w:hAnsi="MV Utheemu" w:cs="MV Utheemu"/>
          <w:color w:val="262626" w:themeColor="text1" w:themeTint="D9"/>
          <w:sz w:val="36"/>
          <w:szCs w:val="36"/>
          <w:rtl/>
          <w:lang w:bidi="dv-MV"/>
        </w:rPr>
        <w:t xml:space="preserve"> 6 </w:t>
      </w:r>
      <w:r w:rsidRPr="00727E4D">
        <w:rPr>
          <w:rFonts w:ascii="MV Utheemu" w:hAnsi="MV Utheemu" w:cs="MV Utheemu" w:hint="cs"/>
          <w:color w:val="262626" w:themeColor="text1" w:themeTint="D9"/>
          <w:sz w:val="36"/>
          <w:szCs w:val="36"/>
          <w:rtl/>
          <w:lang w:bidi="dv-MV"/>
        </w:rPr>
        <w:t>ފޫޓު</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ދުރުމިން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ބެހެއްޓުމުގެ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އަމުރެވެ</w:t>
      </w:r>
      <w:r w:rsidRPr="00727E4D">
        <w:rPr>
          <w:rFonts w:ascii="MV Utheemu" w:hAnsi="MV Utheemu" w:cs="MV Utheemu"/>
          <w:color w:val="262626" w:themeColor="text1" w:themeTint="D9"/>
          <w:sz w:val="36"/>
          <w:szCs w:val="36"/>
          <w:lang w:bidi="dv-MV"/>
        </w:rPr>
        <w:t>.</w:t>
      </w:r>
    </w:p>
    <w:p w14:paraId="72FFA71E" w14:textId="7C0A2F86" w:rsidR="00727E4D" w:rsidRPr="00727E4D" w:rsidRDefault="00727E4D" w:rsidP="00D63D4E">
      <w:pPr>
        <w:bidi/>
        <w:jc w:val="both"/>
        <w:rPr>
          <w:rFonts w:ascii="MV Utheemu" w:hAnsi="MV Utheemu" w:cs="MV Utheemu"/>
          <w:color w:val="262626" w:themeColor="text1" w:themeTint="D9"/>
          <w:sz w:val="36"/>
          <w:szCs w:val="36"/>
          <w:rtl/>
          <w:lang w:bidi="dv-MV"/>
        </w:rPr>
      </w:pPr>
      <w:r w:rsidRPr="00727E4D">
        <w:rPr>
          <w:rFonts w:ascii="MV Utheemu" w:hAnsi="MV Utheemu" w:cs="MV Utheemu" w:hint="cs"/>
          <w:color w:val="262626" w:themeColor="text1" w:themeTint="D9"/>
          <w:sz w:val="36"/>
          <w:szCs w:val="36"/>
          <w:rtl/>
          <w:lang w:bidi="dv-MV"/>
        </w:rPr>
        <w:t>މި</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ލިޔުމުގައި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ލިޔުންތެރިޔާ</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ބެހޭގޮތުން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ވަރަށް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މުހިންމު</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ވާހަކައަކަށް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އިޝާރާތްކޮށް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ލިޔެފައިވެއެވެ</w:t>
      </w:r>
      <w:r w:rsidRPr="00727E4D">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w:t>
      </w:r>
      <w:r w:rsidRPr="00727E4D">
        <w:rPr>
          <w:rFonts w:ascii="MV Utheemu" w:hAnsi="MV Utheemu" w:cs="MV Utheemu" w:hint="cs"/>
          <w:color w:val="262626" w:themeColor="text1" w:themeTint="D9"/>
          <w:sz w:val="36"/>
          <w:szCs w:val="36"/>
          <w:rtl/>
          <w:lang w:bidi="dv-MV"/>
        </w:rPr>
        <w:t>މިނިވަންކަމުގެ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އަޞްލުތަކާ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ބެހޭގޮތުން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ވާހަކަ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ދައްކާ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ހިނދު،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ބެހޭގޮތުން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ވާހަކަ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ދައްކާލަމާތޯއެވެ</w:t>
      </w:r>
      <w:r w:rsidRPr="00727E4D">
        <w:rPr>
          <w:rFonts w:ascii="MV Utheemu" w:hAnsi="MV Utheemu" w:cs="MV Utheemu"/>
          <w:color w:val="262626" w:themeColor="text1" w:themeTint="D9"/>
          <w:sz w:val="36"/>
          <w:szCs w:val="36"/>
          <w:rtl/>
          <w:lang w:bidi="dv-MV"/>
        </w:rPr>
        <w:t>. '</w:t>
      </w:r>
      <w:r w:rsidRPr="00727E4D">
        <w:rPr>
          <w:rFonts w:ascii="MV Utheemu" w:hAnsi="MV Utheemu" w:cs="MV Utheemu" w:hint="cs"/>
          <w:color w:val="262626" w:themeColor="text1" w:themeTint="D9"/>
          <w:sz w:val="36"/>
          <w:szCs w:val="36"/>
          <w:rtl/>
          <w:lang w:bidi="dv-MV"/>
        </w:rPr>
        <w:t>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ނިއު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އިންގްލެންޑް</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ޖާނަލް</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އޮފް</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މެޑިސިން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ގައި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މާސްކަށް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b/>
          <w:bCs/>
          <w:color w:val="262626" w:themeColor="text1" w:themeTint="D9"/>
          <w:sz w:val="36"/>
          <w:szCs w:val="36"/>
          <w:rtl/>
          <w:lang w:bidi="dv-MV"/>
        </w:rPr>
        <w:t>'</w:t>
      </w:r>
      <w:r w:rsidRPr="00727E4D">
        <w:rPr>
          <w:rFonts w:ascii="MV Utheemu" w:hAnsi="MV Utheemu" w:cs="MV Utheemu" w:hint="cs"/>
          <w:b/>
          <w:bCs/>
          <w:color w:val="262626" w:themeColor="text1" w:themeTint="D9"/>
          <w:sz w:val="36"/>
          <w:szCs w:val="36"/>
          <w:rtl/>
          <w:lang w:bidi="dv-MV"/>
        </w:rPr>
        <w:t>ތަވީދެއް</w:t>
      </w:r>
      <w:r w:rsidRPr="00727E4D">
        <w:rPr>
          <w:rFonts w:ascii="MV Utheemu" w:hAnsi="MV Utheemu" w:cs="MV Utheemu"/>
          <w:b/>
          <w:bCs/>
          <w:color w:val="262626" w:themeColor="text1" w:themeTint="D9"/>
          <w:sz w:val="36"/>
          <w:szCs w:val="36"/>
          <w:rtl/>
          <w:lang w:bidi="dv-MV"/>
        </w:rPr>
        <w:t>'</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ނަން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ދީފައިވާ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ފަދައިން،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ސީދާ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އެކަން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އެހެން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ވެއްޖެއެވެ</w:t>
      </w:r>
      <w:r w:rsidRPr="00727E4D">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w:t>
      </w:r>
    </w:p>
    <w:p w14:paraId="26B52359" w14:textId="0E19D7AA" w:rsidR="001527EF" w:rsidRPr="00727E4D" w:rsidRDefault="00CD015E" w:rsidP="001527EF">
      <w:pPr>
        <w:bidi/>
        <w:jc w:val="both"/>
        <w:rPr>
          <w:rFonts w:ascii="MV Utheemu" w:hAnsi="MV Utheemu" w:cs="MV Utheemu"/>
          <w:color w:val="262626" w:themeColor="text1" w:themeTint="D9"/>
          <w:sz w:val="36"/>
          <w:szCs w:val="36"/>
          <w:rtl/>
          <w:lang w:bidi="dv-MV"/>
        </w:rPr>
      </w:pPr>
      <w:r w:rsidRPr="00CD015E">
        <w:rPr>
          <w:rFonts w:ascii="MV Utheemu" w:hAnsi="MV Utheemu" w:cs="MV Utheemu"/>
          <w:b/>
          <w:bCs/>
          <w:color w:val="262626" w:themeColor="text1" w:themeTint="D9"/>
          <w:sz w:val="36"/>
          <w:szCs w:val="36"/>
          <w:rtl/>
          <w:lang w:bidi="dv-MV"/>
        </w:rPr>
        <w:t xml:space="preserve">1 </w:t>
      </w:r>
      <w:r w:rsidRPr="00CD015E">
        <w:rPr>
          <w:rFonts w:ascii="MV Utheemu" w:hAnsi="MV Utheemu" w:cs="MV Utheemu" w:hint="cs"/>
          <w:b/>
          <w:bCs/>
          <w:color w:val="262626" w:themeColor="text1" w:themeTint="D9"/>
          <w:sz w:val="36"/>
          <w:szCs w:val="36"/>
          <w:rtl/>
          <w:lang w:bidi="dv-MV"/>
        </w:rPr>
        <w:t>އޭޕްރީލް</w:t>
      </w:r>
      <w:r w:rsidRPr="00CD015E">
        <w:rPr>
          <w:rFonts w:ascii="MV Utheemu" w:hAnsi="MV Utheemu" w:cs="MV Utheemu"/>
          <w:b/>
          <w:bCs/>
          <w:color w:val="262626" w:themeColor="text1" w:themeTint="D9"/>
          <w:sz w:val="36"/>
          <w:szCs w:val="36"/>
          <w:rtl/>
          <w:lang w:bidi="dv-MV"/>
        </w:rPr>
        <w:t xml:space="preserve"> 2020</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ގައި</w:t>
      </w:r>
      <w:r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ލިޔުންތެރިޔާ</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އިޝާރާތް</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ކުރައްވާފައި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އެވަނީ،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ޞިއްޙީ</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ޖާނަލްއެއް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ކަމުގައިވާ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އިންގްލެންޑް</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ޖާނަލް</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އޮފް</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މެޑިސިން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ނެރެފައިވާ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ލިޔުމުގައިވާ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ވާހަކައަށެވެ</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hint="cs"/>
          <w:color w:val="262626" w:themeColor="text1" w:themeTint="D9"/>
          <w:sz w:val="36"/>
          <w:szCs w:val="36"/>
          <w:rtl/>
          <w:lang w:bidi="dv-MV"/>
        </w:rPr>
        <w:t>މާސްކަކީ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ރަމްޒީ</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ދައުރެއް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އަދާކުރާ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އެއްޗެއްކަން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ވަރަށް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ސާފެވެ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މާސްކަކީ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w:t>
      </w:r>
      <w:r w:rsidR="00727E4D" w:rsidRPr="00727E4D">
        <w:rPr>
          <w:rFonts w:ascii="MV Utheemu" w:hAnsi="MV Utheemu" w:cs="MV Utheemu"/>
          <w:color w:val="262626" w:themeColor="text1" w:themeTint="D9"/>
          <w:sz w:val="36"/>
          <w:szCs w:val="36"/>
          <w:rtl/>
          <w:lang w:bidi="dv-MV"/>
        </w:rPr>
        <w:t>ަ</w:t>
      </w:r>
      <w:r w:rsidR="00727E4D" w:rsidRPr="00727E4D">
        <w:rPr>
          <w:rFonts w:ascii="MV Utheemu" w:hAnsi="MV Utheemu" w:cs="MV Utheemu" w:hint="cs"/>
          <w:color w:val="262626" w:themeColor="text1" w:themeTint="D9"/>
          <w:sz w:val="36"/>
          <w:szCs w:val="36"/>
          <w:rtl/>
          <w:lang w:bidi="dv-MV"/>
        </w:rPr>
        <w:t>މައެކަނި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އާލާތެއް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ނޫނެވެ</w:t>
      </w:r>
      <w:r w:rsidR="00727E4D">
        <w:rPr>
          <w:rFonts w:ascii="MV Utheemu" w:hAnsi="MV Utheemu" w:cs="MV Utheemu" w:hint="cs"/>
          <w:color w:val="262626" w:themeColor="text1" w:themeTint="D9"/>
          <w:sz w:val="36"/>
          <w:szCs w:val="36"/>
          <w:rtl/>
          <w:lang w:bidi="dv-MV"/>
        </w:rPr>
        <w:t>.</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ހޮސްޕިޓަލުތަކަށް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އޮތް</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އިތުބާރު</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ދަމަހައްޓައި،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ހެލްތު</w:t>
      </w:r>
      <w:r w:rsidR="00727E4D" w:rsidRPr="00727E4D">
        <w:rPr>
          <w:rFonts w:ascii="MV Utheemu" w:hAnsi="MV Utheemu" w:cs="MV Utheemu"/>
          <w:color w:val="262626" w:themeColor="text1" w:themeTint="D9"/>
          <w:sz w:val="36"/>
          <w:szCs w:val="36"/>
          <w:rtl/>
          <w:lang w:bidi="dv-MV"/>
        </w:rPr>
        <w:t>-</w:t>
      </w:r>
      <w:r w:rsidR="00727E4D" w:rsidRPr="00727E4D">
        <w:rPr>
          <w:rFonts w:ascii="MV Utheemu" w:hAnsi="MV Utheemu" w:cs="MV Utheemu" w:hint="cs"/>
          <w:color w:val="262626" w:themeColor="text1" w:themeTint="D9"/>
          <w:sz w:val="36"/>
          <w:szCs w:val="36"/>
          <w:rtl/>
          <w:lang w:bidi="dv-MV"/>
        </w:rPr>
        <w:t>ވޯކަރުންނަށް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ރައްކައުތެރިކަމާއި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ސަލާމަތްތެރިކަމުގެ</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އިހުސާސް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ގެނެސްދިނުމަށް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އެހީވެދޭ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hint="cs"/>
          <w:b/>
          <w:bCs/>
          <w:color w:val="262626" w:themeColor="text1" w:themeTint="D9"/>
          <w:sz w:val="36"/>
          <w:szCs w:val="36"/>
          <w:rtl/>
          <w:lang w:bidi="dv-MV"/>
        </w:rPr>
        <w:t>ތަވީދު</w:t>
      </w:r>
      <w:r w:rsidR="00727E4D" w:rsidRPr="00727E4D">
        <w:rPr>
          <w:rFonts w:ascii="MV Utheemu" w:hAnsi="MV Utheemu" w:cs="MV Utheemu"/>
          <w:b/>
          <w:bCs/>
          <w:color w:val="262626" w:themeColor="text1" w:themeTint="D9"/>
          <w:sz w:val="36"/>
          <w:szCs w:val="36"/>
          <w:rtl/>
          <w:lang w:bidi="dv-MV"/>
        </w:rPr>
        <w:t>'</w:t>
      </w:r>
      <w:r w:rsidR="00727E4D" w:rsidRPr="00727E4D">
        <w:rPr>
          <w:rFonts w:ascii="MV Utheemu" w:hAnsi="MV Utheemu" w:cs="MV Utheemu"/>
          <w:b/>
          <w:bCs/>
          <w:color w:val="262626" w:themeColor="text1" w:themeTint="D9"/>
          <w:sz w:val="36"/>
          <w:szCs w:val="36"/>
          <w:lang w:bidi="dv-MV"/>
        </w:rPr>
        <w:t xml:space="preserve"> (Talismans) </w:t>
      </w:r>
      <w:r w:rsidR="00727E4D" w:rsidRPr="00727E4D">
        <w:rPr>
          <w:rFonts w:ascii="MV Utheemu" w:hAnsi="MV Utheemu" w:cs="MV Utheemu" w:hint="cs"/>
          <w:color w:val="262626" w:themeColor="text1" w:themeTint="D9"/>
          <w:sz w:val="36"/>
          <w:szCs w:val="36"/>
          <w:rtl/>
          <w:lang w:bidi="dv-MV"/>
        </w:rPr>
        <w:t>ތަކެކެވެ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މިފަދަ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ކަންކަމަކީ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ސީދާ</w:t>
      </w:r>
      <w:r w:rsidR="00727E4D" w:rsidRPr="00727E4D">
        <w:rPr>
          <w:rFonts w:ascii="MV Utheemu" w:hAnsi="MV Utheemu" w:cs="MV Utheemu"/>
          <w:color w:val="262626" w:themeColor="text1" w:themeTint="D9"/>
          <w:sz w:val="36"/>
          <w:szCs w:val="36"/>
          <w:rtl/>
          <w:lang w:bidi="dv-MV"/>
        </w:rPr>
        <w:t xml:space="preserve"> </w:t>
      </w:r>
      <w:r w:rsidR="00727E4D">
        <w:rPr>
          <w:rFonts w:ascii="MV Utheemu" w:hAnsi="MV Utheemu" w:cs="MV Utheemu" w:hint="cs"/>
          <w:color w:val="262626" w:themeColor="text1" w:themeTint="D9"/>
          <w:sz w:val="36"/>
          <w:szCs w:val="36"/>
          <w:rtl/>
          <w:lang w:bidi="dv-MV"/>
        </w:rPr>
        <w:t xml:space="preserve">އޭގެ ބޭނުން </w:t>
      </w:r>
      <w:r w:rsidR="00727E4D" w:rsidRPr="00727E4D">
        <w:rPr>
          <w:rFonts w:ascii="MV Utheemu" w:hAnsi="MV Utheemu" w:cs="MV Utheemu" w:hint="cs"/>
          <w:color w:val="262626" w:themeColor="text1" w:themeTint="D9"/>
          <w:sz w:val="36"/>
          <w:szCs w:val="36"/>
          <w:rtl/>
          <w:lang w:bidi="dv-MV"/>
        </w:rPr>
        <w:t>ބުއްދިން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ވިސްނޭ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ކަމެއް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ކަމުގައި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ނުވިޔަސް،</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މިފަދަ</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ކާރިސާއެއްގެ</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ދަނޑިވަޅެއްގައި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އަހަރެމެން</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އެންމެނަކީ</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ބިރުވެރިކަމާއި</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ހާސްކަމަށް</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ހުށައެޅިފައިވާ</w:t>
      </w:r>
      <w:r w:rsidR="00727E4D" w:rsidRPr="00727E4D">
        <w:rPr>
          <w:rFonts w:ascii="MV Utheemu" w:hAnsi="MV Utheemu" w:cs="MV Utheemu"/>
          <w:color w:val="262626" w:themeColor="text1" w:themeTint="D9"/>
          <w:sz w:val="36"/>
          <w:szCs w:val="36"/>
          <w:rtl/>
          <w:lang w:bidi="dv-MV"/>
        </w:rPr>
        <w:t xml:space="preserve"> </w:t>
      </w:r>
      <w:r w:rsidR="00727E4D" w:rsidRPr="00727E4D">
        <w:rPr>
          <w:rFonts w:ascii="MV Utheemu" w:hAnsi="MV Utheemu" w:cs="MV Utheemu" w:hint="cs"/>
          <w:color w:val="262626" w:themeColor="text1" w:themeTint="D9"/>
          <w:sz w:val="36"/>
          <w:szCs w:val="36"/>
          <w:rtl/>
          <w:lang w:bidi="dv-MV"/>
        </w:rPr>
        <w:t>ބައެކެވެ</w:t>
      </w:r>
      <w:r w:rsidR="00727E4D" w:rsidRPr="00727E4D">
        <w:rPr>
          <w:rFonts w:ascii="MV Utheemu" w:hAnsi="MV Utheemu" w:cs="MV Utheemu"/>
          <w:color w:val="262626" w:themeColor="text1" w:themeTint="D9"/>
          <w:sz w:val="36"/>
          <w:szCs w:val="36"/>
          <w:lang w:bidi="dv-MV"/>
        </w:rPr>
        <w:t>.</w:t>
      </w:r>
      <w:r w:rsidR="00727E4D">
        <w:rPr>
          <w:rFonts w:ascii="MV Utheemu" w:hAnsi="MV Utheemu" w:cs="MV Utheemu" w:hint="cs"/>
          <w:color w:val="262626" w:themeColor="text1" w:themeTint="D9"/>
          <w:sz w:val="36"/>
          <w:szCs w:val="36"/>
          <w:rtl/>
          <w:lang w:bidi="dv-MV"/>
        </w:rPr>
        <w:t>"</w:t>
      </w:r>
    </w:p>
    <w:p w14:paraId="045E400A" w14:textId="3ED01459" w:rsidR="001527EF" w:rsidRDefault="00727E4D" w:rsidP="001527EF">
      <w:pPr>
        <w:bidi/>
        <w:jc w:val="both"/>
        <w:rPr>
          <w:rFonts w:ascii="MV Utheemu" w:hAnsi="MV Utheemu" w:cs="MV Utheemu"/>
          <w:color w:val="262626" w:themeColor="text1" w:themeTint="D9"/>
          <w:sz w:val="36"/>
          <w:szCs w:val="36"/>
          <w:rtl/>
          <w:lang w:bidi="dv-MV"/>
        </w:rPr>
      </w:pPr>
      <w:r w:rsidRPr="00727E4D">
        <w:rPr>
          <w:rFonts w:ascii="MV Utheemu" w:hAnsi="MV Utheemu" w:cs="MV Utheemu" w:hint="cs"/>
          <w:color w:val="262626" w:themeColor="text1" w:themeTint="D9"/>
          <w:sz w:val="36"/>
          <w:szCs w:val="36"/>
          <w:rtl/>
          <w:lang w:bidi="dv-MV"/>
        </w:rPr>
        <w:t>މާސްކަކީ</w:t>
      </w:r>
      <w:r>
        <w:rPr>
          <w:rFonts w:ascii="MV Utheemu" w:hAnsi="MV Utheemu" w:cs="MV Utheemu" w:hint="cs"/>
          <w:color w:val="262626" w:themeColor="text1" w:themeTint="D9"/>
          <w:sz w:val="36"/>
          <w:szCs w:val="36"/>
          <w:rtl/>
          <w:lang w:bidi="dv-MV"/>
        </w:rPr>
        <w:t xml:space="preserve"> </w:t>
      </w:r>
      <w:r w:rsidR="00CD015E">
        <w:rPr>
          <w:rFonts w:ascii="MV Utheemu" w:hAnsi="MV Utheemu" w:cs="MV Utheemu" w:hint="cs"/>
          <w:color w:val="262626" w:themeColor="text1" w:themeTint="D9"/>
          <w:sz w:val="36"/>
          <w:szCs w:val="36"/>
          <w:rtl/>
          <w:lang w:bidi="dv-MV"/>
        </w:rPr>
        <w:t>(</w:t>
      </w:r>
      <w:r w:rsidR="00CD015E" w:rsidRPr="00CD015E">
        <w:rPr>
          <w:rFonts w:ascii="MV Utheemu" w:hAnsi="MV Utheemu" w:cs="MV Utheemu" w:hint="cs"/>
          <w:color w:val="262626" w:themeColor="text1" w:themeTint="D9"/>
          <w:sz w:val="36"/>
          <w:szCs w:val="36"/>
          <w:rtl/>
          <w:lang w:bidi="dv-MV"/>
        </w:rPr>
        <w:t>ހިޖާބެއް</w:t>
      </w:r>
      <w:r w:rsidR="00CD015E" w:rsidRPr="00CD015E">
        <w:rPr>
          <w:rFonts w:ascii="MV Utheemu" w:hAnsi="MV Utheemu" w:cs="MV Utheemu"/>
          <w:color w:val="262626" w:themeColor="text1" w:themeTint="D9"/>
          <w:sz w:val="36"/>
          <w:szCs w:val="36"/>
          <w:rtl/>
          <w:lang w:bidi="dv-MV"/>
        </w:rPr>
        <w:t>/</w:t>
      </w:r>
      <w:r w:rsidR="00CD015E" w:rsidRPr="00CD015E">
        <w:rPr>
          <w:rFonts w:ascii="MV Utheemu" w:hAnsi="MV Utheemu" w:cs="MV Utheemu" w:hint="cs"/>
          <w:color w:val="262626" w:themeColor="text1" w:themeTint="D9"/>
          <w:sz w:val="36"/>
          <w:szCs w:val="36"/>
          <w:rtl/>
          <w:lang w:bidi="dv-MV"/>
        </w:rPr>
        <w:t>އައްޑަނައެއް</w:t>
      </w:r>
      <w:r w:rsidR="00CD015E" w:rsidRPr="00CD015E">
        <w:rPr>
          <w:rFonts w:ascii="MV Utheemu" w:hAnsi="MV Utheemu" w:cs="MV Utheemu"/>
          <w:color w:val="262626" w:themeColor="text1" w:themeTint="D9"/>
          <w:sz w:val="36"/>
          <w:szCs w:val="36"/>
          <w:rtl/>
          <w:lang w:bidi="dv-MV"/>
        </w:rPr>
        <w:t xml:space="preserve"> </w:t>
      </w:r>
      <w:r w:rsidR="00CD015E" w:rsidRPr="00CD015E">
        <w:rPr>
          <w:rFonts w:ascii="MV Utheemu" w:hAnsi="MV Utheemu" w:cs="MV Utheemu" w:hint="cs"/>
          <w:color w:val="262626" w:themeColor="text1" w:themeTint="D9"/>
          <w:sz w:val="36"/>
          <w:szCs w:val="36"/>
          <w:rtl/>
          <w:lang w:bidi="dv-MV"/>
        </w:rPr>
        <w:t>ނުވަތަ</w:t>
      </w:r>
      <w:r w:rsidR="00CD015E" w:rsidRPr="00CD015E">
        <w:rPr>
          <w:rFonts w:ascii="MV Utheemu" w:hAnsi="MV Utheemu" w:cs="MV Utheemu"/>
          <w:color w:val="262626" w:themeColor="text1" w:themeTint="D9"/>
          <w:sz w:val="36"/>
          <w:szCs w:val="36"/>
          <w:rtl/>
          <w:lang w:bidi="dv-MV"/>
        </w:rPr>
        <w:t xml:space="preserve"> </w:t>
      </w:r>
      <w:r w:rsidR="00CD015E" w:rsidRPr="00CD015E">
        <w:rPr>
          <w:rFonts w:ascii="MV Utheemu" w:hAnsi="MV Utheemu" w:cs="MV Utheemu" w:hint="cs"/>
          <w:color w:val="262626" w:themeColor="text1" w:themeTint="D9"/>
          <w:sz w:val="36"/>
          <w:szCs w:val="36"/>
          <w:rtl/>
          <w:lang w:bidi="dv-MV"/>
        </w:rPr>
        <w:t>ނިވާފަތްގަނޑެއް</w:t>
      </w:r>
      <w:r w:rsidR="00CD015E">
        <w:rPr>
          <w:rFonts w:ascii="MV Utheemu" w:hAnsi="MV Utheemu" w:cs="MV Utheemu"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ވަކި ހާލަތްތަކެއްގައި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b/>
          <w:bCs/>
          <w:color w:val="262626" w:themeColor="text1" w:themeTint="D9"/>
          <w:sz w:val="36"/>
          <w:szCs w:val="36"/>
          <w:rtl/>
          <w:lang w:bidi="dv-MV"/>
        </w:rPr>
        <w:t>'</w:t>
      </w:r>
      <w:r w:rsidRPr="00727E4D">
        <w:rPr>
          <w:rFonts w:ascii="MV Utheemu" w:hAnsi="MV Utheemu" w:cs="MV Utheemu" w:hint="cs"/>
          <w:b/>
          <w:bCs/>
          <w:color w:val="262626" w:themeColor="text1" w:themeTint="D9"/>
          <w:sz w:val="36"/>
          <w:szCs w:val="36"/>
          <w:rtl/>
          <w:lang w:bidi="dv-MV"/>
        </w:rPr>
        <w:t>ތަވީދެއް</w:t>
      </w:r>
      <w:r w:rsidRPr="00727E4D">
        <w:rPr>
          <w:rFonts w:ascii="MV Utheemu" w:hAnsi="MV Utheemu" w:cs="MV Utheemu"/>
          <w:b/>
          <w:bCs/>
          <w:color w:val="262626" w:themeColor="text1" w:themeTint="D9"/>
          <w:sz w:val="36"/>
          <w:szCs w:val="36"/>
          <w:rtl/>
          <w:lang w:bidi="dv-MV"/>
        </w:rPr>
        <w:t>'</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ކަމަށް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ޚުދު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ކާފަރުން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ވެސް</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އިޢުތިރާފުވެފައިވާ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އިރު،</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ތަވީދަކަށްވާ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ޙާލަތްތައް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ބަޔާންކޮށްދިނުމަށް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މުސްލިމު</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ޢިލްމުވެރިންނާއި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ޝައިޚުން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ޖެހިލުންވުމަކީ،</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އެބޭފުޅުންނަށް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ތައުޙީދުގެ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ޙަޤީޤީ</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މަޢުރިފާ</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ފުރިހަމައަށް</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ލިބިފައި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ނުވާކަމުގެ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ހެއްކެކެވ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މުސްލިމް</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އުންމަތުގެ</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ޢަޤީދާ</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ސަލާމަތްކުރުމަށްޓަކައި</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ކޮންމެހެން</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ދައްކަންޖެހިފައިވާ</w:t>
      </w:r>
      <w:r w:rsidRPr="00727E4D">
        <w:rPr>
          <w:rFonts w:ascii="MV Utheemu" w:hAnsi="MV Utheemu" w:cs="MV Utheemu"/>
          <w:color w:val="262626" w:themeColor="text1" w:themeTint="D9"/>
          <w:sz w:val="36"/>
          <w:szCs w:val="36"/>
          <w:rtl/>
          <w:lang w:bidi="dv-MV"/>
        </w:rPr>
        <w:t xml:space="preserve"> </w:t>
      </w:r>
      <w:r w:rsidRPr="00727E4D">
        <w:rPr>
          <w:rFonts w:ascii="MV Utheemu" w:hAnsi="MV Utheemu" w:cs="MV Utheemu" w:hint="cs"/>
          <w:color w:val="262626" w:themeColor="text1" w:themeTint="D9"/>
          <w:sz w:val="36"/>
          <w:szCs w:val="36"/>
          <w:rtl/>
          <w:lang w:bidi="dv-MV"/>
        </w:rPr>
        <w:t>ވާހަކައެކެވެ</w:t>
      </w:r>
      <w:r w:rsidRPr="00727E4D">
        <w:rPr>
          <w:rFonts w:ascii="MV Utheemu" w:hAnsi="MV Utheemu" w:cs="MV Utheemu"/>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ކޮވިޑް</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ދުވަސްވަރު،</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ތައުޙީދުގެ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ޙިމާޔަތުގައި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މާސްކު</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އެޅުމަކީ</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ތަވީދެއް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ފަދައިން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ބޭނުންކުރެވޭ</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ކަމެއްގެ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ގޮތުގައި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ނުހެދުމަށް،</w:t>
      </w:r>
      <w:r w:rsidR="00F7762F" w:rsidRPr="00F7762F">
        <w:rPr>
          <w:rFonts w:ascii="MV Utheemu" w:hAnsi="MV Utheemu" w:cs="MV Utheemu"/>
          <w:color w:val="262626" w:themeColor="text1" w:themeTint="D9"/>
          <w:sz w:val="36"/>
          <w:szCs w:val="36"/>
          <w:rtl/>
          <w:lang w:bidi="dv-MV"/>
        </w:rPr>
        <w:t xml:space="preserve"> </w:t>
      </w:r>
      <w:r w:rsidR="008F28FC">
        <w:rPr>
          <w:rFonts w:ascii="MV Utheemu" w:hAnsi="MV Utheemu" w:cs="MV Utheemu" w:hint="cs"/>
          <w:color w:val="262626" w:themeColor="text1" w:themeTint="D9"/>
          <w:sz w:val="36"/>
          <w:szCs w:val="36"/>
          <w:rtl/>
          <w:lang w:bidi="dv-MV"/>
        </w:rPr>
        <w:t>ހައިއަތު</w:t>
      </w:r>
      <w:r w:rsidR="00F7762F">
        <w:rPr>
          <w:rFonts w:ascii="MV Utheemu" w:hAnsi="MV Utheemu" w:cs="MV Utheemu" w:hint="cs"/>
          <w:color w:val="262626" w:themeColor="text1" w:themeTint="D9"/>
          <w:sz w:val="36"/>
          <w:szCs w:val="36"/>
          <w:rtl/>
          <w:lang w:bidi="dv-MV"/>
        </w:rPr>
        <w:t xml:space="preserve"> ކިބާރު ޢިލްމުވެރިއެއްކަމުގައިވާ </w:t>
      </w:r>
      <w:r w:rsidR="00F7762F" w:rsidRPr="008F28FC">
        <w:rPr>
          <w:rFonts w:ascii="MV Utheemu" w:hAnsi="MV Utheemu" w:cs="MV Utheemu" w:hint="cs"/>
          <w:b/>
          <w:bCs/>
          <w:color w:val="262626" w:themeColor="text1" w:themeTint="D9"/>
          <w:sz w:val="36"/>
          <w:szCs w:val="36"/>
          <w:rtl/>
          <w:lang w:bidi="dv-MV"/>
        </w:rPr>
        <w:t>ފަޟީލަތުއްޝައިޚް</w:t>
      </w:r>
      <w:r w:rsidR="00F7762F" w:rsidRPr="008F28FC">
        <w:rPr>
          <w:rFonts w:ascii="MV Utheemu" w:hAnsi="MV Utheemu" w:cs="MV Utheemu"/>
          <w:b/>
          <w:bCs/>
          <w:color w:val="262626" w:themeColor="text1" w:themeTint="D9"/>
          <w:sz w:val="36"/>
          <w:szCs w:val="36"/>
          <w:rtl/>
          <w:lang w:bidi="dv-MV"/>
        </w:rPr>
        <w:t xml:space="preserve"> </w:t>
      </w:r>
      <w:r w:rsidR="00F7762F" w:rsidRPr="008F28FC">
        <w:rPr>
          <w:rFonts w:ascii="MV Utheemu" w:hAnsi="MV Utheemu" w:cs="MV Utheemu" w:hint="cs"/>
          <w:b/>
          <w:bCs/>
          <w:color w:val="262626" w:themeColor="text1" w:themeTint="D9"/>
          <w:sz w:val="36"/>
          <w:szCs w:val="36"/>
          <w:rtl/>
          <w:lang w:bidi="dv-MV"/>
        </w:rPr>
        <w:t>ޞާލިޙް</w:t>
      </w:r>
      <w:r w:rsidR="00F7762F" w:rsidRPr="008F28FC">
        <w:rPr>
          <w:rFonts w:ascii="MV Utheemu" w:hAnsi="MV Utheemu" w:cs="MV Utheemu"/>
          <w:b/>
          <w:bCs/>
          <w:color w:val="262626" w:themeColor="text1" w:themeTint="D9"/>
          <w:sz w:val="36"/>
          <w:szCs w:val="36"/>
          <w:rtl/>
          <w:lang w:bidi="dv-MV"/>
        </w:rPr>
        <w:t xml:space="preserve"> </w:t>
      </w:r>
      <w:r w:rsidR="00F7762F" w:rsidRPr="008F28FC">
        <w:rPr>
          <w:rFonts w:ascii="MV Utheemu" w:hAnsi="MV Utheemu" w:cs="MV Utheemu" w:hint="cs"/>
          <w:b/>
          <w:bCs/>
          <w:color w:val="262626" w:themeColor="text1" w:themeTint="D9"/>
          <w:sz w:val="36"/>
          <w:szCs w:val="36"/>
          <w:rtl/>
          <w:lang w:bidi="dv-MV"/>
        </w:rPr>
        <w:t>އަލް</w:t>
      </w:r>
      <w:r w:rsidR="00F7762F" w:rsidRPr="008F28FC">
        <w:rPr>
          <w:rFonts w:ascii="MV Utheemu" w:hAnsi="MV Utheemu" w:cs="MV Utheemu"/>
          <w:b/>
          <w:bCs/>
          <w:color w:val="262626" w:themeColor="text1" w:themeTint="D9"/>
          <w:sz w:val="36"/>
          <w:szCs w:val="36"/>
          <w:rtl/>
          <w:lang w:bidi="dv-MV"/>
        </w:rPr>
        <w:t>-</w:t>
      </w:r>
      <w:r w:rsidR="00F7762F" w:rsidRPr="008F28FC">
        <w:rPr>
          <w:rFonts w:ascii="MV Utheemu" w:hAnsi="MV Utheemu" w:cs="MV Utheemu" w:hint="cs"/>
          <w:b/>
          <w:bCs/>
          <w:color w:val="262626" w:themeColor="text1" w:themeTint="D9"/>
          <w:sz w:val="36"/>
          <w:szCs w:val="36"/>
          <w:rtl/>
          <w:lang w:bidi="dv-MV"/>
        </w:rPr>
        <w:t>ލުޙައިދާން</w:t>
      </w:r>
      <w:r w:rsidR="00F7762F" w:rsidRPr="00F7762F">
        <w:rPr>
          <w:rFonts w:ascii="MV Utheemu" w:hAnsi="MV Utheemu" w:cs="MV Utheemu"/>
          <w:color w:val="262626" w:themeColor="text1" w:themeTint="D9"/>
          <w:sz w:val="36"/>
          <w:szCs w:val="36"/>
          <w:rtl/>
          <w:lang w:bidi="dv-MV"/>
        </w:rPr>
        <w:t xml:space="preserve"> </w:t>
      </w:r>
      <w:r w:rsidR="00F7762F">
        <w:rPr>
          <w:rFonts w:ascii="Arial" w:hAnsi="Arial" w:cs="Arial" w:hint="cs"/>
          <w:color w:val="262626" w:themeColor="text1" w:themeTint="D9"/>
          <w:sz w:val="36"/>
          <w:szCs w:val="36"/>
        </w:rPr>
        <w:sym w:font="KFGQPC Arabic Symbols 01" w:char="F056"/>
      </w:r>
      <w:r w:rsidR="00F7762F">
        <w:rPr>
          <w:rFonts w:ascii="Arial" w:hAnsi="Arial" w:cs="MV Boli" w:hint="cs"/>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އެބޭފުޅާގެ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ދަރިވަރުންގެ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އިތުރުން،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ޝައިޚް</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އަބޫ</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އިޔާޟް</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އަމްޖަދު</w:t>
      </w:r>
      <w:r w:rsidR="001C531A">
        <w:rPr>
          <w:rFonts w:ascii="MV Utheemu" w:hAnsi="MV Utheemu" w:cs="MV Utheemu" w:hint="cs"/>
          <w:color w:val="262626" w:themeColor="text1" w:themeTint="D9"/>
          <w:sz w:val="36"/>
          <w:szCs w:val="36"/>
          <w:rtl/>
          <w:lang w:bidi="dv-MV"/>
        </w:rPr>
        <w:t xml:space="preserve"> ބިން މުޙައްމަދު</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ރަފީޤް</w:t>
      </w:r>
      <w:r w:rsidR="00F7762F" w:rsidRPr="00F7762F">
        <w:rPr>
          <w:rFonts w:ascii="MV Utheemu" w:hAnsi="MV Utheemu" w:cs="MV Utheemu"/>
          <w:color w:val="262626" w:themeColor="text1" w:themeTint="D9"/>
          <w:sz w:val="36"/>
          <w:szCs w:val="36"/>
          <w:rtl/>
          <w:lang w:bidi="dv-MV"/>
        </w:rPr>
        <w:t xml:space="preserve"> </w:t>
      </w:r>
      <w:r w:rsidR="001C531A" w:rsidRPr="001C531A">
        <w:rPr>
          <w:rFonts w:ascii="MV Utheemu" w:hAnsi="MV Utheemu" w:cs="KFGQPC Uthman Taha Naskh" w:hint="cs"/>
          <w:b/>
          <w:bCs/>
          <w:color w:val="262626" w:themeColor="text1" w:themeTint="D9"/>
          <w:sz w:val="36"/>
          <w:szCs w:val="36"/>
          <w:rtl/>
        </w:rPr>
        <w:t>حفظه الله</w:t>
      </w:r>
      <w:r w:rsidR="001C531A">
        <w:rPr>
          <w:rFonts w:ascii="MV Utheemu" w:hAnsi="MV Utheemu" w:hint="cs"/>
          <w:color w:val="262626" w:themeColor="text1" w:themeTint="D9"/>
          <w:sz w:val="36"/>
          <w:szCs w:val="36"/>
          <w:rtl/>
        </w:rPr>
        <w:t xml:space="preserve"> </w:t>
      </w:r>
      <w:r w:rsidR="00F7762F" w:rsidRPr="00F7762F">
        <w:rPr>
          <w:rFonts w:ascii="MV Utheemu" w:hAnsi="MV Utheemu" w:cs="MV Utheemu" w:hint="cs"/>
          <w:color w:val="262626" w:themeColor="text1" w:themeTint="D9"/>
          <w:sz w:val="36"/>
          <w:szCs w:val="36"/>
          <w:rtl/>
          <w:lang w:bidi="dv-MV"/>
        </w:rPr>
        <w:t>އަދި</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lastRenderedPageBreak/>
        <w:t>ޝައިޚް</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އަބޫ</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ޚަދީޖާ</w:t>
      </w:r>
      <w:r w:rsidR="00F7762F" w:rsidRPr="00F7762F">
        <w:rPr>
          <w:rFonts w:ascii="MV Utheemu" w:hAnsi="MV Utheemu" w:cs="MV Utheemu"/>
          <w:color w:val="262626" w:themeColor="text1" w:themeTint="D9"/>
          <w:sz w:val="36"/>
          <w:szCs w:val="36"/>
          <w:rtl/>
          <w:lang w:bidi="dv-MV"/>
        </w:rPr>
        <w:t xml:space="preserve"> </w:t>
      </w:r>
      <w:r w:rsidR="001C531A">
        <w:rPr>
          <w:rFonts w:ascii="MV Utheemu" w:hAnsi="MV Utheemu" w:cs="MV Utheemu" w:hint="cs"/>
          <w:color w:val="262626" w:themeColor="text1" w:themeTint="D9"/>
          <w:sz w:val="36"/>
          <w:szCs w:val="36"/>
          <w:rtl/>
          <w:lang w:bidi="dv-MV"/>
        </w:rPr>
        <w:t xml:space="preserve">ޢަބްދުލް ވާޙިދު </w:t>
      </w:r>
      <w:r w:rsidR="001C531A" w:rsidRPr="001C531A">
        <w:rPr>
          <w:rFonts w:ascii="MV Utheemu" w:hAnsi="MV Utheemu" w:cs="KFGQPC Uthman Taha Naskh" w:hint="cs"/>
          <w:b/>
          <w:bCs/>
          <w:color w:val="262626" w:themeColor="text1" w:themeTint="D9"/>
          <w:sz w:val="36"/>
          <w:szCs w:val="36"/>
          <w:rtl/>
        </w:rPr>
        <w:t>حفظه الله</w:t>
      </w:r>
      <w:r w:rsidR="001C531A">
        <w:rPr>
          <w:rFonts w:ascii="MV Utheemu" w:hAnsi="MV Utheemu" w:hint="cs"/>
          <w:color w:val="262626" w:themeColor="text1" w:themeTint="D9"/>
          <w:sz w:val="36"/>
          <w:szCs w:val="36"/>
          <w:rtl/>
        </w:rPr>
        <w:t xml:space="preserve"> </w:t>
      </w:r>
      <w:r w:rsidR="00F7762F" w:rsidRPr="00F7762F">
        <w:rPr>
          <w:rFonts w:ascii="MV Utheemu" w:hAnsi="MV Utheemu" w:cs="MV Utheemu" w:hint="cs"/>
          <w:color w:val="262626" w:themeColor="text1" w:themeTint="D9"/>
          <w:sz w:val="36"/>
          <w:szCs w:val="36"/>
          <w:rtl/>
          <w:lang w:bidi="dv-MV"/>
        </w:rPr>
        <w:t>ފަދަ</w:t>
      </w:r>
      <w:r w:rsidR="00F7762F" w:rsidRPr="00F7762F">
        <w:rPr>
          <w:rFonts w:ascii="MV Utheemu" w:hAnsi="MV Utheemu" w:cs="MV Utheemu"/>
          <w:color w:val="262626" w:themeColor="text1" w:themeTint="D9"/>
          <w:sz w:val="36"/>
          <w:szCs w:val="36"/>
          <w:rtl/>
          <w:lang w:bidi="dv-MV"/>
        </w:rPr>
        <w:t xml:space="preserve"> </w:t>
      </w:r>
      <w:r w:rsidR="00CD015E">
        <w:rPr>
          <w:rFonts w:ascii="MV Utheemu" w:hAnsi="MV Utheemu" w:cs="MV Utheemu" w:hint="cs"/>
          <w:color w:val="262626" w:themeColor="text1" w:themeTint="D9"/>
          <w:sz w:val="36"/>
          <w:szCs w:val="36"/>
          <w:rtl/>
          <w:lang w:bidi="dv-MV"/>
        </w:rPr>
        <w:t xml:space="preserve">ޢިލްމުވެރި </w:t>
      </w:r>
      <w:r w:rsidR="00F7762F" w:rsidRPr="00F7762F">
        <w:rPr>
          <w:rFonts w:ascii="MV Utheemu" w:hAnsi="MV Utheemu" w:cs="MV Utheemu" w:hint="cs"/>
          <w:color w:val="262626" w:themeColor="text1" w:themeTint="D9"/>
          <w:sz w:val="36"/>
          <w:szCs w:val="36"/>
          <w:rtl/>
          <w:lang w:bidi="dv-MV"/>
        </w:rPr>
        <w:t>ދާޢީން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ވަނީ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ވަޞިއްޔަތް</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ކުރައްވާފައެވެ</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ނަމަވެސް،</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ބޭފުޅުން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ބާބު</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ބަޔާންކޮށްދެއްވުމުން،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އެހެނިހެން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މަޤްބޫލު</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ސަބަބުތަކަށްޓަކައި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މާސްކު</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އަޅާ</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ޢިލްމުވެރިންނާއި،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ވެރިންނާއި،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ރައްޔިތުން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ޝިރުކުކުރީ</w:t>
      </w:r>
      <w:r w:rsidR="00F7762F">
        <w:rPr>
          <w:rFonts w:ascii="MV Utheemu" w:hAnsi="MV Utheemu" w:cs="MV Utheemu" w:hint="cs"/>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ކަމަށް</w:t>
      </w:r>
      <w:r w:rsidR="00F7762F" w:rsidRPr="00F7762F">
        <w:rPr>
          <w:rFonts w:ascii="MV Utheemu" w:hAnsi="MV Utheemu" w:cs="MV Utheemu"/>
          <w:color w:val="262626" w:themeColor="text1" w:themeTint="D9"/>
          <w:sz w:val="36"/>
          <w:szCs w:val="36"/>
          <w:rtl/>
          <w:lang w:bidi="dv-MV"/>
        </w:rPr>
        <w:t xml:space="preserve"> </w:t>
      </w:r>
      <w:r w:rsidR="00E304C7">
        <w:rPr>
          <w:rFonts w:ascii="MV Utheemu" w:hAnsi="MV Utheemu" w:cs="MV Utheemu" w:hint="cs"/>
          <w:color w:val="262626" w:themeColor="text1" w:themeTint="D9"/>
          <w:sz w:val="36"/>
          <w:szCs w:val="36"/>
          <w:rtl/>
          <w:lang w:bidi="dv-MV"/>
        </w:rPr>
        <w:t>(އެބަހީ މާސްކު އެޅި އެންމެން ޝިރުކު ކުރި</w:t>
      </w:r>
      <w:r w:rsidR="008C09A1">
        <w:rPr>
          <w:rFonts w:ascii="MV Utheemu" w:hAnsi="MV Utheemu" w:cs="MV Utheemu" w:hint="cs"/>
          <w:color w:val="262626" w:themeColor="text1" w:themeTint="D9"/>
          <w:sz w:val="36"/>
          <w:szCs w:val="36"/>
          <w:rtl/>
          <w:lang w:bidi="dv-MV"/>
        </w:rPr>
        <w:t>ކަމަށް</w:t>
      </w:r>
      <w:r w:rsidR="00E304C7">
        <w:rPr>
          <w:rFonts w:ascii="MV Utheemu" w:hAnsi="MV Utheemu" w:cs="MV Utheemu" w:hint="cs"/>
          <w:color w:val="262626" w:themeColor="text1" w:themeTint="D9"/>
          <w:sz w:val="36"/>
          <w:szCs w:val="36"/>
          <w:rtl/>
          <w:lang w:bidi="dv-MV"/>
        </w:rPr>
        <w:t>)</w:t>
      </w:r>
      <w:r w:rsidR="00E304C7"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އެބޭފުޅުނ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ވިދާޅުވަނީ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ކަމަށް</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ރާއްޖޭގައިވެސް</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ބަޔަކު</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ވަނީ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ޢިލްމުވެރިންނާ</w:t>
      </w:r>
      <w:r w:rsidR="00E304C7">
        <w:rPr>
          <w:rFonts w:ascii="MV Utheemu" w:hAnsi="MV Utheemu" w:cs="MV Utheemu"/>
          <w:color w:val="262626" w:themeColor="text1" w:themeTint="D9"/>
          <w:sz w:val="36"/>
          <w:szCs w:val="36"/>
          <w:lang w:bidi="dv-MV"/>
        </w:rPr>
        <w:t xml:space="preserve"> </w:t>
      </w:r>
      <w:r w:rsidR="00E304C7">
        <w:rPr>
          <w:rFonts w:ascii="MV Utheemu" w:hAnsi="MV Utheemu" w:cs="MV Utheemu" w:hint="cs"/>
          <w:color w:val="262626" w:themeColor="text1" w:themeTint="D9"/>
          <w:sz w:val="36"/>
          <w:szCs w:val="36"/>
          <w:rtl/>
          <w:lang w:bidi="dv-MV"/>
        </w:rPr>
        <w:t xml:space="preserve"> ދުޢާތުންނާ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ބެހޭގޮތުން</w:t>
      </w:r>
      <w:r w:rsidR="00781C62">
        <w:rPr>
          <w:rFonts w:ascii="MV Utheemu" w:hAnsi="MV Utheemu" w:cs="MV Utheemu" w:hint="cs"/>
          <w:color w:val="262626" w:themeColor="text1" w:themeTint="D9"/>
          <w:sz w:val="36"/>
          <w:szCs w:val="36"/>
          <w:rtl/>
          <w:lang w:bidi="dv-MV"/>
        </w:rPr>
        <w:t xml:space="preserve"> ބޮޑެތި</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ދޮގު</w:t>
      </w:r>
      <w:r w:rsidR="00F7762F" w:rsidRPr="00F7762F">
        <w:rPr>
          <w:rFonts w:ascii="MV Utheemu" w:hAnsi="MV Utheemu" w:cs="MV Utheemu"/>
          <w:color w:val="262626" w:themeColor="text1" w:themeTint="D9"/>
          <w:sz w:val="36"/>
          <w:szCs w:val="36"/>
          <w:rtl/>
          <w:lang w:bidi="dv-MV"/>
        </w:rPr>
        <w:t xml:space="preserve"> </w:t>
      </w:r>
      <w:r w:rsidR="00781C62">
        <w:rPr>
          <w:rFonts w:ascii="MV Utheemu" w:hAnsi="MV Utheemu" w:cs="MV Utheemu" w:hint="cs"/>
          <w:color w:val="262626" w:themeColor="text1" w:themeTint="D9"/>
          <w:sz w:val="36"/>
          <w:szCs w:val="36"/>
          <w:rtl/>
          <w:lang w:bidi="dv-MV"/>
        </w:rPr>
        <w:t>ޢިލްމުވެރިންނަށް</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ފަތުރާފައެވެ</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އަދި</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އިސްލާމީ</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އުންމަތުގެ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ތެރޭގައި</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ބޮޑެތި</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ފިތުނަވެރިކަން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އުފައްދާފައެވެ</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ތައުޙީދުގެ</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ޙަޤީޤަތް</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ދަންނަ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މުސްލިމުންނަށް</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މިފަދަ</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ކަންކަން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ކުރުން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ހެޔޮވާނ</w:t>
      </w:r>
      <w:r w:rsidR="00F7762F" w:rsidRPr="00F7762F">
        <w:rPr>
          <w:rFonts w:ascii="MV Utheemu" w:hAnsi="MV Utheemu" w:cs="MV Utheemu"/>
          <w:color w:val="262626" w:themeColor="text1" w:themeTint="D9"/>
          <w:sz w:val="36"/>
          <w:szCs w:val="36"/>
          <w:rtl/>
          <w:lang w:bidi="dv-MV"/>
        </w:rPr>
        <w:t xml:space="preserve">ީ </w:t>
      </w:r>
      <w:r w:rsidR="00F7762F" w:rsidRPr="00F7762F">
        <w:rPr>
          <w:rFonts w:ascii="MV Utheemu" w:hAnsi="MV Utheemu" w:cs="MV Utheemu" w:hint="cs"/>
          <w:color w:val="262626" w:themeColor="text1" w:themeTint="D9"/>
          <w:sz w:val="36"/>
          <w:szCs w:val="36"/>
          <w:rtl/>
          <w:lang w:bidi="dv-MV"/>
        </w:rPr>
        <w:t>ކިހިނެއްތޯއެވެ؟</w:t>
      </w:r>
    </w:p>
    <w:p w14:paraId="6B836829" w14:textId="626384E7" w:rsidR="001527EF" w:rsidRDefault="001527EF" w:rsidP="001527EF">
      <w:pPr>
        <w:bidi/>
        <w:jc w:val="both"/>
        <w:rPr>
          <w:rFonts w:ascii="MV Utheemu" w:hAnsi="MV Utheemu" w:cs="MV Utheemu"/>
          <w:color w:val="262626" w:themeColor="text1" w:themeTint="D9"/>
          <w:sz w:val="36"/>
          <w:szCs w:val="36"/>
          <w:rtl/>
          <w:lang w:bidi="dv-MV"/>
        </w:rPr>
      </w:pPr>
      <w:r>
        <w:rPr>
          <w:rFonts w:ascii="MV Utheemu" w:hAnsi="MV Utheemu" w:cs="MV Utheemu" w:hint="cs"/>
          <w:color w:val="262626" w:themeColor="text1" w:themeTint="D9"/>
          <w:sz w:val="36"/>
          <w:szCs w:val="36"/>
          <w:rtl/>
          <w:lang w:bidi="dv-MV"/>
        </w:rPr>
        <w:t xml:space="preserve">ހަމައެއާއެކު، ބަދުފާލެއް ފަދައިން މުސްލިމުންނަށް ޢަމަލުކުރަން އެމެރިކާފަދަ ޞަލީބީ ދަޢުލަތްތަކުން މަޖުބޫރުކުރި </w:t>
      </w:r>
      <w:r w:rsidRPr="001527EF">
        <w:rPr>
          <w:rFonts w:ascii="MV Utheemu" w:hAnsi="MV Utheemu" w:cs="MV Utheemu"/>
          <w:color w:val="262626" w:themeColor="text1" w:themeTint="D9"/>
          <w:sz w:val="36"/>
          <w:szCs w:val="36"/>
          <w:rtl/>
          <w:lang w:bidi="dv-MV"/>
        </w:rPr>
        <w:t xml:space="preserve">6 </w:t>
      </w:r>
      <w:r w:rsidRPr="001527EF">
        <w:rPr>
          <w:rFonts w:ascii="MV Utheemu" w:hAnsi="MV Utheemu" w:cs="MV Utheemu" w:hint="cs"/>
          <w:color w:val="262626" w:themeColor="text1" w:themeTint="D9"/>
          <w:sz w:val="36"/>
          <w:szCs w:val="36"/>
          <w:rtl/>
          <w:lang w:bidi="dv-MV"/>
        </w:rPr>
        <w:t>ފޫޓުގެ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ދުރުމިން</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ބެހެއްޓުމުގެ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އުސޫލު</w:t>
      </w:r>
      <w:r>
        <w:rPr>
          <w:rFonts w:ascii="MV Utheemu" w:hAnsi="MV Utheemu" w:cs="MV Utheemu" w:hint="cs"/>
          <w:color w:val="262626" w:themeColor="text1" w:themeTint="D9"/>
          <w:sz w:val="36"/>
          <w:szCs w:val="36"/>
          <w:rtl/>
          <w:lang w:bidi="dv-MV"/>
        </w:rPr>
        <w:t xml:space="preserve"> އެއީ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އެއްވެސް</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އަސާސެއް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ނެތް،</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އެއްވެސް</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ހެއްކެއް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ނެތް،</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ހުސް</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ދޮގު</w:t>
      </w:r>
      <w:r>
        <w:rPr>
          <w:rFonts w:ascii="MV Utheemu" w:hAnsi="MV Utheemu" w:cs="MV Utheemu" w:hint="cs"/>
          <w:color w:val="262626" w:themeColor="text1" w:themeTint="D9"/>
          <w:sz w:val="36"/>
          <w:szCs w:val="36"/>
          <w:rtl/>
          <w:lang w:bidi="dv-MV"/>
        </w:rPr>
        <w:t xml:space="preserve"> ކަމަށް އެއަށް މީސްތަކުންނަށް ވަޞިއްޔަތްކުރި ކާފަރު ޑޮކްޓަރުންވަނީ އިއުތިރާފުވެފައެވެ. </w:t>
      </w:r>
      <w:r w:rsidRPr="001527EF">
        <w:rPr>
          <w:rFonts w:ascii="MV Utheemu" w:hAnsi="MV Utheemu" w:cs="MV Utheemu" w:hint="cs"/>
          <w:color w:val="262626" w:themeColor="text1" w:themeTint="D9"/>
          <w:sz w:val="36"/>
          <w:szCs w:val="36"/>
          <w:rtl/>
          <w:lang w:bidi="dv-MV"/>
        </w:rPr>
        <w:t>މުޅި</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ދުނިޔޭގައި</w:t>
      </w:r>
      <w:r w:rsidRPr="001527EF">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 xml:space="preserve">ކާފަރުންނާހެދި، މުސްލިމުންގެ </w:t>
      </w:r>
      <w:r w:rsidRPr="001527EF">
        <w:rPr>
          <w:rFonts w:ascii="MV Utheemu" w:hAnsi="MV Utheemu" w:cs="MV Utheemu" w:hint="cs"/>
          <w:color w:val="262626" w:themeColor="text1" w:themeTint="D9"/>
          <w:sz w:val="36"/>
          <w:szCs w:val="36"/>
          <w:rtl/>
          <w:lang w:bidi="dv-MV"/>
        </w:rPr>
        <w:t>ނަމާދުގެ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ސަފުތަކަށް</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ބަދަލު</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ގެނުވި</w:t>
      </w:r>
      <w:r w:rsidRPr="001527EF">
        <w:rPr>
          <w:rFonts w:ascii="MV Utheemu" w:hAnsi="MV Utheemu" w:cs="MV Utheemu"/>
          <w:color w:val="262626" w:themeColor="text1" w:themeTint="D9"/>
          <w:sz w:val="36"/>
          <w:szCs w:val="36"/>
          <w:rtl/>
          <w:lang w:bidi="dv-MV"/>
        </w:rPr>
        <w:t xml:space="preserve"> 6 </w:t>
      </w:r>
      <w:r w:rsidRPr="001527EF">
        <w:rPr>
          <w:rFonts w:ascii="MV Utheemu" w:hAnsi="MV Utheemu" w:cs="MV Utheemu" w:hint="cs"/>
          <w:color w:val="262626" w:themeColor="text1" w:themeTint="D9"/>
          <w:sz w:val="36"/>
          <w:szCs w:val="36"/>
          <w:rtl/>
          <w:lang w:bidi="dv-MV"/>
        </w:rPr>
        <w:t>ފޫޓުގެ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އިޖުތިމާއީ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ދުރުމިން</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ބެހެއްޓުމުގެ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އުސޫލަކީ،</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އެކަން</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ތަންފީޒުކުރި</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ފަރާތްތަކުން</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މިހާރު</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އިއުތިރާފުވެފައިވާ</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ގޮތުގައި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އެއްވެސް</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ސައިންޓިފިކް</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ބިންގަލެއްގެ</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މައްޗަށް</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ބިނާވެފައިވާ</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ކަމެއް</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hint="cs"/>
          <w:color w:val="262626" w:themeColor="text1" w:themeTint="D9"/>
          <w:sz w:val="36"/>
          <w:szCs w:val="36"/>
          <w:rtl/>
          <w:lang w:bidi="dv-MV"/>
        </w:rPr>
        <w:t>ނޫނެވެ</w:t>
      </w:r>
      <w:r w:rsidRPr="001527EF">
        <w:rPr>
          <w:rFonts w:ascii="MV Utheemu" w:hAnsi="MV Utheemu" w:cs="MV Utheemu"/>
          <w:color w:val="262626" w:themeColor="text1" w:themeTint="D9"/>
          <w:sz w:val="36"/>
          <w:szCs w:val="36"/>
          <w:rtl/>
          <w:lang w:bidi="dv-MV"/>
        </w:rPr>
        <w:t>.</w:t>
      </w:r>
    </w:p>
    <w:p w14:paraId="640B05DA" w14:textId="048E3F78" w:rsidR="001C531A" w:rsidRPr="001C531A" w:rsidRDefault="001C531A" w:rsidP="00F209F0">
      <w:pPr>
        <w:bidi/>
        <w:jc w:val="both"/>
        <w:rPr>
          <w:rFonts w:ascii="MV Utheemu" w:hAnsi="MV Utheemu" w:cs="MV Utheemu"/>
          <w:color w:val="262626" w:themeColor="text1" w:themeTint="D9"/>
          <w:sz w:val="36"/>
          <w:szCs w:val="36"/>
          <w:rtl/>
          <w:lang w:bidi="dv-MV"/>
        </w:rPr>
      </w:pPr>
      <w:r w:rsidRPr="00F7762F">
        <w:rPr>
          <w:rFonts w:ascii="MV Utheemu" w:hAnsi="MV Utheemu" w:cs="MV Utheemu" w:hint="cs"/>
          <w:color w:val="262626" w:themeColor="text1" w:themeTint="D9"/>
          <w:sz w:val="36"/>
          <w:szCs w:val="36"/>
          <w:rtl/>
          <w:lang w:bidi="dv-MV"/>
        </w:rPr>
        <w:t>ޝައިޚް</w:t>
      </w:r>
      <w:r w:rsidRPr="00F7762F">
        <w:rPr>
          <w:rFonts w:ascii="MV Utheemu" w:hAnsi="MV Utheemu" w:cs="MV Utheemu"/>
          <w:color w:val="262626" w:themeColor="text1" w:themeTint="D9"/>
          <w:sz w:val="36"/>
          <w:szCs w:val="36"/>
          <w:rtl/>
          <w:lang w:bidi="dv-MV"/>
        </w:rPr>
        <w:t xml:space="preserve"> </w:t>
      </w:r>
      <w:r w:rsidRPr="00F7762F">
        <w:rPr>
          <w:rFonts w:ascii="MV Utheemu" w:hAnsi="MV Utheemu" w:cs="MV Utheemu" w:hint="cs"/>
          <w:color w:val="262626" w:themeColor="text1" w:themeTint="D9"/>
          <w:sz w:val="36"/>
          <w:szCs w:val="36"/>
          <w:rtl/>
          <w:lang w:bidi="dv-MV"/>
        </w:rPr>
        <w:t>އަބޫ</w:t>
      </w:r>
      <w:r w:rsidRPr="00F7762F">
        <w:rPr>
          <w:rFonts w:ascii="MV Utheemu" w:hAnsi="MV Utheemu" w:cs="MV Utheemu"/>
          <w:color w:val="262626" w:themeColor="text1" w:themeTint="D9"/>
          <w:sz w:val="36"/>
          <w:szCs w:val="36"/>
          <w:rtl/>
          <w:lang w:bidi="dv-MV"/>
        </w:rPr>
        <w:t xml:space="preserve"> </w:t>
      </w:r>
      <w:r w:rsidRPr="00F7762F">
        <w:rPr>
          <w:rFonts w:ascii="MV Utheemu" w:hAnsi="MV Utheemu" w:cs="MV Utheemu" w:hint="cs"/>
          <w:color w:val="262626" w:themeColor="text1" w:themeTint="D9"/>
          <w:sz w:val="36"/>
          <w:szCs w:val="36"/>
          <w:rtl/>
          <w:lang w:bidi="dv-MV"/>
        </w:rPr>
        <w:t>އިޔާޟް</w:t>
      </w:r>
      <w:r w:rsidRPr="00F7762F">
        <w:rPr>
          <w:rFonts w:ascii="MV Utheemu" w:hAnsi="MV Utheemu" w:cs="MV Utheemu"/>
          <w:color w:val="262626" w:themeColor="text1" w:themeTint="D9"/>
          <w:sz w:val="36"/>
          <w:szCs w:val="36"/>
          <w:rtl/>
          <w:lang w:bidi="dv-MV"/>
        </w:rPr>
        <w:t xml:space="preserve"> </w:t>
      </w:r>
      <w:r w:rsidRPr="00F7762F">
        <w:rPr>
          <w:rFonts w:ascii="MV Utheemu" w:hAnsi="MV Utheemu" w:cs="MV Utheemu" w:hint="cs"/>
          <w:color w:val="262626" w:themeColor="text1" w:themeTint="D9"/>
          <w:sz w:val="36"/>
          <w:szCs w:val="36"/>
          <w:rtl/>
          <w:lang w:bidi="dv-MV"/>
        </w:rPr>
        <w:t>އަމްޖަދު</w:t>
      </w:r>
      <w:r>
        <w:rPr>
          <w:rFonts w:ascii="MV Utheemu" w:hAnsi="MV Utheemu" w:cs="MV Utheemu" w:hint="cs"/>
          <w:color w:val="262626" w:themeColor="text1" w:themeTint="D9"/>
          <w:sz w:val="36"/>
          <w:szCs w:val="36"/>
          <w:rtl/>
          <w:lang w:bidi="dv-MV"/>
        </w:rPr>
        <w:t xml:space="preserve"> ބިން މުޙައްމަދު</w:t>
      </w:r>
      <w:r w:rsidRPr="00F7762F">
        <w:rPr>
          <w:rFonts w:ascii="MV Utheemu" w:hAnsi="MV Utheemu" w:cs="MV Utheemu"/>
          <w:color w:val="262626" w:themeColor="text1" w:themeTint="D9"/>
          <w:sz w:val="36"/>
          <w:szCs w:val="36"/>
          <w:rtl/>
          <w:lang w:bidi="dv-MV"/>
        </w:rPr>
        <w:t xml:space="preserve"> </w:t>
      </w:r>
      <w:r w:rsidRPr="00F7762F">
        <w:rPr>
          <w:rFonts w:ascii="MV Utheemu" w:hAnsi="MV Utheemu" w:cs="MV Utheemu" w:hint="cs"/>
          <w:color w:val="262626" w:themeColor="text1" w:themeTint="D9"/>
          <w:sz w:val="36"/>
          <w:szCs w:val="36"/>
          <w:rtl/>
          <w:lang w:bidi="dv-MV"/>
        </w:rPr>
        <w:t>ރަފީޤް</w:t>
      </w:r>
      <w:r w:rsidRPr="00F7762F">
        <w:rPr>
          <w:rFonts w:ascii="MV Utheemu" w:hAnsi="MV Utheemu" w:cs="MV Utheemu"/>
          <w:color w:val="262626" w:themeColor="text1" w:themeTint="D9"/>
          <w:sz w:val="36"/>
          <w:szCs w:val="36"/>
          <w:rtl/>
          <w:lang w:bidi="dv-MV"/>
        </w:rPr>
        <w:t xml:space="preserve"> </w:t>
      </w:r>
      <w:r w:rsidRPr="001C531A">
        <w:rPr>
          <w:rFonts w:ascii="MV Utheemu" w:hAnsi="MV Utheemu" w:cs="KFGQPC Uthman Taha Naskh" w:hint="cs"/>
          <w:b/>
          <w:bCs/>
          <w:color w:val="262626" w:themeColor="text1" w:themeTint="D9"/>
          <w:sz w:val="36"/>
          <w:szCs w:val="36"/>
          <w:rtl/>
        </w:rPr>
        <w:t>حفظه الله</w:t>
      </w:r>
      <w:r>
        <w:rPr>
          <w:rFonts w:ascii="MV Utheemu" w:hAnsi="MV Utheemu" w:cs="MV Boli" w:hint="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ވިދާޅުވިއެވެ.</w:t>
      </w:r>
      <w:r w:rsidRPr="001C531A">
        <w:rPr>
          <w:rFonts w:ascii="MV Utheemu" w:hAnsi="MV Utheemu" w:cs="MV Utheemu"/>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w:t>
      </w:r>
      <w:r w:rsidRPr="001C531A">
        <w:rPr>
          <w:rFonts w:ascii="MV Utheemu" w:hAnsi="MV Utheemu" w:cs="MV Utheemu"/>
          <w:b/>
          <w:bCs/>
          <w:color w:val="262626" w:themeColor="text1" w:themeTint="D9"/>
          <w:sz w:val="36"/>
          <w:szCs w:val="36"/>
          <w:rtl/>
          <w:lang w:bidi="dv-MV"/>
        </w:rPr>
        <w:t xml:space="preserve">ދުޅަހެޔޮ </w:t>
      </w:r>
      <w:r w:rsidRPr="001C531A">
        <w:rPr>
          <w:rFonts w:ascii="MV Utheemu" w:hAnsi="MV Utheemu" w:cs="MV Utheemu" w:hint="cs"/>
          <w:b/>
          <w:bCs/>
          <w:color w:val="262626" w:themeColor="text1" w:themeTint="D9"/>
          <w:sz w:val="36"/>
          <w:szCs w:val="36"/>
          <w:rtl/>
          <w:lang w:bidi="dv-MV"/>
        </w:rPr>
        <w:t>ޞިއްޙަތު ސަލާމަތުންތިބި</w:t>
      </w:r>
      <w:r>
        <w:rPr>
          <w:rFonts w:ascii="MV Utheemu" w:hAnsi="MV Utheemu" w:cs="MV Utheemu" w:hint="cs"/>
          <w:color w:val="262626" w:themeColor="text1" w:themeTint="D9"/>
          <w:sz w:val="36"/>
          <w:szCs w:val="36"/>
          <w:rtl/>
          <w:lang w:bidi="dv-MV"/>
        </w:rPr>
        <w:t xml:space="preserve"> </w:t>
      </w:r>
      <w:r w:rsidRPr="001C531A">
        <w:rPr>
          <w:rFonts w:ascii="MV Utheemu" w:hAnsi="MV Utheemu" w:cs="MV Utheemu"/>
          <w:color w:val="262626" w:themeColor="text1" w:themeTint="D9"/>
          <w:sz w:val="36"/>
          <w:szCs w:val="36"/>
          <w:rtl/>
          <w:lang w:bidi="dv-MV"/>
        </w:rPr>
        <w:t>މީހުންގެ މެދުގައި އިޖުތިމާއީ ގައިދުރުކަން ބެހެއްޓުމަކީ އެއްވެސް އަސާސެއް ނެތް،</w:t>
      </w:r>
      <w:r>
        <w:rPr>
          <w:rFonts w:ascii="MV Utheemu" w:hAnsi="MV Utheemu" w:cs="MV Utheemu" w:hint="cs"/>
          <w:color w:val="262626" w:themeColor="text1" w:themeTint="D9"/>
          <w:sz w:val="36"/>
          <w:szCs w:val="36"/>
          <w:rtl/>
          <w:lang w:bidi="dv-MV"/>
        </w:rPr>
        <w:t xml:space="preserve"> </w:t>
      </w:r>
      <w:r w:rsidRPr="001C531A">
        <w:rPr>
          <w:rFonts w:ascii="MV Utheemu" w:hAnsi="MV Utheemu" w:cs="MV Utheemu"/>
          <w:color w:val="262626" w:themeColor="text1" w:themeTint="D9"/>
          <w:sz w:val="36"/>
          <w:szCs w:val="36"/>
          <w:rtl/>
          <w:lang w:bidi="dv-MV"/>
        </w:rPr>
        <w:t xml:space="preserve">ކަނޑައެޅިގެންވާ </w:t>
      </w:r>
      <w:r>
        <w:rPr>
          <w:rFonts w:ascii="MV Utheemu" w:hAnsi="MV Utheemu" w:cs="MV Utheemu" w:hint="cs"/>
          <w:color w:val="262626" w:themeColor="text1" w:themeTint="D9"/>
          <w:sz w:val="36"/>
          <w:szCs w:val="36"/>
          <w:rtl/>
          <w:lang w:bidi="dv-MV"/>
        </w:rPr>
        <w:t>(ކާފަރުންގެ ވަހުމީ)</w:t>
      </w:r>
      <w:r w:rsidRPr="001C531A">
        <w:rPr>
          <w:rFonts w:ascii="MV Utheemu" w:hAnsi="MV Utheemu" w:cs="MV Utheemu"/>
          <w:color w:val="262626" w:themeColor="text1" w:themeTint="D9"/>
          <w:sz w:val="36"/>
          <w:szCs w:val="36"/>
          <w:rtl/>
          <w:lang w:bidi="dv-MV"/>
        </w:rPr>
        <w:t xml:space="preserve"> ބާތިލު ޚުރާފާތެކެވެ. އަދި އެއީ ޣައިރު މުސްލިމުން އަމިއްލައަށް އުފައްދާފައިވާ ދޮގުތަކެކެވެ. މިއީ ބަލިފެތުރޭ ގޮތާ މެދު އެމީހުން ގެންގުޅޭ ކުށްހީތަކާއި، 'ވައިރޮލޮޖީ' ނުވަތަ ވައިރަސްތަކާ ބެހޭ ސައިންސްގެ ނަމުގައި ހަދާފައިވާ އޮޅުވާލުންތަކުގެ ނަތީޖާއެކެވެ. މޫސުމަށް އަންނަ ބަދަލުތަކާ ގުޅޭ ހަގީގަތާ ޚިލާފު ވާހަކަތަކެކޭ އެއްފަދައިން، މިއީވެސް މީސްތަކުންގެ މައްޗަށް ބާރު ފޯރުވައި ކޮންޓްރޯލް ކުރުމަށްޓަކައި ބޭނުންކުރާ ހަތިޔާރެކެވެ</w:t>
      </w:r>
      <w:r w:rsidRPr="001C531A">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w:t>
      </w:r>
      <w:r w:rsidRPr="001C531A">
        <w:rPr>
          <w:rFonts w:ascii="MV Utheemu" w:hAnsi="MV Utheemu" w:cs="MV Utheemu"/>
          <w:color w:val="262626" w:themeColor="text1" w:themeTint="D9"/>
          <w:sz w:val="36"/>
          <w:szCs w:val="36"/>
          <w:rtl/>
          <w:lang w:bidi="dv-MV"/>
        </w:rPr>
        <w:t xml:space="preserve">މުސްލިމް ޑޮކްޓަރުން މިފަދަ ކަންކަމުގައި ޣައިރު މުސްލިމުންނަށް ކަނުކަމާއެކު ތަބާވެ، ހައްދުފަހަނައަޅައި ދިއުމުގެ ސަބަބުން، </w:t>
      </w:r>
      <w:r w:rsidRPr="001C531A">
        <w:rPr>
          <w:rFonts w:ascii="MV Utheemu" w:hAnsi="MV Utheemu" w:cs="MV Utheemu"/>
          <w:color w:val="262626" w:themeColor="text1" w:themeTint="D9"/>
          <w:sz w:val="36"/>
          <w:szCs w:val="36"/>
          <w:rtl/>
          <w:lang w:bidi="dv-MV"/>
        </w:rPr>
        <w:lastRenderedPageBreak/>
        <w:t>ވަސްވާސްތަކުގެ ތެރެއަށް ވެއްޓި، އެކަކު އަނެކަކާ އޮންނަ ގުޅުންތައް ކަނޑާލާފައިވާތީ ޝައިޚް އަލްއަލްބާނީ (</w:t>
      </w:r>
      <w:r>
        <w:rPr>
          <w:rFonts w:ascii="Arial" w:hAnsi="Arial" w:cs="Arial" w:hint="cs"/>
          <w:color w:val="262626" w:themeColor="text1" w:themeTint="D9"/>
          <w:sz w:val="36"/>
          <w:szCs w:val="36"/>
        </w:rPr>
        <w:sym w:font="KFGQPC Arabic Symbols 01" w:char="F056"/>
      </w:r>
      <w:r w:rsidRPr="001C531A">
        <w:rPr>
          <w:rFonts w:ascii="MV Utheemu" w:hAnsi="MV Utheemu" w:cs="MV Utheemu"/>
          <w:color w:val="262626" w:themeColor="text1" w:themeTint="D9"/>
          <w:sz w:val="36"/>
          <w:szCs w:val="36"/>
          <w:rtl/>
        </w:rPr>
        <w:t xml:space="preserve">) </w:t>
      </w:r>
      <w:r w:rsidRPr="001C531A">
        <w:rPr>
          <w:rFonts w:ascii="MV Utheemu" w:hAnsi="MV Utheemu" w:cs="MV Utheemu"/>
          <w:color w:val="262626" w:themeColor="text1" w:themeTint="D9"/>
          <w:sz w:val="36"/>
          <w:szCs w:val="36"/>
          <w:rtl/>
          <w:lang w:bidi="dv-MV"/>
        </w:rPr>
        <w:t>ވަނީ އެކަމާ ހިތާމަ ފާޅުކުރައްވާފައެވެ</w:t>
      </w:r>
      <w:r>
        <w:rPr>
          <w:rFonts w:ascii="MV Utheemu" w:hAnsi="MV Utheemu" w:cs="MV Utheemu" w:hint="cs"/>
          <w:color w:val="262626" w:themeColor="text1" w:themeTint="D9"/>
          <w:sz w:val="36"/>
          <w:szCs w:val="36"/>
          <w:rtl/>
          <w:lang w:bidi="dv-MV"/>
        </w:rPr>
        <w:t>."</w:t>
      </w:r>
    </w:p>
    <w:p w14:paraId="7AF89C39" w14:textId="717482C3" w:rsidR="001527EF" w:rsidRPr="001527EF" w:rsidRDefault="001527EF" w:rsidP="001527EF">
      <w:pPr>
        <w:bidi/>
        <w:jc w:val="both"/>
        <w:rPr>
          <w:rFonts w:ascii="MV Utheemu" w:hAnsi="MV Utheemu" w:cs="MV Utheemu"/>
          <w:color w:val="262626" w:themeColor="text1" w:themeTint="D9"/>
          <w:sz w:val="36"/>
          <w:szCs w:val="36"/>
          <w:lang w:bidi="dv-MV"/>
        </w:rPr>
      </w:pPr>
      <w:r w:rsidRPr="001527EF">
        <w:rPr>
          <w:rFonts w:ascii="MV Utheemu" w:hAnsi="MV Utheemu" w:cs="MV Utheemu"/>
          <w:color w:val="262626" w:themeColor="text1" w:themeTint="D9"/>
          <w:sz w:val="36"/>
          <w:szCs w:val="36"/>
          <w:lang w:bidi="dv-MV"/>
        </w:rPr>
        <w:t> </w:t>
      </w:r>
      <w:r w:rsidRPr="001527EF">
        <w:rPr>
          <w:rFonts w:ascii="MV Utheemu" w:hAnsi="MV Utheemu" w:cs="MV Utheemu"/>
          <w:b/>
          <w:bCs/>
          <w:color w:val="262626" w:themeColor="text1" w:themeTint="D9"/>
          <w:sz w:val="36"/>
          <w:szCs w:val="36"/>
          <w:lang w:bidi="dv-MV"/>
        </w:rPr>
        <w:t>2024</w:t>
      </w:r>
      <w:r w:rsidRPr="001527EF">
        <w:rPr>
          <w:rFonts w:ascii="Segoe UI Emoji" w:hAnsi="Segoe UI Emoji" w:cs="Segoe UI Emoji"/>
          <w:color w:val="262626" w:themeColor="text1" w:themeTint="D9"/>
          <w:sz w:val="36"/>
          <w:szCs w:val="36"/>
          <w:lang w:bidi="dv-MV"/>
        </w:rPr>
        <w:t>⚠️</w:t>
      </w:r>
      <w:r w:rsidRPr="001527EF">
        <w:rPr>
          <w:rFonts w:ascii="MV Utheemu" w:hAnsi="MV Utheemu" w:cs="MV Utheemu"/>
          <w:b/>
          <w:bCs/>
          <w:color w:val="262626" w:themeColor="text1" w:themeTint="D9"/>
          <w:sz w:val="36"/>
          <w:szCs w:val="36"/>
          <w:rtl/>
          <w:lang w:bidi="dv-MV"/>
        </w:rPr>
        <w:t>ވަނައަހަރު އެމެރިކާގެ ކޮންގްރެސްގައި ފައުޗީ ދެއްވި ބަޔާން</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1527EF">
        <w:rPr>
          <w:rFonts w:ascii="MV Utheemu" w:hAnsi="MV Utheemu" w:cs="MV Utheemu"/>
          <w:color w:val="262626" w:themeColor="text1" w:themeTint="D9"/>
          <w:sz w:val="36"/>
          <w:szCs w:val="36"/>
          <w:rtl/>
          <w:lang w:bidi="dv-MV"/>
        </w:rPr>
        <w:t xml:space="preserve">ޑރ. އެންތަނީ ފައުޗީ ވަނީ އެއީ "ހަމަ ކުއްލިއަކަށް ފެންމަތިވި </w:t>
      </w:r>
      <w:r w:rsidR="008E36D7">
        <w:rPr>
          <w:rFonts w:ascii="MV Utheemu" w:hAnsi="MV Utheemu" w:cs="MV Utheemu" w:hint="cs"/>
          <w:color w:val="262626" w:themeColor="text1" w:themeTint="D9"/>
          <w:sz w:val="36"/>
          <w:szCs w:val="36"/>
          <w:rtl/>
          <w:lang w:bidi="dv-MV"/>
        </w:rPr>
        <w:t>ޚީޔާލެއް</w:t>
      </w:r>
      <w:r w:rsidRPr="001527EF">
        <w:rPr>
          <w:rFonts w:ascii="MV Utheemu" w:hAnsi="MV Utheemu" w:cs="MV Utheemu"/>
          <w:color w:val="262626" w:themeColor="text1" w:themeTint="D9"/>
          <w:sz w:val="36"/>
          <w:szCs w:val="36"/>
          <w:rtl/>
          <w:lang w:bidi="dv-MV"/>
        </w:rPr>
        <w:t xml:space="preserve">" ކަމަށް އިއުތިރާފުވެވަޑައިގެންފައެވެ. 2024 ވަނަ އަހަރު އެމެރިކާގެ ހައުސް ސެލެކްޓް ސަބްކޮމިޓީގައި ދެއްވި ބަޔާނުގައި، 6 ފޫޓުގެ ދުރުމިން ބެހެއްޓުމުގެ އުސޫލު އައީ ކޮންތާކުންތޯ ސުވާލުކުރުމުން އޭނާ ވިދާޅުވީ: </w:t>
      </w:r>
      <w:r w:rsidRPr="001527EF">
        <w:rPr>
          <w:rFonts w:ascii="MV Utheemu" w:hAnsi="MV Utheemu" w:cs="MV Utheemu"/>
          <w:b/>
          <w:bCs/>
          <w:color w:val="262626" w:themeColor="text1" w:themeTint="D9"/>
          <w:sz w:val="36"/>
          <w:szCs w:val="36"/>
          <w:rtl/>
          <w:lang w:bidi="dv-MV"/>
        </w:rPr>
        <w:t>"އެއީ ކޮންތާކުން އައި އެއްޗެއް ކަމެއް އަޅުގަނޑު ހަނދާނެއް ނެތް</w:t>
      </w:r>
      <w:r w:rsidR="008E36D7">
        <w:rPr>
          <w:rFonts w:ascii="MV Utheemu" w:hAnsi="MV Utheemu" w:cs="MV Utheemu" w:hint="cs"/>
          <w:b/>
          <w:bCs/>
          <w:color w:val="262626" w:themeColor="text1" w:themeTint="D9"/>
          <w:sz w:val="36"/>
          <w:szCs w:val="36"/>
          <w:rtl/>
          <w:lang w:bidi="dv-MV"/>
        </w:rPr>
        <w:t>،</w:t>
      </w:r>
      <w:r w:rsidRPr="001527EF">
        <w:rPr>
          <w:rFonts w:ascii="MV Utheemu" w:hAnsi="MV Utheemu" w:cs="MV Utheemu"/>
          <w:b/>
          <w:bCs/>
          <w:color w:val="262626" w:themeColor="text1" w:themeTint="D9"/>
          <w:sz w:val="36"/>
          <w:szCs w:val="36"/>
          <w:rtl/>
          <w:lang w:bidi="dv-MV"/>
        </w:rPr>
        <w:t xml:space="preserve"> އެއީ ހަމަ ކުއްލިއަކަށް ފެންމަތިވި ކަމެއް</w:t>
      </w:r>
      <w:r w:rsidRPr="001527EF">
        <w:rPr>
          <w:rFonts w:ascii="MV Utheemu" w:hAnsi="MV Utheemu" w:cs="MV Utheemu"/>
          <w:b/>
          <w:bCs/>
          <w:color w:val="262626" w:themeColor="text1" w:themeTint="D9"/>
          <w:sz w:val="36"/>
          <w:szCs w:val="36"/>
          <w:lang w:bidi="dv-MV"/>
        </w:rPr>
        <w:t>.</w:t>
      </w:r>
      <w:r w:rsidRPr="001527EF">
        <w:rPr>
          <w:rFonts w:ascii="MV Utheemu" w:hAnsi="MV Utheemu" w:cs="MV Utheemu" w:hint="cs"/>
          <w:b/>
          <w:bCs/>
          <w:color w:val="262626" w:themeColor="text1" w:themeTint="D9"/>
          <w:sz w:val="36"/>
          <w:szCs w:val="36"/>
          <w:rtl/>
          <w:lang w:bidi="dv-MV"/>
        </w:rPr>
        <w:t>" "</w:t>
      </w:r>
      <w:r w:rsidRPr="001527EF">
        <w:rPr>
          <w:rFonts w:ascii="MV Utheemu" w:hAnsi="MV Utheemu" w:cs="MV Utheemu"/>
          <w:b/>
          <w:bCs/>
          <w:color w:val="262626" w:themeColor="text1" w:themeTint="D9"/>
          <w:sz w:val="36"/>
          <w:szCs w:val="36"/>
          <w:rtl/>
          <w:lang w:bidi="dv-MV"/>
        </w:rPr>
        <w:t>އެކަމުގެ ފަހަތުގައި އެއްވެސް ސައިންޓިފިކް ހެއްކެއް އޮތްތޯ؟"</w:t>
      </w:r>
      <w:r w:rsidRPr="001527EF">
        <w:rPr>
          <w:rFonts w:ascii="MV Utheemu" w:hAnsi="MV Utheemu" w:cs="MV Utheemu"/>
          <w:color w:val="262626" w:themeColor="text1" w:themeTint="D9"/>
          <w:sz w:val="36"/>
          <w:szCs w:val="36"/>
          <w:rtl/>
          <w:lang w:bidi="dv-MV"/>
        </w:rPr>
        <w:t xml:space="preserve"> ސުވާލުކުރުމުން އޭނާ ވިދާޅުވީ </w:t>
      </w:r>
      <w:r w:rsidRPr="001527EF">
        <w:rPr>
          <w:rFonts w:ascii="MV Utheemu" w:hAnsi="MV Utheemu" w:cs="MV Utheemu"/>
          <w:b/>
          <w:bCs/>
          <w:color w:val="262626" w:themeColor="text1" w:themeTint="D9"/>
          <w:sz w:val="36"/>
          <w:szCs w:val="36"/>
          <w:rtl/>
          <w:lang w:bidi="dv-MV"/>
        </w:rPr>
        <w:t>"އެފަދަ އެއްވެސް ދިރާސާއެއް އޮތްކަން އަޅުގަނޑަށް އެނގިފައެއް ނެތް</w:t>
      </w:r>
      <w:r w:rsidRPr="001527EF">
        <w:rPr>
          <w:rFonts w:ascii="MV Utheemu" w:hAnsi="MV Utheemu" w:cs="MV Utheemu" w:hint="cs"/>
          <w:b/>
          <w:bCs/>
          <w:color w:val="262626" w:themeColor="text1" w:themeTint="D9"/>
          <w:sz w:val="36"/>
          <w:szCs w:val="36"/>
          <w:rtl/>
          <w:lang w:bidi="dv-MV"/>
        </w:rPr>
        <w:t xml:space="preserve">" </w:t>
      </w:r>
      <w:r>
        <w:rPr>
          <w:rFonts w:ascii="MV Utheemu" w:hAnsi="MV Utheemu" w:cs="MV Utheemu" w:hint="cs"/>
          <w:color w:val="262626" w:themeColor="text1" w:themeTint="D9"/>
          <w:sz w:val="36"/>
          <w:szCs w:val="36"/>
          <w:rtl/>
          <w:lang w:bidi="dv-MV"/>
        </w:rPr>
        <w:t>ކަމުގައެވެ.</w:t>
      </w:r>
    </w:p>
    <w:p w14:paraId="2E8E3124" w14:textId="1DC96435" w:rsidR="001527EF" w:rsidRPr="001527EF" w:rsidRDefault="001527EF" w:rsidP="001527EF">
      <w:pPr>
        <w:bidi/>
        <w:jc w:val="both"/>
        <w:rPr>
          <w:rFonts w:ascii="MV Utheemu" w:hAnsi="MV Utheemu" w:cs="MV Utheemu"/>
          <w:color w:val="262626" w:themeColor="text1" w:themeTint="D9"/>
          <w:sz w:val="36"/>
          <w:szCs w:val="36"/>
          <w:lang w:bidi="dv-MV"/>
        </w:rPr>
      </w:pPr>
      <w:r w:rsidRPr="001527EF">
        <w:rPr>
          <w:rFonts w:ascii="MV Utheemu" w:hAnsi="MV Utheemu" w:cs="MV Utheemu"/>
          <w:color w:val="262626" w:themeColor="text1" w:themeTint="D9"/>
          <w:sz w:val="36"/>
          <w:szCs w:val="36"/>
          <w:lang w:bidi="dv-MV"/>
        </w:rPr>
        <w:t> </w:t>
      </w:r>
      <w:r w:rsidRPr="001527EF">
        <w:rPr>
          <w:rFonts w:ascii="Segoe UI Emoji" w:hAnsi="Segoe UI Emoji" w:cs="Segoe UI Emoji"/>
          <w:color w:val="262626" w:themeColor="text1" w:themeTint="D9"/>
          <w:sz w:val="36"/>
          <w:szCs w:val="36"/>
          <w:lang w:bidi="dv-MV"/>
        </w:rPr>
        <w:t>⚠️</w:t>
      </w:r>
      <w:r w:rsidRPr="001527EF">
        <w:rPr>
          <w:rFonts w:ascii="MV Utheemu" w:hAnsi="MV Utheemu" w:cs="MV Utheemu"/>
          <w:b/>
          <w:bCs/>
          <w:color w:val="262626" w:themeColor="text1" w:themeTint="D9"/>
          <w:sz w:val="36"/>
          <w:szCs w:val="36"/>
          <w:rtl/>
          <w:lang w:bidi="dv-MV"/>
        </w:rPr>
        <w:t>ޑރ. ޕޯލް އެލެގްޒެންޑަރ (އެމެރިކާގެ އެޗް.އެޗް.އެސް ގެ ކުރީގެ އެޑްވައިޒަރ)</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1527EF">
        <w:rPr>
          <w:rFonts w:ascii="MV Utheemu" w:hAnsi="MV Utheemu" w:cs="MV Utheemu"/>
          <w:color w:val="262626" w:themeColor="text1" w:themeTint="D9"/>
          <w:sz w:val="36"/>
          <w:szCs w:val="36"/>
          <w:rtl/>
          <w:lang w:bidi="dv-MV"/>
        </w:rPr>
        <w:t xml:space="preserve">އަޅުގަނޑު ސީ.ޑީ.ސީ ގެ ޑިރެކްޓަރ ޑރ. ރެޑްފީލްޑް ގާތު މި 6 ފޫޓުގެ އުސޫލުގެ ސައިންޓިފިކް ހެއްކާ ބެހޭގޮތުން ސުވާލުކުރުމުން އޭނާ ވިދާޅުވީ: </w:t>
      </w:r>
      <w:r w:rsidRPr="001527EF">
        <w:rPr>
          <w:rFonts w:ascii="MV Utheemu" w:hAnsi="MV Utheemu" w:cs="MV Utheemu" w:hint="cs"/>
          <w:b/>
          <w:bCs/>
          <w:color w:val="262626" w:themeColor="text1" w:themeTint="D9"/>
          <w:sz w:val="36"/>
          <w:szCs w:val="36"/>
          <w:rtl/>
          <w:lang w:bidi="dv-MV"/>
        </w:rPr>
        <w:t>"</w:t>
      </w:r>
      <w:r w:rsidRPr="001527EF">
        <w:rPr>
          <w:rFonts w:ascii="MV Utheemu" w:hAnsi="MV Utheemu" w:cs="MV Utheemu"/>
          <w:b/>
          <w:bCs/>
          <w:color w:val="262626" w:themeColor="text1" w:themeTint="D9"/>
          <w:sz w:val="36"/>
          <w:szCs w:val="36"/>
          <w:rtl/>
          <w:lang w:bidi="dv-MV"/>
        </w:rPr>
        <w:t>އެއްވެސް ސައިންޓިފިކް ހެއްކެއް ނެތް</w:t>
      </w:r>
      <w:r w:rsidR="008E36D7">
        <w:rPr>
          <w:rFonts w:ascii="MV Utheemu" w:hAnsi="MV Utheemu" w:cs="MV Utheemu" w:hint="cs"/>
          <w:b/>
          <w:bCs/>
          <w:color w:val="262626" w:themeColor="text1" w:themeTint="D9"/>
          <w:sz w:val="36"/>
          <w:szCs w:val="36"/>
          <w:rtl/>
          <w:lang w:bidi="dv-MV"/>
        </w:rPr>
        <w:t>،</w:t>
      </w:r>
      <w:r w:rsidRPr="001527EF">
        <w:rPr>
          <w:rFonts w:ascii="MV Utheemu" w:hAnsi="MV Utheemu" w:cs="MV Utheemu"/>
          <w:b/>
          <w:bCs/>
          <w:color w:val="262626" w:themeColor="text1" w:themeTint="D9"/>
          <w:sz w:val="36"/>
          <w:szCs w:val="36"/>
          <w:rtl/>
          <w:lang w:bidi="dv-MV"/>
        </w:rPr>
        <w:t xml:space="preserve"> އެއީ އަހަރެމެން އަމިއްލައަށް ހެދި އެއްޗެއް</w:t>
      </w:r>
      <w:r w:rsidRPr="001527EF">
        <w:rPr>
          <w:rFonts w:ascii="MV Utheemu" w:hAnsi="MV Utheemu" w:cs="MV Utheemu" w:hint="cs"/>
          <w:b/>
          <w:bCs/>
          <w:color w:val="262626" w:themeColor="text1" w:themeTint="D9"/>
          <w:sz w:val="36"/>
          <w:szCs w:val="36"/>
          <w:rtl/>
          <w:lang w:bidi="dv-MV"/>
        </w:rPr>
        <w:t>"</w:t>
      </w:r>
      <w:r>
        <w:rPr>
          <w:rFonts w:ascii="MV Utheemu" w:hAnsi="MV Utheemu" w:cs="MV Utheemu" w:hint="cs"/>
          <w:color w:val="262626" w:themeColor="text1" w:themeTint="D9"/>
          <w:sz w:val="36"/>
          <w:szCs w:val="36"/>
          <w:rtl/>
          <w:lang w:bidi="dv-MV"/>
        </w:rPr>
        <w:t xml:space="preserve"> ކަމުގައެވެ.</w:t>
      </w:r>
    </w:p>
    <w:p w14:paraId="2000046D" w14:textId="0CA688A8" w:rsidR="001527EF" w:rsidRPr="001527EF" w:rsidRDefault="001527EF" w:rsidP="001527EF">
      <w:pPr>
        <w:bidi/>
        <w:jc w:val="both"/>
        <w:rPr>
          <w:rFonts w:ascii="MV Utheemu" w:hAnsi="MV Utheemu" w:cs="MV Utheemu"/>
          <w:color w:val="262626" w:themeColor="text1" w:themeTint="D9"/>
          <w:sz w:val="36"/>
          <w:szCs w:val="36"/>
          <w:lang w:bidi="dv-MV"/>
        </w:rPr>
      </w:pPr>
      <w:r w:rsidRPr="001527EF">
        <w:rPr>
          <w:rFonts w:ascii="MV Utheemu" w:hAnsi="MV Utheemu" w:cs="MV Utheemu"/>
          <w:color w:val="262626" w:themeColor="text1" w:themeTint="D9"/>
          <w:sz w:val="36"/>
          <w:szCs w:val="36"/>
          <w:lang w:bidi="dv-MV"/>
        </w:rPr>
        <w:t> </w:t>
      </w:r>
      <w:r w:rsidRPr="001527EF">
        <w:rPr>
          <w:rFonts w:ascii="Segoe UI Emoji" w:hAnsi="Segoe UI Emoji" w:cs="Segoe UI Emoji"/>
          <w:color w:val="262626" w:themeColor="text1" w:themeTint="D9"/>
          <w:sz w:val="36"/>
          <w:szCs w:val="36"/>
          <w:lang w:bidi="dv-MV"/>
        </w:rPr>
        <w:t>⚠️</w:t>
      </w:r>
      <w:r w:rsidRPr="001527EF">
        <w:rPr>
          <w:rFonts w:ascii="MV Utheemu" w:hAnsi="MV Utheemu" w:cs="MV Utheemu"/>
          <w:b/>
          <w:bCs/>
          <w:color w:val="262626" w:themeColor="text1" w:themeTint="D9"/>
          <w:sz w:val="36"/>
          <w:szCs w:val="36"/>
          <w:rtl/>
          <w:lang w:bidi="dv-MV"/>
        </w:rPr>
        <w:t>ޑރ. ފްރާންސިސް ކޮލިންސް (އެން.އައި.އެޗް ގެ ކުރީގެ ޑިރެކްޓަރ)</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"6</w:t>
      </w:r>
      <w:r w:rsidRPr="001527EF">
        <w:rPr>
          <w:rFonts w:ascii="MV Utheemu" w:hAnsi="MV Utheemu" w:cs="MV Utheemu"/>
          <w:color w:val="262626" w:themeColor="text1" w:themeTint="D9"/>
          <w:sz w:val="36"/>
          <w:szCs w:val="36"/>
          <w:rtl/>
          <w:lang w:bidi="dv-MV"/>
        </w:rPr>
        <w:t xml:space="preserve"> އުސޫލަށް ބާރުދޭ އެއްވެސް ހެއްކެއް އޭރަކުވެސް ނެތް، އަދި މިހާރަކުވެސް ނެތް. އެކަމަށް </w:t>
      </w:r>
      <w:r w:rsidRPr="001527EF">
        <w:rPr>
          <w:rFonts w:ascii="MV Utheemu" w:hAnsi="MV Utheemu" w:cs="MV Utheemu"/>
          <w:b/>
          <w:bCs/>
          <w:color w:val="262626" w:themeColor="text1" w:themeTint="D9"/>
          <w:sz w:val="36"/>
          <w:szCs w:val="36"/>
          <w:rtl/>
          <w:lang w:bidi="dv-MV"/>
        </w:rPr>
        <w:t>ތާއީދުކުރާ އެއްވެސް ސައިންޓިފިކް ދިރާސާއެއް އަޅުގަނޑު ނުދެކެން</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ވިދާޅުވިއެވެ.</w:t>
      </w:r>
    </w:p>
    <w:p w14:paraId="4E8D2506" w14:textId="08FCAFC0" w:rsidR="001527EF" w:rsidRDefault="001527EF" w:rsidP="001527EF">
      <w:pPr>
        <w:bidi/>
        <w:jc w:val="both"/>
        <w:rPr>
          <w:rFonts w:ascii="MV Utheemu" w:hAnsi="MV Utheemu" w:cs="MV Utheemu"/>
          <w:color w:val="262626" w:themeColor="text1" w:themeTint="D9"/>
          <w:sz w:val="36"/>
          <w:szCs w:val="36"/>
          <w:rtl/>
          <w:lang w:bidi="dv-MV"/>
        </w:rPr>
      </w:pPr>
      <w:r w:rsidRPr="001527EF">
        <w:rPr>
          <w:rFonts w:ascii="Segoe UI Emoji" w:hAnsi="Segoe UI Emoji" w:cs="Segoe UI Emoji"/>
          <w:color w:val="262626" w:themeColor="text1" w:themeTint="D9"/>
          <w:sz w:val="36"/>
          <w:szCs w:val="36"/>
          <w:lang w:bidi="dv-MV"/>
        </w:rPr>
        <w:t>⚠️</w:t>
      </w:r>
      <w:r>
        <w:rPr>
          <w:rFonts w:ascii="Segoe UI Emoji" w:hAnsi="Segoe UI Emoji" w:cs="Segoe UI Emoji" w:hint="cs"/>
          <w:color w:val="262626" w:themeColor="text1" w:themeTint="D9"/>
          <w:sz w:val="36"/>
          <w:szCs w:val="36"/>
          <w:rtl/>
          <w:lang w:bidi="dv-MV"/>
        </w:rPr>
        <w:t xml:space="preserve"> </w:t>
      </w:r>
      <w:r w:rsidRPr="001527EF">
        <w:rPr>
          <w:rFonts w:ascii="MV Utheemu" w:hAnsi="MV Utheemu" w:cs="MV Utheemu"/>
          <w:b/>
          <w:bCs/>
          <w:color w:val="262626" w:themeColor="text1" w:themeTint="D9"/>
          <w:sz w:val="36"/>
          <w:szCs w:val="36"/>
          <w:rtl/>
          <w:lang w:bidi="dv-MV"/>
        </w:rPr>
        <w:t>ނިއުޔޯކް ޕޯސްޓް – ޖެނުއަރީ 2024</w:t>
      </w:r>
      <w:r w:rsidRPr="001527EF">
        <w:rPr>
          <w:rFonts w:ascii="MV Utheemu" w:hAnsi="MV Utheemu" w:cs="MV Utheemu"/>
          <w:b/>
          <w:bCs/>
          <w:color w:val="262626" w:themeColor="text1" w:themeTint="D9"/>
          <w:sz w:val="36"/>
          <w:szCs w:val="36"/>
          <w:lang w:bidi="dv-MV"/>
        </w:rPr>
        <w:t>:</w:t>
      </w:r>
      <w:r>
        <w:rPr>
          <w:rFonts w:ascii="MV Utheemu" w:hAnsi="MV Utheemu" w:cs="MV Utheemu" w:hint="cs"/>
          <w:b/>
          <w:bCs/>
          <w:color w:val="262626" w:themeColor="text1" w:themeTint="D9"/>
          <w:sz w:val="36"/>
          <w:szCs w:val="36"/>
          <w:rtl/>
          <w:lang w:bidi="dv-MV"/>
        </w:rPr>
        <w:t xml:space="preserve"> "</w:t>
      </w:r>
      <w:r w:rsidRPr="001527EF">
        <w:rPr>
          <w:rFonts w:ascii="MV Utheemu" w:hAnsi="MV Utheemu" w:cs="MV Utheemu"/>
          <w:color w:val="262626" w:themeColor="text1" w:themeTint="D9"/>
          <w:sz w:val="36"/>
          <w:szCs w:val="36"/>
          <w:rtl/>
          <w:lang w:bidi="dv-MV"/>
        </w:rPr>
        <w:t xml:space="preserve">ފައުޗީ އިއުތިރާފުވެފައިވާ ގޮތުގައި ދުރުމިން ބެހެއްޓުމުގެ އުސޫލަކީ 'ހަމަ ފެންމަތިވި' ކަމެކެވެ. އެއީ އެއްވެސް ސައިންޓިފިކް ހެއްކެއްގެ މައްޗަށް </w:t>
      </w:r>
      <w:r w:rsidRPr="001527EF">
        <w:rPr>
          <w:rFonts w:ascii="MV Utheemu" w:hAnsi="MV Utheemu" w:cs="MV Utheemu"/>
          <w:color w:val="262626" w:themeColor="text1" w:themeTint="D9"/>
          <w:sz w:val="36"/>
          <w:szCs w:val="36"/>
          <w:rtl/>
          <w:lang w:bidi="dv-MV"/>
        </w:rPr>
        <w:lastRenderedPageBreak/>
        <w:t xml:space="preserve">ބިނާވެފައިވާ ކަމެއް ނޫން ނަމަވެސް، އެކަން ވެގެންދިޔައީ </w:t>
      </w:r>
      <w:r w:rsidRPr="008E36D7">
        <w:rPr>
          <w:rFonts w:ascii="MV Utheemu" w:hAnsi="MV Utheemu" w:cs="MV Utheemu"/>
          <w:b/>
          <w:bCs/>
          <w:color w:val="262626" w:themeColor="text1" w:themeTint="D9"/>
          <w:sz w:val="36"/>
          <w:szCs w:val="36"/>
          <w:rtl/>
          <w:lang w:bidi="dv-MV"/>
        </w:rPr>
        <w:t>ސްކޫލްތަކާއި، މިސްކިތްތައް ބަންދުކުރުމަށާއި</w:t>
      </w:r>
      <w:r w:rsidRPr="001527EF">
        <w:rPr>
          <w:rFonts w:ascii="MV Utheemu" w:hAnsi="MV Utheemu" w:cs="MV Utheemu"/>
          <w:color w:val="262626" w:themeColor="text1" w:themeTint="D9"/>
          <w:sz w:val="36"/>
          <w:szCs w:val="36"/>
          <w:rtl/>
          <w:lang w:bidi="dv-MV"/>
        </w:rPr>
        <w:t xml:space="preserve"> ވިޔަފާރިތައް ހަލާކުކޮށްލުމަށް ބޭނުންކުރި އަސާސަށެވެ</w:t>
      </w:r>
      <w:r w:rsidRPr="001527EF">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w:t>
      </w:r>
    </w:p>
    <w:p w14:paraId="1E9ACA6B" w14:textId="77777777" w:rsidR="001527EF" w:rsidRDefault="001527EF" w:rsidP="001527EF">
      <w:pPr>
        <w:bidi/>
        <w:jc w:val="both"/>
        <w:rPr>
          <w:rFonts w:ascii="Segoe UI Emoji" w:hAnsi="Segoe UI Emoji" w:cs="Segoe UI Emoji"/>
          <w:color w:val="262626" w:themeColor="text1" w:themeTint="D9"/>
          <w:sz w:val="36"/>
          <w:szCs w:val="36"/>
          <w:rtl/>
          <w:lang w:bidi="dv-MV"/>
        </w:rPr>
      </w:pPr>
      <w:r w:rsidRPr="001527EF">
        <w:rPr>
          <w:rFonts w:ascii="Segoe UI Emoji" w:hAnsi="Segoe UI Emoji" w:cs="Segoe UI Emoji"/>
          <w:color w:val="262626" w:themeColor="text1" w:themeTint="D9"/>
          <w:sz w:val="36"/>
          <w:szCs w:val="36"/>
          <w:lang w:bidi="dv-MV"/>
        </w:rPr>
        <w:t>⚠️</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b/>
          <w:bCs/>
          <w:color w:val="262626" w:themeColor="text1" w:themeTint="D9"/>
          <w:sz w:val="36"/>
          <w:szCs w:val="36"/>
          <w:rtl/>
          <w:lang w:bidi="dv-MV"/>
        </w:rPr>
        <w:t>ވިޖިލަންޓް ނިއުސް – މެއި 2024</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"6 </w:t>
      </w:r>
      <w:r w:rsidRPr="001527EF">
        <w:rPr>
          <w:rFonts w:ascii="MV Utheemu" w:hAnsi="MV Utheemu" w:cs="MV Utheemu"/>
          <w:color w:val="262626" w:themeColor="text1" w:themeTint="D9"/>
          <w:sz w:val="36"/>
          <w:szCs w:val="36"/>
          <w:rtl/>
          <w:lang w:bidi="dv-MV"/>
        </w:rPr>
        <w:t xml:space="preserve">ފޫޓުގެ އުސޫލަކީ އެއްވެސް ހަގީގަތެއް ނެތް ކަމެއްގެ ގޮތުގައާއި، މީހުންގެ ވިސްނުމާ ކުޅެލުމަށް ހިންގި ކަމެއްގެ ގޮތުގައި މިހާރު ވަނީ ހާމަވެފައެވެ. ސަރުކާރުގެ އިސްވެރިންނާއި، ސިއްހީ މާހިރުން އަދި މީޑިއާތަކުން ސައިންޓިފިކް ނޫން ވާހަކަތަކެއް ފަތުރައި، މުޖުތަމައުގެ ނިޒާމު ބުރޫއަރުވާލައި، </w:t>
      </w:r>
      <w:r w:rsidRPr="00781C62">
        <w:rPr>
          <w:rFonts w:ascii="MV Utheemu" w:hAnsi="MV Utheemu" w:cs="MV Utheemu"/>
          <w:b/>
          <w:bCs/>
          <w:color w:val="262626" w:themeColor="text1" w:themeTint="D9"/>
          <w:sz w:val="36"/>
          <w:szCs w:val="36"/>
          <w:rtl/>
          <w:lang w:bidi="dv-MV"/>
        </w:rPr>
        <w:t>ދީނީ</w:t>
      </w:r>
      <w:r w:rsidRPr="008E36D7">
        <w:rPr>
          <w:rFonts w:ascii="MV Utheemu" w:hAnsi="MV Utheemu" w:cs="MV Utheemu"/>
          <w:b/>
          <w:bCs/>
          <w:color w:val="262626" w:themeColor="text1" w:themeTint="D9"/>
          <w:sz w:val="36"/>
          <w:szCs w:val="36"/>
          <w:rtl/>
          <w:lang w:bidi="dv-MV"/>
        </w:rPr>
        <w:t xml:space="preserve"> ކަންކަމަށް ބޮޑެތި ހުރަސްތަކެއް ކުރިމަތިކުރުވިއެވެ</w:t>
      </w:r>
      <w:r w:rsidRPr="001527EF">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w:t>
      </w:r>
    </w:p>
    <w:p w14:paraId="5DF86DD7" w14:textId="3D8D28F6" w:rsidR="001527EF" w:rsidRPr="001527EF" w:rsidRDefault="001527EF" w:rsidP="001527EF">
      <w:pPr>
        <w:bidi/>
        <w:jc w:val="both"/>
        <w:rPr>
          <w:rFonts w:ascii="Segoe UI Emoji" w:hAnsi="Segoe UI Emoji" w:cs="Segoe UI Emoji"/>
          <w:color w:val="262626" w:themeColor="text1" w:themeTint="D9"/>
          <w:sz w:val="36"/>
          <w:szCs w:val="36"/>
          <w:rtl/>
          <w:lang w:bidi="dv-MV"/>
        </w:rPr>
      </w:pPr>
      <w:r w:rsidRPr="001527EF">
        <w:rPr>
          <w:rFonts w:ascii="Segoe UI Emoji" w:hAnsi="Segoe UI Emoji" w:cs="Segoe UI Emoji"/>
          <w:color w:val="262626" w:themeColor="text1" w:themeTint="D9"/>
          <w:sz w:val="36"/>
          <w:szCs w:val="36"/>
          <w:lang w:bidi="dv-MV"/>
        </w:rPr>
        <w:t>⚠️</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b/>
          <w:bCs/>
          <w:color w:val="262626" w:themeColor="text1" w:themeTint="D9"/>
          <w:sz w:val="36"/>
          <w:szCs w:val="36"/>
          <w:rtl/>
          <w:lang w:bidi="dv-MV"/>
        </w:rPr>
        <w:t>ދަ ފެޑަރަލިސްޓް – މެއި 2024</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1527EF">
        <w:rPr>
          <w:rFonts w:ascii="MV Utheemu" w:hAnsi="MV Utheemu" w:cs="MV Utheemu"/>
          <w:color w:val="262626" w:themeColor="text1" w:themeTint="D9"/>
          <w:sz w:val="36"/>
          <w:szCs w:val="36"/>
          <w:rtl/>
          <w:lang w:bidi="dv-MV"/>
        </w:rPr>
        <w:t xml:space="preserve">ކޮލިންސް އިއުތިރާފުވެވަޑައިގަތީ އެކަމަށް </w:t>
      </w:r>
      <w:r w:rsidRPr="008E36D7">
        <w:rPr>
          <w:rFonts w:ascii="MV Utheemu" w:hAnsi="MV Utheemu" w:cs="MV Utheemu"/>
          <w:b/>
          <w:bCs/>
          <w:color w:val="262626" w:themeColor="text1" w:themeTint="D9"/>
          <w:sz w:val="36"/>
          <w:szCs w:val="36"/>
          <w:rtl/>
          <w:lang w:bidi="dv-MV"/>
        </w:rPr>
        <w:t>އެއްވެސް ހެއްކެއް ނެތް ކަމަށެވެ.</w:t>
      </w:r>
      <w:r w:rsidRPr="001527EF">
        <w:rPr>
          <w:rFonts w:ascii="MV Utheemu" w:hAnsi="MV Utheemu" w:cs="MV Utheemu"/>
          <w:color w:val="262626" w:themeColor="text1" w:themeTint="D9"/>
          <w:sz w:val="36"/>
          <w:szCs w:val="36"/>
          <w:rtl/>
          <w:lang w:bidi="dv-MV"/>
        </w:rPr>
        <w:t xml:space="preserve"> އޭރަކުވެސް އަދި މިހާރަކުވެސް ނެތެވެ. ނަމަވެސް، އެއްވެސް އަސާސެއް ނެތް މި ސިޔާސަތުގެ ސަބަބުން ގިނަ ބައެއްގެ ދިރިއުޅުން ހަލާކުވެގެން ދިޔައެވެ</w:t>
      </w:r>
      <w:r w:rsidRPr="001527EF">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w:t>
      </w:r>
    </w:p>
    <w:p w14:paraId="28398249" w14:textId="77777777" w:rsidR="008E36D7" w:rsidRDefault="001527EF" w:rsidP="008E36D7">
      <w:pPr>
        <w:bidi/>
        <w:jc w:val="both"/>
        <w:rPr>
          <w:rFonts w:ascii="MV Utheemu" w:hAnsi="MV Utheemu" w:cs="MV Utheemu"/>
          <w:color w:val="262626" w:themeColor="text1" w:themeTint="D9"/>
          <w:sz w:val="36"/>
          <w:szCs w:val="36"/>
          <w:rtl/>
          <w:lang w:bidi="dv-MV"/>
        </w:rPr>
      </w:pPr>
      <w:r w:rsidRPr="001527EF">
        <w:rPr>
          <w:rFonts w:ascii="Segoe UI Emoji" w:hAnsi="Segoe UI Emoji" w:cs="Segoe UI Emoji"/>
          <w:color w:val="262626" w:themeColor="text1" w:themeTint="D9"/>
          <w:sz w:val="36"/>
          <w:szCs w:val="36"/>
          <w:lang w:bidi="dv-MV"/>
        </w:rPr>
        <w:t>⚠️</w:t>
      </w:r>
      <w:r w:rsidRPr="001527EF">
        <w:rPr>
          <w:rFonts w:ascii="MV Utheemu" w:hAnsi="MV Utheemu" w:cs="MV Utheemu"/>
          <w:color w:val="262626" w:themeColor="text1" w:themeTint="D9"/>
          <w:sz w:val="36"/>
          <w:szCs w:val="36"/>
          <w:rtl/>
          <w:lang w:bidi="dv-MV"/>
        </w:rPr>
        <w:t xml:space="preserve"> </w:t>
      </w:r>
      <w:r w:rsidRPr="001527EF">
        <w:rPr>
          <w:rFonts w:ascii="MV Utheemu" w:hAnsi="MV Utheemu" w:cs="MV Utheemu"/>
          <w:b/>
          <w:bCs/>
          <w:color w:val="262626" w:themeColor="text1" w:themeTint="D9"/>
          <w:sz w:val="36"/>
          <w:szCs w:val="36"/>
          <w:rtl/>
          <w:lang w:bidi="dv-MV"/>
        </w:rPr>
        <w:t>ޑެއިލީ މެއިލް – ޖޫން 2024</w:t>
      </w:r>
      <w:r w:rsidRPr="001527EF">
        <w:rPr>
          <w:rFonts w:ascii="MV Utheemu" w:hAnsi="MV Utheemu" w:cs="MV Utheemu"/>
          <w:b/>
          <w:bCs/>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1527EF">
        <w:rPr>
          <w:rFonts w:ascii="MV Utheemu" w:hAnsi="MV Utheemu" w:cs="MV Utheemu"/>
          <w:color w:val="262626" w:themeColor="text1" w:themeTint="D9"/>
          <w:sz w:val="36"/>
          <w:szCs w:val="36"/>
          <w:rtl/>
          <w:lang w:bidi="dv-MV"/>
        </w:rPr>
        <w:t>ހުވާގެ މަތީގައި ހުރެ ފައުޗީ އިއުތިރާފުވެވަޑައިގަތީ މި އުސޫލަށް ތާއީދުކުރާ އެއްވެސް ސައިންޓިފިކް ހެއްކެއް ނެތް ކަމަށެވެ. މީގެ ސަބަބުން ކުޑަކުދިންނަށް ނޭދެވޭ އަސަރުކޮށް، ކިޔަވައިދިނުމުގައި ދަރިވަރުން ފަހަތަށް ގޮސް، އަދި އަޅުކަންކުރާ ތަންތަން ބަންދުކުރަން ޖެހުނީ އެއްވެސް ފައިދާއެއް ނެތް ކަމަކަށެވެ</w:t>
      </w:r>
      <w:r w:rsidRPr="001527EF">
        <w:rPr>
          <w:rFonts w:ascii="MV Utheemu" w:hAnsi="MV Utheemu" w:cs="MV Utheemu"/>
          <w:color w:val="262626" w:themeColor="text1" w:themeTint="D9"/>
          <w:sz w:val="36"/>
          <w:szCs w:val="36"/>
          <w:lang w:bidi="dv-MV"/>
        </w:rPr>
        <w:t>.</w:t>
      </w:r>
      <w:r w:rsidR="008E36D7">
        <w:rPr>
          <w:rFonts w:ascii="MV Utheemu" w:hAnsi="MV Utheemu" w:cs="MV Utheemu" w:hint="cs"/>
          <w:color w:val="262626" w:themeColor="text1" w:themeTint="D9"/>
          <w:sz w:val="36"/>
          <w:szCs w:val="36"/>
          <w:rtl/>
          <w:lang w:bidi="dv-MV"/>
        </w:rPr>
        <w:t>"</w:t>
      </w:r>
    </w:p>
    <w:p w14:paraId="4DE82BCC" w14:textId="77777777" w:rsidR="001C531A" w:rsidRDefault="008E36D7" w:rsidP="001C531A">
      <w:pPr>
        <w:bidi/>
        <w:jc w:val="both"/>
        <w:rPr>
          <w:rFonts w:ascii="MV Utheemu" w:hAnsi="MV Utheemu" w:cs="MV Utheemu"/>
          <w:color w:val="262626" w:themeColor="text1" w:themeTint="D9"/>
          <w:sz w:val="36"/>
          <w:szCs w:val="36"/>
          <w:rtl/>
          <w:lang w:bidi="dv-MV"/>
        </w:rPr>
      </w:pPr>
      <w:r w:rsidRPr="008E36D7">
        <w:rPr>
          <w:rFonts w:ascii="MV Utheemu" w:hAnsi="MV Utheemu" w:cs="MV Utheemu" w:hint="cs"/>
          <w:color w:val="262626" w:themeColor="text1" w:themeTint="D9"/>
          <w:sz w:val="36"/>
          <w:szCs w:val="36"/>
          <w:rtl/>
          <w:lang w:bidi="dv-MV"/>
        </w:rPr>
        <w:t>ޚުދު</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ސަލީބަށް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އަޅުކަން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ކުރާ</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ކާފަރުންވަނީ،</w:t>
      </w:r>
      <w:r w:rsidRPr="008E36D7">
        <w:rPr>
          <w:rFonts w:ascii="MV Utheemu" w:hAnsi="MV Utheemu" w:cs="MV Utheemu"/>
          <w:color w:val="262626" w:themeColor="text1" w:themeTint="D9"/>
          <w:sz w:val="36"/>
          <w:szCs w:val="36"/>
          <w:rtl/>
          <w:lang w:bidi="dv-MV"/>
        </w:rPr>
        <w:t xml:space="preserve"> 6 </w:t>
      </w:r>
      <w:r w:rsidRPr="008E36D7">
        <w:rPr>
          <w:rFonts w:ascii="MV Utheemu" w:hAnsi="MV Utheemu" w:cs="MV Utheemu" w:hint="cs"/>
          <w:color w:val="262626" w:themeColor="text1" w:themeTint="D9"/>
          <w:sz w:val="36"/>
          <w:szCs w:val="36"/>
          <w:rtl/>
          <w:lang w:bidi="dv-MV"/>
        </w:rPr>
        <w:t>ފޫޓު</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ދުރުމިން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ބެހެއްޓުމަކީ</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އެމީހުން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ވަހުމާއި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ޚުރާފާތާއި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ބަދުފާލަށް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އީމާންވެ</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ކުރި</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ކަމެއްކަން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އަމިއްލައަށް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އިޢުތިރާފުވެފައެވެ</w:t>
      </w:r>
      <w:r w:rsidRPr="008E36D7">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އަނެއްކާވެސް،</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މުސްލިމުން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އެމީހުން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އެޅިބަތަކަށް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ރިހަކާން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އެމީހުން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ބުނިހާ</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ގޮތަކަށް،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ނަމާދުގެ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ސަފަށް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ބަދަލު</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ގެންނަންވީ</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ހެއްޔެވެ؟</w:t>
      </w:r>
      <w:r>
        <w:rPr>
          <w:rFonts w:ascii="MV Utheemu" w:hAnsi="MV Utheemu" w:cs="MV Utheemu" w:hint="cs"/>
          <w:color w:val="262626" w:themeColor="text1" w:themeTint="D9"/>
          <w:sz w:val="36"/>
          <w:szCs w:val="36"/>
          <w:rtl/>
          <w:lang w:bidi="dv-MV"/>
        </w:rPr>
        <w:t xml:space="preserve"> </w:t>
      </w:r>
    </w:p>
    <w:p w14:paraId="6CAF1A68" w14:textId="5EE501CE" w:rsidR="001C531A" w:rsidRDefault="001C531A" w:rsidP="001C531A">
      <w:pPr>
        <w:bidi/>
        <w:jc w:val="both"/>
        <w:rPr>
          <w:rFonts w:ascii="MV Utheemu" w:hAnsi="MV Utheemu" w:cs="MV Utheemu"/>
          <w:color w:val="262626" w:themeColor="text1" w:themeTint="D9"/>
          <w:sz w:val="36"/>
          <w:szCs w:val="36"/>
          <w:rtl/>
          <w:lang w:bidi="dv-MV"/>
        </w:rPr>
      </w:pPr>
      <w:r w:rsidRPr="001C531A">
        <w:rPr>
          <w:rFonts w:ascii="MV Utheemu" w:hAnsi="MV Utheemu" w:cs="MV Utheemu"/>
          <w:color w:val="262626" w:themeColor="text1" w:themeTint="D9"/>
          <w:sz w:val="36"/>
          <w:szCs w:val="36"/>
          <w:rtl/>
          <w:lang w:bidi="dv-MV"/>
        </w:rPr>
        <w:t xml:space="preserve">މުސްލިމް ސިއްހީ މާހިރުން، ޣައިރު މުސްލިމުންގެ ދޮގު ވާހަކަތައް ތަކުރާރު ނުކޮށް ހަނު ތިބި ނަމަ، ކޮވިޑްގެ މި ފިތުނައާއި އޭގެ ސަބަބުން ކުރިމަތިވި އެންމެހައި ނުބައި ނަތީޖާތަކެއް މި އުންމަތަކަށް </w:t>
      </w:r>
      <w:r w:rsidRPr="001C531A">
        <w:rPr>
          <w:rFonts w:ascii="MV Utheemu" w:hAnsi="MV Utheemu" w:cs="MV Utheemu"/>
          <w:color w:val="262626" w:themeColor="text1" w:themeTint="D9"/>
          <w:sz w:val="36"/>
          <w:szCs w:val="36"/>
          <w:rtl/>
          <w:lang w:bidi="dv-MV"/>
        </w:rPr>
        <w:lastRenderedPageBreak/>
        <w:t>މިހާ ބޮޑަށް ކުރިމައްޗެއް ނުވީހެވެ. މިސްކިތްތަކަށް ބިރުވެރިކަން ވެއްދުމަށާއި، ދީނީ ހުކުމްތައް ބަދަލުކުރުމަށާއި، ނަމާދުގެ ސަފުތައް ވަކިކޮށް ބައިބައިކުރުމަށާއި، އަޅުކަމުގެ ތެރެއަށް ބައިބައިވުން ގެނައުމަށްޓަކައި ބޭނުންކުރި ވަސީލަތަކީ އެބޭފުޅުންނެވެ</w:t>
      </w:r>
      <w:r w:rsidRPr="001C531A">
        <w:rPr>
          <w:rFonts w:ascii="MV Utheemu" w:hAnsi="MV Utheemu" w:cs="MV Utheemu"/>
          <w:color w:val="262626" w:themeColor="text1" w:themeTint="D9"/>
          <w:sz w:val="36"/>
          <w:szCs w:val="36"/>
          <w:lang w:bidi="dv-MV"/>
        </w:rPr>
        <w:t>.</w:t>
      </w:r>
    </w:p>
    <w:p w14:paraId="1ED43205" w14:textId="77777777" w:rsidR="00F209F0" w:rsidRDefault="008E36D7" w:rsidP="00781C62">
      <w:pPr>
        <w:bidi/>
        <w:jc w:val="both"/>
        <w:rPr>
          <w:rFonts w:ascii="MV Utheemu" w:hAnsi="MV Utheemu" w:cs="MV Utheemu"/>
          <w:color w:val="262626" w:themeColor="text1" w:themeTint="D9"/>
          <w:sz w:val="36"/>
          <w:szCs w:val="36"/>
          <w:rtl/>
          <w:lang w:bidi="dv-MV"/>
        </w:rPr>
      </w:pPr>
      <w:r w:rsidRPr="008E36D7">
        <w:rPr>
          <w:rFonts w:ascii="MV Utheemu" w:hAnsi="MV Utheemu" w:cs="MV Utheemu" w:hint="cs"/>
          <w:color w:val="262626" w:themeColor="text1" w:themeTint="D9"/>
          <w:sz w:val="36"/>
          <w:szCs w:val="36"/>
          <w:rtl/>
          <w:lang w:bidi="dv-MV"/>
        </w:rPr>
        <w:t>މީގެ</w:t>
      </w:r>
      <w:r w:rsidRPr="008E36D7">
        <w:rPr>
          <w:rFonts w:ascii="MV Utheemu" w:hAnsi="MV Utheemu" w:cs="MV Utheemu"/>
          <w:color w:val="262626" w:themeColor="text1" w:themeTint="D9"/>
          <w:sz w:val="36"/>
          <w:szCs w:val="36"/>
          <w:rtl/>
          <w:lang w:bidi="dv-MV"/>
        </w:rPr>
        <w:t xml:space="preserve"> 1400 </w:t>
      </w:r>
      <w:r w:rsidRPr="008E36D7">
        <w:rPr>
          <w:rFonts w:ascii="MV Utheemu" w:hAnsi="MV Utheemu" w:cs="MV Utheemu" w:hint="cs"/>
          <w:color w:val="262626" w:themeColor="text1" w:themeTint="D9"/>
          <w:sz w:val="36"/>
          <w:szCs w:val="36"/>
          <w:rtl/>
          <w:lang w:bidi="dv-MV"/>
        </w:rPr>
        <w:t>އަހަރު</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ކުރިން،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ސަހާބީން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ބަލިމަޑުކަމުގައި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ވެސް</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އެފަދަ</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ކަމެއް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ނުކުރިއެވެ</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ދީނުގައި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ހިދާޔަތަށް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ވާނީ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ކިހިނެއް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ހެއްޔެވެ؟</w:t>
      </w:r>
      <w:r>
        <w:rPr>
          <w:rFonts w:ascii="MV Utheemu" w:hAnsi="MV Utheemu" w:cs="MV Utheemu" w:hint="cs"/>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މާތް</w:t>
      </w:r>
      <w:r w:rsidRPr="008E36D7">
        <w:rPr>
          <w:rFonts w:ascii="MV Utheemu" w:hAnsi="MV Utheemu" w:cs="MV Utheemu"/>
          <w:color w:val="262626" w:themeColor="text1" w:themeTint="D9"/>
          <w:sz w:val="36"/>
          <w:szCs w:val="36"/>
          <w:rtl/>
          <w:lang w:bidi="dv-MV"/>
        </w:rPr>
        <w:t xml:space="preserve"> </w:t>
      </w:r>
      <w:r w:rsidR="001C531A">
        <w:rPr>
          <w:rFonts w:ascii="Arabic Typesetting" w:hAnsi="Arabic Typesetting" w:cs="Arabic Typesetting"/>
          <w:color w:val="262626" w:themeColor="text1" w:themeTint="D9"/>
          <w:sz w:val="36"/>
          <w:szCs w:val="36"/>
        </w:rPr>
        <w:sym w:font="KFGQPC Arabic Symbols 01" w:char="F025"/>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އަރެމެންގެ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ވެރިންނާއި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ޢިލްމުވެރިންނަށް،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އެފަދަ</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ކަމެއް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ދެންވެސް</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އަންނަ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ހިނދު،</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ނަމާދުގެ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ސަފުތައް</w:t>
      </w:r>
      <w:r w:rsidRPr="008E36D7">
        <w:rPr>
          <w:rFonts w:ascii="MV Utheemu" w:hAnsi="MV Utheemu" w:cs="MV Utheemu"/>
          <w:color w:val="262626" w:themeColor="text1" w:themeTint="D9"/>
          <w:sz w:val="36"/>
          <w:szCs w:val="36"/>
          <w:rtl/>
          <w:lang w:bidi="dv-MV"/>
        </w:rPr>
        <w:t xml:space="preserve"> 6 </w:t>
      </w:r>
      <w:r w:rsidRPr="008E36D7">
        <w:rPr>
          <w:rFonts w:ascii="MV Utheemu" w:hAnsi="MV Utheemu" w:cs="MV Utheemu" w:hint="cs"/>
          <w:color w:val="262626" w:themeColor="text1" w:themeTint="D9"/>
          <w:sz w:val="36"/>
          <w:szCs w:val="36"/>
          <w:rtl/>
          <w:lang w:bidi="dv-MV"/>
        </w:rPr>
        <w:t>ފޫޓު</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ދުރުމިނުގައި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ބަހައްޓައި</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ކުރުމުގެ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ތައުފީޤު</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ނުދެއްވާށިއެވެ</w:t>
      </w:r>
      <w:r w:rsidRPr="008E36D7">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އަދި</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އެމީހުންނަށް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އެކަމުގެ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ހެޔޮ</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ވިސްނުން</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ދެއްވާ،</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ހެޔޮ</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މަގަށް</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މަގު</w:t>
      </w:r>
      <w:r w:rsidRPr="008E36D7">
        <w:rPr>
          <w:rFonts w:ascii="MV Utheemu" w:hAnsi="MV Utheemu" w:cs="MV Utheemu"/>
          <w:color w:val="262626" w:themeColor="text1" w:themeTint="D9"/>
          <w:sz w:val="36"/>
          <w:szCs w:val="36"/>
          <w:rtl/>
          <w:lang w:bidi="dv-MV"/>
        </w:rPr>
        <w:t xml:space="preserve"> </w:t>
      </w:r>
      <w:r w:rsidRPr="008E36D7">
        <w:rPr>
          <w:rFonts w:ascii="MV Utheemu" w:hAnsi="MV Utheemu" w:cs="MV Utheemu" w:hint="cs"/>
          <w:color w:val="262626" w:themeColor="text1" w:themeTint="D9"/>
          <w:sz w:val="36"/>
          <w:szCs w:val="36"/>
          <w:rtl/>
          <w:lang w:bidi="dv-MV"/>
        </w:rPr>
        <w:t>ދައްކަވާށިއެވެ</w:t>
      </w:r>
      <w:r w:rsidRPr="008E36D7">
        <w:rPr>
          <w:rFonts w:ascii="MV Utheemu" w:hAnsi="MV Utheemu" w:cs="MV Utheemu"/>
          <w:color w:val="262626" w:themeColor="text1" w:themeTint="D9"/>
          <w:sz w:val="36"/>
          <w:szCs w:val="36"/>
          <w:rtl/>
          <w:lang w:bidi="dv-MV"/>
        </w:rPr>
        <w:t>!</w:t>
      </w:r>
      <w:r w:rsidR="001C531A" w:rsidRPr="001C531A">
        <w:rPr>
          <w:rFonts w:ascii="MV Utheemu" w:hAnsi="MV Utheemu" w:cs="MV Utheemu"/>
          <w:color w:val="262626" w:themeColor="text1" w:themeTint="D9"/>
          <w:sz w:val="36"/>
          <w:szCs w:val="36"/>
          <w:rtl/>
          <w:lang w:bidi="dv-MV"/>
        </w:rPr>
        <w:t xml:space="preserve"> </w:t>
      </w:r>
      <w:r w:rsidR="001C531A">
        <w:rPr>
          <w:rFonts w:ascii="Arabic Typesetting" w:hAnsi="Arabic Typesetting" w:cs="Arabic Typesetting"/>
          <w:color w:val="262626" w:themeColor="text1" w:themeTint="D9"/>
          <w:sz w:val="36"/>
          <w:szCs w:val="36"/>
        </w:rPr>
        <w:sym w:font="KFGQPC Arabic Symbols 01" w:char="F025"/>
      </w:r>
      <w:r w:rsidR="001C531A">
        <w:rPr>
          <w:rFonts w:ascii="Arabic Typesetting" w:hAnsi="Arabic Typesetting" w:cs="MV Boli" w:hint="cs"/>
          <w:color w:val="262626" w:themeColor="text1" w:themeTint="D9"/>
          <w:sz w:val="36"/>
          <w:szCs w:val="36"/>
          <w:rtl/>
          <w:lang w:bidi="dv-MV"/>
        </w:rPr>
        <w:t xml:space="preserve"> </w:t>
      </w:r>
      <w:r w:rsidR="001C531A">
        <w:rPr>
          <w:rFonts w:ascii="MV Utheemu" w:hAnsi="MV Utheemu" w:cs="MV Utheemu" w:hint="cs"/>
          <w:color w:val="262626" w:themeColor="text1" w:themeTint="D9"/>
          <w:sz w:val="36"/>
          <w:szCs w:val="36"/>
          <w:rtl/>
          <w:lang w:bidi="dv-MV"/>
        </w:rPr>
        <w:t>ގަންދީ ބުނަމެވެ.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މުސްލިމް</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އިލްމުވެރިންނާއި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ވެރިންނަށް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ޣައިރު</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މުސްލިމުންގެ</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ނުފޫޒުން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އުފައްދާފައިވާ</w:t>
      </w:r>
      <w:r w:rsidR="001C531A" w:rsidRPr="001C531A">
        <w:rPr>
          <w:rFonts w:ascii="MV Utheemu" w:hAnsi="MV Utheemu" w:cs="MV Utheemu"/>
          <w:color w:val="262626" w:themeColor="text1" w:themeTint="D9"/>
          <w:sz w:val="36"/>
          <w:szCs w:val="36"/>
          <w:rtl/>
          <w:lang w:bidi="dv-MV"/>
        </w:rPr>
        <w:t xml:space="preserve"> </w:t>
      </w:r>
      <w:r w:rsidR="001C531A">
        <w:rPr>
          <w:rFonts w:ascii="MV Utheemu" w:hAnsi="MV Utheemu" w:cs="MV Utheemu" w:hint="cs"/>
          <w:color w:val="262626" w:themeColor="text1" w:themeTint="D9"/>
          <w:sz w:val="36"/>
          <w:szCs w:val="36"/>
          <w:rtl/>
          <w:lang w:bidi="dv-MV"/>
        </w:rPr>
        <w:t xml:space="preserve">މިފަދަ </w:t>
      </w:r>
      <w:r w:rsidR="001C531A" w:rsidRPr="001C531A">
        <w:rPr>
          <w:rFonts w:ascii="MV Utheemu" w:hAnsi="MV Utheemu" w:cs="MV Utheemu" w:hint="cs"/>
          <w:color w:val="262626" w:themeColor="text1" w:themeTint="D9"/>
          <w:sz w:val="36"/>
          <w:szCs w:val="36"/>
          <w:rtl/>
          <w:lang w:bidi="dv-MV"/>
        </w:rPr>
        <w:t>ބޮޑު</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ދޮގެއްކަން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އެނގިވަޑައިގަތް</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ނަމަ،</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މިފަދަ</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އެއްވެސް</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ބަދަލެއް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ގެނައުމަކަށް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އެބޭފުޅުން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ފުރުސަތެއް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ނުދެއްވީހެވެ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އެބޭފުޅުން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ވިދާޅުވިހައި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ބަހަކާއި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ކުރެއްވިހައި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ކަމެއް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ކުރެއްވީ،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ވަގުތަކު</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އެބޭފުޅުންނަށް</w:t>
      </w:r>
      <w:r w:rsidR="001C531A" w:rsidRPr="001C531A">
        <w:rPr>
          <w:rFonts w:ascii="MV Utheemu" w:hAnsi="MV Utheemu" w:cs="MV Utheemu"/>
          <w:color w:val="262626" w:themeColor="text1" w:themeTint="D9"/>
          <w:sz w:val="36"/>
          <w:szCs w:val="36"/>
          <w:rtl/>
          <w:lang w:bidi="dv-MV"/>
        </w:rPr>
        <w:t xml:space="preserve"> </w:t>
      </w:r>
      <w:r w:rsidR="001C531A">
        <w:rPr>
          <w:rFonts w:ascii="MV Utheemu" w:hAnsi="MV Utheemu" w:cs="MV Utheemu" w:hint="cs"/>
          <w:color w:val="262626" w:themeColor="text1" w:themeTint="D9"/>
          <w:sz w:val="36"/>
          <w:szCs w:val="36"/>
          <w:rtl/>
          <w:lang w:bidi="dv-MV"/>
        </w:rPr>
        <w:t xml:space="preserve">(ކާފަރުންނަށް ދެލޯކަނުކޮށް ތަބަޢަވާ ބައެއް ޞިއްޙީ މާޙިރުންގެ ފަރާތުން) </w:t>
      </w:r>
      <w:r w:rsidR="001C531A" w:rsidRPr="001C531A">
        <w:rPr>
          <w:rFonts w:ascii="MV Utheemu" w:hAnsi="MV Utheemu" w:cs="MV Utheemu" w:hint="cs"/>
          <w:color w:val="262626" w:themeColor="text1" w:themeTint="D9"/>
          <w:sz w:val="36"/>
          <w:szCs w:val="36"/>
          <w:rtl/>
          <w:lang w:bidi="dv-MV"/>
        </w:rPr>
        <w:t>ލިބިވަޑައިގެންފައިވާ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މައުލޫމާތުގެ</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މައްޗަށް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ބިނާކޮށް،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މުސްލިމުންގެ</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މަސްލަހަތަށް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އިސްކަންދެއްވައިގެންނެވެ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އެބޭފުޅުން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އެކަންކަން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ކުރެއްވީ</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މަޖުބޫރު</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ހާލަތެއްގައި،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މުސްލިމުންނަށް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ލިބިދާނެ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ގެއްލުމަކުން</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ސަލާމަތްކުރުމ</w:t>
      </w:r>
      <w:r w:rsidR="001C531A" w:rsidRPr="001C531A">
        <w:rPr>
          <w:rFonts w:ascii="MV Utheemu" w:hAnsi="MV Utheemu" w:cs="MV Utheemu"/>
          <w:color w:val="262626" w:themeColor="text1" w:themeTint="D9"/>
          <w:sz w:val="36"/>
          <w:szCs w:val="36"/>
          <w:rtl/>
          <w:lang w:bidi="dv-MV"/>
        </w:rPr>
        <w:t>ަ</w:t>
      </w:r>
      <w:r w:rsidR="001C531A" w:rsidRPr="001C531A">
        <w:rPr>
          <w:rFonts w:ascii="MV Utheemu" w:hAnsi="MV Utheemu" w:cs="MV Utheemu" w:hint="cs"/>
          <w:color w:val="262626" w:themeColor="text1" w:themeTint="D9"/>
          <w:sz w:val="36"/>
          <w:szCs w:val="36"/>
          <w:rtl/>
          <w:lang w:bidi="dv-MV"/>
        </w:rPr>
        <w:t>ށްޓަކައި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އެއީ</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އެންމެ</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ރަނގަޅު</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ގޮތް</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ކަމަށް</w:t>
      </w:r>
      <w:r w:rsidR="001C531A" w:rsidRPr="001C531A">
        <w:rPr>
          <w:rFonts w:ascii="MV Utheemu" w:hAnsi="MV Utheemu" w:cs="MV Utheemu"/>
          <w:color w:val="262626" w:themeColor="text1" w:themeTint="D9"/>
          <w:sz w:val="36"/>
          <w:szCs w:val="36"/>
          <w:rtl/>
          <w:lang w:bidi="dv-MV"/>
        </w:rPr>
        <w:t xml:space="preserve"> </w:t>
      </w:r>
      <w:r w:rsidR="001C531A" w:rsidRPr="001C531A">
        <w:rPr>
          <w:rFonts w:ascii="MV Utheemu" w:hAnsi="MV Utheemu" w:cs="MV Utheemu" w:hint="cs"/>
          <w:color w:val="262626" w:themeColor="text1" w:themeTint="D9"/>
          <w:sz w:val="36"/>
          <w:szCs w:val="36"/>
          <w:rtl/>
          <w:lang w:bidi="dv-MV"/>
        </w:rPr>
        <w:t>ދެކިވަޑައިގެންނެވެ</w:t>
      </w:r>
      <w:r w:rsidR="001C531A" w:rsidRPr="001C531A">
        <w:rPr>
          <w:rFonts w:ascii="MV Utheemu" w:hAnsi="MV Utheemu" w:cs="MV Utheemu"/>
          <w:color w:val="262626" w:themeColor="text1" w:themeTint="D9"/>
          <w:sz w:val="36"/>
          <w:szCs w:val="36"/>
          <w:rtl/>
          <w:lang w:bidi="dv-MV"/>
        </w:rPr>
        <w:t>.</w:t>
      </w:r>
      <w:r w:rsidR="001C531A">
        <w:rPr>
          <w:rFonts w:ascii="MV Utheemu" w:hAnsi="MV Utheemu" w:cs="MV Utheemu" w:hint="cs"/>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ކޯވިޑު</w:t>
      </w:r>
      <w:r w:rsidR="00781C62">
        <w:rPr>
          <w:rFonts w:ascii="MV Utheemu" w:hAnsi="MV Utheemu" w:cs="MV Utheemu"/>
          <w:color w:val="262626" w:themeColor="text1" w:themeTint="D9"/>
          <w:sz w:val="36"/>
          <w:szCs w:val="36"/>
          <w:lang w:bidi="dv-MV"/>
        </w:rPr>
        <w:t xml:space="preserve"> </w:t>
      </w:r>
      <w:r w:rsidR="00781C62">
        <w:rPr>
          <w:rFonts w:ascii="MV Utheemu" w:hAnsi="MV Utheemu" w:cs="MV Utheemu" w:hint="cs"/>
          <w:color w:val="262626" w:themeColor="text1" w:themeTint="D9"/>
          <w:sz w:val="36"/>
          <w:szCs w:val="36"/>
          <w:rtl/>
          <w:lang w:bidi="dv-MV"/>
        </w:rPr>
        <w:t>ވަހުނުގެ ތެރެއިން</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މާސްކު</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އެޅުމާއި</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ނަމާދުގެ</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ސަފުތައް</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ހަ</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ފޫޓަށް</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ދުރުކުރުމަކީ،</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ޢަޤީދާ</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ބަލިކަށިކޮށްލުމަށްޓަކައި</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ޔަހޫދީންނާއި</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ނަސާރާއިން</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ރޭވި</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ވަރުގަދަ</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މަކަރުވެރި</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ރޭވުމެއްގެ</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ބައެއްކަމާމެދު</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މިއަދު</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އެއްވެސް</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ޝައްކެއް</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ނެތެވެ</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މިކަމުގެ</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ޙަޤީޤަތް</w:t>
      </w:r>
      <w:r w:rsidR="00781C62" w:rsidRPr="00781C62">
        <w:rPr>
          <w:rFonts w:ascii="MV Utheemu" w:hAnsi="MV Utheemu" w:cs="MV Utheemu"/>
          <w:color w:val="262626" w:themeColor="text1" w:themeTint="D9"/>
          <w:sz w:val="36"/>
          <w:szCs w:val="36"/>
          <w:rtl/>
          <w:lang w:bidi="dv-MV"/>
        </w:rPr>
        <w:t xml:space="preserve"> </w:t>
      </w:r>
      <w:r w:rsidR="00781C62" w:rsidRPr="00781C62">
        <w:rPr>
          <w:rFonts w:ascii="MV Utheemu" w:hAnsi="MV Utheemu" w:cs="MV Utheemu" w:hint="cs"/>
          <w:color w:val="262626" w:themeColor="text1" w:themeTint="D9"/>
          <w:sz w:val="36"/>
          <w:szCs w:val="36"/>
          <w:rtl/>
          <w:lang w:bidi="dv-MV"/>
        </w:rPr>
        <w:t>ބަޔާންކުރައްވައި</w:t>
      </w:r>
      <w:r w:rsidR="00781C62">
        <w:rPr>
          <w:rFonts w:ascii="Scheherazade New" w:hAnsi="Scheherazade New" w:cs="MV Boli" w:hint="cs"/>
          <w:color w:val="262626" w:themeColor="text1" w:themeTint="D9"/>
          <w:sz w:val="32"/>
          <w:szCs w:val="32"/>
          <w:rtl/>
          <w:lang w:bidi="dv-MV"/>
        </w:rPr>
        <w:t xml:space="preserve"> </w:t>
      </w:r>
      <w:r w:rsidR="00781C62">
        <w:rPr>
          <w:rFonts w:ascii="Scheherazade New" w:hAnsi="Scheherazade New" w:cs="Scheherazade New"/>
          <w:color w:val="262626" w:themeColor="text1" w:themeTint="D9"/>
          <w:sz w:val="32"/>
          <w:szCs w:val="32"/>
        </w:rPr>
        <w:sym w:font="KFGQPC Arabic Symbols 01" w:char="F045"/>
      </w:r>
      <w:r w:rsidR="00781C62" w:rsidRPr="003F450E">
        <w:rPr>
          <w:rFonts w:ascii="Scheherazade New" w:hAnsi="Scheherazade New" w:cs="Scheherazade New"/>
          <w:b/>
          <w:bCs/>
          <w:color w:val="262626" w:themeColor="text1" w:themeTint="D9"/>
          <w:sz w:val="32"/>
          <w:szCs w:val="32"/>
          <w:rtl/>
        </w:rPr>
        <w:t xml:space="preserve"> </w:t>
      </w:r>
      <w:r w:rsidR="00781C62">
        <w:rPr>
          <w:rFonts w:ascii="MV Utheemu" w:hAnsi="MV Utheemu" w:cs="MV Utheemu" w:hint="cs"/>
          <w:color w:val="262626" w:themeColor="text1" w:themeTint="D9"/>
          <w:sz w:val="36"/>
          <w:szCs w:val="36"/>
          <w:rtl/>
          <w:lang w:bidi="dv-MV"/>
        </w:rPr>
        <w:t>ވަޙީކުރެއްވިއެވެ.</w:t>
      </w:r>
      <w:r w:rsidR="00781C62">
        <w:rPr>
          <w:rFonts w:ascii="MV Utheemu" w:hAnsi="MV Utheemu" w:cs="MV Utheemu" w:hint="cs"/>
          <w:color w:val="262626" w:themeColor="text1" w:themeTint="D9"/>
          <w:sz w:val="36"/>
          <w:szCs w:val="36"/>
          <w:rtl/>
          <w:lang w:bidi="dv-MV"/>
        </w:rPr>
        <w:t xml:space="preserve"> </w:t>
      </w:r>
    </w:p>
    <w:p w14:paraId="10E0CC0E" w14:textId="6025A267" w:rsidR="00781C62" w:rsidRPr="00781C62" w:rsidRDefault="00781C62" w:rsidP="00F209F0">
      <w:pPr>
        <w:bidi/>
        <w:jc w:val="both"/>
        <w:rPr>
          <w:rFonts w:ascii="MV Utheemu" w:hAnsi="MV Utheemu" w:cs="MV Utheemu"/>
          <w:color w:val="262626" w:themeColor="text1" w:themeTint="D9"/>
          <w:sz w:val="36"/>
          <w:szCs w:val="36"/>
          <w:rtl/>
          <w:lang w:bidi="dv-MV"/>
        </w:rPr>
      </w:pPr>
      <w:r w:rsidRPr="002F4CCB">
        <w:rPr>
          <w:rFonts w:ascii="Scheherazade New" w:hAnsi="Scheherazade New" w:cs="Scheherazade New"/>
          <w:b/>
          <w:bCs/>
          <w:color w:val="262626" w:themeColor="text1" w:themeTint="D9"/>
          <w:sz w:val="32"/>
          <w:szCs w:val="32"/>
          <w:rtl/>
        </w:rPr>
        <w:t>﴿</w:t>
      </w:r>
      <w:r w:rsidRPr="002F4CCB">
        <w:rPr>
          <w:rtl/>
        </w:rPr>
        <w:t xml:space="preserve"> </w:t>
      </w:r>
      <w:r w:rsidRPr="00781C62">
        <w:rPr>
          <w:rFonts w:ascii="Scheherazade New" w:hAnsi="Scheherazade New" w:cs="Scheherazade New" w:hint="cs"/>
          <w:b/>
          <w:bCs/>
          <w:color w:val="262626" w:themeColor="text1" w:themeTint="D9"/>
          <w:sz w:val="32"/>
          <w:szCs w:val="32"/>
          <w:rtl/>
        </w:rPr>
        <w:t>إِنَّهُمْ</w:t>
      </w:r>
      <w:r w:rsidRPr="00781C62">
        <w:rPr>
          <w:rFonts w:ascii="Scheherazade New" w:hAnsi="Scheherazade New" w:cs="Scheherazade New"/>
          <w:b/>
          <w:bCs/>
          <w:color w:val="262626" w:themeColor="text1" w:themeTint="D9"/>
          <w:sz w:val="32"/>
          <w:szCs w:val="32"/>
          <w:rtl/>
        </w:rPr>
        <w:t xml:space="preserve"> </w:t>
      </w:r>
      <w:r w:rsidRPr="00781C62">
        <w:rPr>
          <w:rFonts w:ascii="Scheherazade New" w:hAnsi="Scheherazade New" w:cs="Scheherazade New" w:hint="cs"/>
          <w:b/>
          <w:bCs/>
          <w:color w:val="262626" w:themeColor="text1" w:themeTint="D9"/>
          <w:sz w:val="32"/>
          <w:szCs w:val="32"/>
          <w:rtl/>
        </w:rPr>
        <w:t>يَكِيدُونَ</w:t>
      </w:r>
      <w:r w:rsidRPr="00781C62">
        <w:rPr>
          <w:rFonts w:ascii="Scheherazade New" w:hAnsi="Scheherazade New" w:cs="Scheherazade New"/>
          <w:b/>
          <w:bCs/>
          <w:color w:val="262626" w:themeColor="text1" w:themeTint="D9"/>
          <w:sz w:val="32"/>
          <w:szCs w:val="32"/>
          <w:rtl/>
        </w:rPr>
        <w:t xml:space="preserve"> </w:t>
      </w:r>
      <w:r w:rsidRPr="00781C62">
        <w:rPr>
          <w:rFonts w:ascii="Scheherazade New" w:hAnsi="Scheherazade New" w:cs="Scheherazade New" w:hint="cs"/>
          <w:b/>
          <w:bCs/>
          <w:color w:val="262626" w:themeColor="text1" w:themeTint="D9"/>
          <w:sz w:val="32"/>
          <w:szCs w:val="32"/>
          <w:rtl/>
        </w:rPr>
        <w:t>كَيْدًا</w:t>
      </w:r>
      <w:r w:rsidRPr="00781C62">
        <w:rPr>
          <w:rFonts w:ascii="Scheherazade New" w:hAnsi="Scheherazade New" w:cs="Scheherazade New"/>
          <w:b/>
          <w:bCs/>
          <w:color w:val="262626" w:themeColor="text1" w:themeTint="D9"/>
          <w:sz w:val="32"/>
          <w:szCs w:val="32"/>
          <w:rtl/>
        </w:rPr>
        <w:t xml:space="preserve"> * </w:t>
      </w:r>
      <w:r w:rsidRPr="00781C62">
        <w:rPr>
          <w:rFonts w:ascii="Scheherazade New" w:hAnsi="Scheherazade New" w:cs="Scheherazade New" w:hint="cs"/>
          <w:b/>
          <w:bCs/>
          <w:color w:val="262626" w:themeColor="text1" w:themeTint="D9"/>
          <w:sz w:val="32"/>
          <w:szCs w:val="32"/>
          <w:rtl/>
        </w:rPr>
        <w:t>وَأَكِيدُ</w:t>
      </w:r>
      <w:r w:rsidRPr="00781C62">
        <w:rPr>
          <w:rFonts w:ascii="Scheherazade New" w:hAnsi="Scheherazade New" w:cs="Scheherazade New"/>
          <w:b/>
          <w:bCs/>
          <w:color w:val="262626" w:themeColor="text1" w:themeTint="D9"/>
          <w:sz w:val="32"/>
          <w:szCs w:val="32"/>
          <w:rtl/>
        </w:rPr>
        <w:t xml:space="preserve"> </w:t>
      </w:r>
      <w:r w:rsidRPr="00781C62">
        <w:rPr>
          <w:rFonts w:ascii="Scheherazade New" w:hAnsi="Scheherazade New" w:cs="Scheherazade New" w:hint="cs"/>
          <w:b/>
          <w:bCs/>
          <w:color w:val="262626" w:themeColor="text1" w:themeTint="D9"/>
          <w:sz w:val="32"/>
          <w:szCs w:val="32"/>
          <w:rtl/>
        </w:rPr>
        <w:t>كَيْدًا</w:t>
      </w:r>
      <w:r w:rsidRPr="00781C62">
        <w:rPr>
          <w:rFonts w:ascii="Scheherazade New" w:hAnsi="Scheherazade New" w:cs="Scheherazade New"/>
          <w:b/>
          <w:bCs/>
          <w:color w:val="262626" w:themeColor="text1" w:themeTint="D9"/>
          <w:sz w:val="32"/>
          <w:szCs w:val="32"/>
          <w:rtl/>
        </w:rPr>
        <w:t xml:space="preserve"> </w:t>
      </w:r>
      <w:r w:rsidRPr="0033043D">
        <w:rPr>
          <w:rFonts w:ascii="Scheherazade New" w:hAnsi="Scheherazade New" w:cs="Scheherazade New"/>
          <w:color w:val="262626" w:themeColor="text1" w:themeTint="D9"/>
          <w:sz w:val="32"/>
          <w:szCs w:val="32"/>
          <w:rtl/>
        </w:rPr>
        <w:t xml:space="preserve">﴾ </w:t>
      </w:r>
      <w:r w:rsidRPr="00781C62">
        <w:rPr>
          <w:rFonts w:ascii="Scheherazade New" w:hAnsi="Scheherazade New" w:cs="Scheherazade New"/>
          <w:szCs w:val="24"/>
          <w:rtl/>
        </w:rPr>
        <w:t>[</w:t>
      </w:r>
      <w:r w:rsidRPr="00781C62">
        <w:rPr>
          <w:rFonts w:ascii="Scheherazade New" w:hAnsi="Scheherazade New" w:cs="Scheherazade New" w:hint="cs"/>
          <w:szCs w:val="24"/>
          <w:rtl/>
        </w:rPr>
        <w:t>سورة</w:t>
      </w:r>
      <w:r w:rsidRPr="00781C62">
        <w:rPr>
          <w:rFonts w:ascii="Scheherazade New" w:hAnsi="Scheherazade New" w:cs="Scheherazade New"/>
          <w:szCs w:val="24"/>
          <w:rtl/>
        </w:rPr>
        <w:t xml:space="preserve"> </w:t>
      </w:r>
      <w:r w:rsidRPr="00781C62">
        <w:rPr>
          <w:rFonts w:ascii="Scheherazade New" w:hAnsi="Scheherazade New" w:cs="Scheherazade New" w:hint="cs"/>
          <w:szCs w:val="24"/>
          <w:rtl/>
        </w:rPr>
        <w:t>الطارق</w:t>
      </w:r>
      <w:r w:rsidRPr="00781C62">
        <w:rPr>
          <w:rFonts w:ascii="Scheherazade New" w:hAnsi="Scheherazade New" w:cs="Scheherazade New"/>
          <w:szCs w:val="24"/>
          <w:rtl/>
        </w:rPr>
        <w:t>: 15-16]</w:t>
      </w:r>
      <w:r>
        <w:rPr>
          <w:rFonts w:ascii="MV Utheemu" w:hAnsi="MV Utheemu" w:cs="MV Utheemu" w:hint="cs"/>
          <w:color w:val="262626" w:themeColor="text1" w:themeTint="D9"/>
          <w:sz w:val="36"/>
          <w:szCs w:val="36"/>
          <w:rtl/>
          <w:lang w:bidi="dv-MV"/>
        </w:rPr>
        <w:t xml:space="preserve"> </w:t>
      </w:r>
      <w:r w:rsidRPr="00781C62">
        <w:rPr>
          <w:rFonts w:ascii="MV Utheemu" w:hAnsi="MV Utheemu" w:cs="MV Utheemu"/>
          <w:b/>
          <w:bCs/>
          <w:color w:val="262626" w:themeColor="text1" w:themeTint="D9"/>
          <w:sz w:val="36"/>
          <w:szCs w:val="36"/>
          <w:rtl/>
          <w:lang w:bidi="dv-MV"/>
        </w:rPr>
        <w:t>"</w:t>
      </w:r>
      <w:r w:rsidRPr="00781C62">
        <w:rPr>
          <w:rFonts w:ascii="MV Utheemu" w:hAnsi="MV Utheemu" w:cs="MV Utheemu" w:hint="cs"/>
          <w:b/>
          <w:bCs/>
          <w:color w:val="262626" w:themeColor="text1" w:themeTint="D9"/>
          <w:sz w:val="36"/>
          <w:szCs w:val="36"/>
          <w:rtl/>
          <w:lang w:bidi="dv-MV"/>
        </w:rPr>
        <w:t>ހަމަކަށަވަރުން،</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އެއުރެން</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ކަލޭގެފާނާ</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ދެކޮޅަށް</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މަކަރުވެރި</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ރޭވުމެއް</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ރާވަތެވެ</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އަދި</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ތިމަންރަސްކަލާނގެވެސް</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ރޭއްވެވުމެއް</w:t>
      </w:r>
      <w:r w:rsidRPr="00781C62">
        <w:rPr>
          <w:rFonts w:ascii="MV Utheemu" w:hAnsi="MV Utheemu" w:cs="MV Utheemu"/>
          <w:b/>
          <w:bCs/>
          <w:color w:val="262626" w:themeColor="text1" w:themeTint="D9"/>
          <w:sz w:val="36"/>
          <w:szCs w:val="36"/>
          <w:rtl/>
          <w:lang w:bidi="dv-MV"/>
        </w:rPr>
        <w:t xml:space="preserve"> </w:t>
      </w:r>
      <w:r w:rsidRPr="00781C62">
        <w:rPr>
          <w:rFonts w:ascii="MV Utheemu" w:hAnsi="MV Utheemu" w:cs="MV Utheemu" w:hint="cs"/>
          <w:b/>
          <w:bCs/>
          <w:color w:val="262626" w:themeColor="text1" w:themeTint="D9"/>
          <w:sz w:val="36"/>
          <w:szCs w:val="36"/>
          <w:rtl/>
          <w:lang w:bidi="dv-MV"/>
        </w:rPr>
        <w:t>ރާއްވަވަމެވެ</w:t>
      </w:r>
      <w:r w:rsidRPr="00781C62">
        <w:rPr>
          <w:rFonts w:ascii="MV Utheemu" w:hAnsi="MV Utheemu" w:cs="MV Utheemu"/>
          <w:b/>
          <w:bCs/>
          <w:color w:val="262626" w:themeColor="text1" w:themeTint="D9"/>
          <w:sz w:val="36"/>
          <w:szCs w:val="36"/>
          <w:lang w:bidi="dv-MV"/>
        </w:rPr>
        <w:t>.</w:t>
      </w:r>
      <w:r w:rsidRPr="00781C62">
        <w:rPr>
          <w:rFonts w:ascii="MV Utheemu" w:hAnsi="MV Utheemu" w:cs="MV Utheemu" w:hint="cs"/>
          <w:b/>
          <w:bCs/>
          <w:color w:val="262626" w:themeColor="text1" w:themeTint="D9"/>
          <w:sz w:val="36"/>
          <w:szCs w:val="36"/>
          <w:rtl/>
          <w:lang w:bidi="dv-MV"/>
        </w:rPr>
        <w:t>"</w:t>
      </w:r>
    </w:p>
    <w:p w14:paraId="42CFD4EF" w14:textId="6E28AF89" w:rsidR="00781C62" w:rsidRDefault="00781C62" w:rsidP="00781C62">
      <w:pPr>
        <w:bidi/>
        <w:jc w:val="both"/>
        <w:rPr>
          <w:rFonts w:ascii="MV Utheemu" w:hAnsi="MV Utheemu" w:cs="MV Utheemu"/>
          <w:color w:val="262626" w:themeColor="text1" w:themeTint="D9"/>
          <w:sz w:val="36"/>
          <w:szCs w:val="36"/>
          <w:rtl/>
        </w:rPr>
      </w:pPr>
      <w:r w:rsidRPr="00781C62">
        <w:rPr>
          <w:rFonts w:ascii="MV Utheemu" w:hAnsi="MV Utheemu" w:cs="MV Utheemu" w:hint="cs"/>
          <w:color w:val="262626" w:themeColor="text1" w:themeTint="D9"/>
          <w:sz w:val="36"/>
          <w:szCs w:val="36"/>
          <w:rtl/>
          <w:lang w:bidi="dv-MV"/>
        </w:rPr>
        <w:lastRenderedPageBreak/>
        <w:t>ދުޢާއަކީ،</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ކާފަރުންނާއި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މުލްޙިދުން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ފަތުރާ</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ވަހުމީ</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ބިރުވެރިކަމުންނާއި،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އިބްލީސްގެ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ނުބައި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ވަސްވާސްތަކުން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މުސްލިމް</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އުންމަތް</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ރައްކާތެރިކޮށްދެއްވުމެވެ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ކޮންމެފަދަ</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ނާޒުކު</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ޙާލަތެއްގައިވެސް،</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ފަނާވެދަނިވި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މާއްދީ</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ސަބަބުތަކަށްވުރެ</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ބޮޑަށް،</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އެންމެހާ</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ކަންކަމުގެ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މިލްކުވެރި</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ރައްބުގެ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ކުޅަދުންވަންތަކަމާއި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ތައުޙީދުގެ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ސާފު</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ޢަޤީދާގައި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ސާބިތުވެ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ތިބުމުގެ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ތައުފީޤު</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އަޅަމެންނަށް</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ދެއްވާށިއެވެ</w:t>
      </w:r>
      <w:r w:rsidRPr="00781C62">
        <w:rPr>
          <w:rFonts w:ascii="MV Utheemu" w:hAnsi="MV Utheemu" w:cs="MV Utheemu"/>
          <w:color w:val="262626" w:themeColor="text1" w:themeTint="D9"/>
          <w:sz w:val="36"/>
          <w:szCs w:val="36"/>
          <w:lang w:bidi="dv-MV"/>
        </w:rPr>
        <w:t>!</w:t>
      </w:r>
      <w:r>
        <w:rPr>
          <w:rFonts w:ascii="MV Utheemu" w:hAnsi="MV Utheemu" w:cs="MV Utheemu" w:hint="cs"/>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ފަހެ،</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ޙަޤީޤީ</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ރައްކާތެރިކަމާއި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އަމާންކަން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ވަނީ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ހަމައެކަނި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މާތް</w:t>
      </w:r>
      <w:r w:rsidRPr="00781C62">
        <w:rPr>
          <w:rFonts w:ascii="MV Utheemu" w:hAnsi="MV Utheemu" w:cs="MV Utheemu"/>
          <w:color w:val="262626" w:themeColor="text1" w:themeTint="D9"/>
          <w:sz w:val="36"/>
          <w:szCs w:val="36"/>
          <w:rtl/>
          <w:lang w:bidi="dv-MV"/>
        </w:rPr>
        <w:t xml:space="preserve"> </w:t>
      </w:r>
      <w:r w:rsidR="004F6304">
        <w:rPr>
          <w:rFonts w:ascii="Arabic Typesetting" w:hAnsi="Arabic Typesetting" w:cs="Arabic Typesetting"/>
          <w:color w:val="262626" w:themeColor="text1" w:themeTint="D9"/>
          <w:sz w:val="36"/>
          <w:szCs w:val="36"/>
        </w:rPr>
        <w:sym w:font="KFGQPC Arabic Symbols 01" w:char="F025"/>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ޙަޟްރަތުންނެވެ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އެކަލާނގެ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ޝަރުޢުކުރައްވާފައި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ނުވާ</w:t>
      </w:r>
      <w:r w:rsidR="004F6304">
        <w:rPr>
          <w:rFonts w:ascii="MV Utheemu" w:hAnsi="MV Utheemu" w:cs="MV Utheemu" w:hint="cs"/>
          <w:color w:val="262626" w:themeColor="text1" w:themeTint="D9"/>
          <w:sz w:val="36"/>
          <w:szCs w:val="36"/>
          <w:rtl/>
          <w:lang w:bidi="dv-MV"/>
        </w:rPr>
        <w:t xml:space="preserve"> އަދި ޚަލްޤުކުރައްވާފައިނުވާ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ކަންކަމަށް</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ބަރޯސާވުމުގެ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ނުބައިކަމުން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އަޅަމެން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ދުރުކުރައްވައި،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ނަބަވީ</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އިރުޝާދުތަކުގެ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އަލީގައި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ސާފު</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ސީދާ</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މަގުން</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ހިނގުމުގެ</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ހިތްވަރާއި</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ފަންވަރު</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އަޅަމެންނަށް</w:t>
      </w:r>
      <w:r w:rsidRPr="00781C62">
        <w:rPr>
          <w:rFonts w:ascii="MV Utheemu" w:hAnsi="MV Utheemu" w:cs="MV Utheemu"/>
          <w:color w:val="262626" w:themeColor="text1" w:themeTint="D9"/>
          <w:sz w:val="36"/>
          <w:szCs w:val="36"/>
          <w:rtl/>
          <w:lang w:bidi="dv-MV"/>
        </w:rPr>
        <w:t xml:space="preserve"> </w:t>
      </w:r>
      <w:r w:rsidRPr="00781C62">
        <w:rPr>
          <w:rFonts w:ascii="MV Utheemu" w:hAnsi="MV Utheemu" w:cs="MV Utheemu" w:hint="cs"/>
          <w:color w:val="262626" w:themeColor="text1" w:themeTint="D9"/>
          <w:sz w:val="36"/>
          <w:szCs w:val="36"/>
          <w:rtl/>
          <w:lang w:bidi="dv-MV"/>
        </w:rPr>
        <w:t>ދެއްވާށިއެވެ</w:t>
      </w:r>
      <w:r w:rsidRPr="00781C62">
        <w:rPr>
          <w:rFonts w:ascii="MV Utheemu" w:hAnsi="MV Utheemu" w:cs="MV Utheemu"/>
          <w:color w:val="262626" w:themeColor="text1" w:themeTint="D9"/>
          <w:sz w:val="36"/>
          <w:szCs w:val="36"/>
          <w:rtl/>
          <w:lang w:bidi="dv-MV"/>
        </w:rPr>
        <w:t>!</w:t>
      </w:r>
    </w:p>
    <w:p w14:paraId="3BE96A87" w14:textId="414DC51F" w:rsidR="00016228" w:rsidRPr="00E304C7" w:rsidRDefault="00397AE0" w:rsidP="009B1B20">
      <w:pPr>
        <w:bidi/>
        <w:jc w:val="both"/>
        <w:rPr>
          <w:rFonts w:cs="KFGQPC Uthman Taha Naskh"/>
          <w:b/>
          <w:bCs/>
          <w:sz w:val="28"/>
          <w:szCs w:val="28"/>
        </w:rPr>
      </w:pPr>
      <w:r w:rsidRPr="00E304C7">
        <w:rPr>
          <w:rFonts w:cs="KFGQPC Uthman Taha Naskh"/>
          <w:b/>
          <w:bCs/>
          <w:sz w:val="28"/>
          <w:szCs w:val="28"/>
          <w:rtl/>
        </w:rPr>
        <w:t>وصلى الله وسلم وبارك على نبينا محمد، وعلى آله وصحبه اجمعين. غفر الله لوالدي ولجميع المسلمين، ورحم الله والدي رحمة واسعة، واسكنه فسيح جناته. ووفقنا الله واياكم لما يحب ويرضى.</w:t>
      </w:r>
      <w:r w:rsidR="00E304C7" w:rsidRPr="00E304C7">
        <w:rPr>
          <w:rFonts w:cs="KFGQPC Uthman Taha Naskh"/>
          <w:b/>
          <w:bCs/>
          <w:sz w:val="28"/>
          <w:szCs w:val="28"/>
        </w:rPr>
        <w:t xml:space="preserve"> </w:t>
      </w:r>
    </w:p>
    <w:p w14:paraId="593D7CFD" w14:textId="3561B7E1" w:rsidR="00FA6DB2" w:rsidRPr="000255CF" w:rsidRDefault="000255CF" w:rsidP="000255CF">
      <w:pPr>
        <w:pStyle w:val="ListParagraph"/>
        <w:numPr>
          <w:ilvl w:val="0"/>
          <w:numId w:val="17"/>
        </w:numPr>
        <w:bidi/>
        <w:jc w:val="both"/>
        <w:rPr>
          <w:rFonts w:ascii="MV Utheemu" w:hAnsi="MV Utheemu" w:cs="MV Utheemu"/>
          <w:rtl/>
          <w:lang w:bidi="dv-MV"/>
        </w:rPr>
      </w:pPr>
      <w:r>
        <w:rPr>
          <w:rFonts w:cs="KFGQPC Uthman Taha Naskh"/>
          <w:sz w:val="20"/>
          <w:szCs w:val="20"/>
        </w:rPr>
        <w:t>9</w:t>
      </w:r>
      <w:r w:rsidR="00580D6D" w:rsidRPr="00F7762F">
        <w:rPr>
          <w:rFonts w:cs="KFGQPC Uthman Taha Naskh"/>
          <w:sz w:val="20"/>
          <w:szCs w:val="20"/>
          <w:rtl/>
        </w:rPr>
        <w:t xml:space="preserve"> </w:t>
      </w:r>
      <w:r w:rsidR="00F7762F" w:rsidRPr="00F7762F">
        <w:rPr>
          <w:rFonts w:cs="KFGQPC Uthman Taha Naskh"/>
          <w:sz w:val="20"/>
          <w:szCs w:val="20"/>
          <w:rtl/>
        </w:rPr>
        <w:t xml:space="preserve">شَعْبَان </w:t>
      </w:r>
      <w:r w:rsidR="00580D6D" w:rsidRPr="00F7762F">
        <w:rPr>
          <w:rFonts w:cs="KFGQPC Uthman Taha Naskh"/>
          <w:sz w:val="20"/>
          <w:szCs w:val="20"/>
          <w:rtl/>
        </w:rPr>
        <w:t xml:space="preserve">1447 </w:t>
      </w:r>
      <w:proofErr w:type="gramStart"/>
      <w:r w:rsidR="00580D6D" w:rsidRPr="00F7762F">
        <w:rPr>
          <w:rFonts w:cs="KFGQPC Uthman Taha Naskh"/>
          <w:sz w:val="20"/>
          <w:szCs w:val="20"/>
          <w:rtl/>
        </w:rPr>
        <w:t>هـ</w:t>
      </w:r>
      <w:r w:rsidR="00580D6D" w:rsidRPr="00F7762F">
        <w:rPr>
          <w:rFonts w:cs="KFGQPC Uthman Taha Naskh" w:hint="cs"/>
          <w:sz w:val="20"/>
          <w:szCs w:val="20"/>
          <w:rtl/>
        </w:rPr>
        <w:t xml:space="preserve"> </w:t>
      </w:r>
      <w:r w:rsidR="00580D6D" w:rsidRPr="00F7762F">
        <w:rPr>
          <w:rFonts w:ascii="MV Utheemu" w:hAnsi="MV Utheemu" w:cs="MV Utheemu" w:hint="cs"/>
          <w:rtl/>
          <w:lang w:bidi="dv-MV"/>
        </w:rPr>
        <w:t xml:space="preserve"> </w:t>
      </w:r>
      <w:r>
        <w:rPr>
          <w:rFonts w:ascii="MV Utheemu" w:hAnsi="MV Utheemu" w:cs="MV Utheemu" w:hint="cs"/>
          <w:rtl/>
          <w:lang w:bidi="dv-MV"/>
        </w:rPr>
        <w:t>(</w:t>
      </w:r>
      <w:proofErr w:type="gramEnd"/>
      <w:r>
        <w:rPr>
          <w:rFonts w:ascii="MV Utheemu" w:hAnsi="MV Utheemu" w:cs="MV Utheemu" w:hint="cs"/>
          <w:rtl/>
          <w:lang w:bidi="dv-MV"/>
        </w:rPr>
        <w:t xml:space="preserve">26 </w:t>
      </w:r>
      <w:r w:rsidRPr="000255CF">
        <w:rPr>
          <w:rFonts w:ascii="MV Utheemu" w:hAnsi="MV Utheemu" w:cs="MV Utheemu" w:hint="cs"/>
          <w:rtl/>
          <w:lang w:bidi="dv-MV"/>
        </w:rPr>
        <w:t xml:space="preserve">ޖެނުއަރީ </w:t>
      </w:r>
      <w:r w:rsidRPr="000255CF">
        <w:rPr>
          <w:rFonts w:ascii="MV Utheemu" w:hAnsi="MV Utheemu" w:cs="MV Utheemu"/>
          <w:lang w:bidi="dv-MV"/>
        </w:rPr>
        <w:t>2026</w:t>
      </w:r>
      <w:r>
        <w:rPr>
          <w:rFonts w:ascii="MV Utheemu" w:hAnsi="MV Utheemu" w:cs="MV Utheemu" w:hint="cs"/>
          <w:rtl/>
          <w:lang w:bidi="dv-MV"/>
        </w:rPr>
        <w:t>)</w:t>
      </w:r>
      <w:r w:rsidR="00580D6D" w:rsidRPr="000255CF">
        <w:rPr>
          <w:rFonts w:ascii="MV Utheemu" w:hAnsi="MV Utheemu" w:cs="MV Utheemu" w:hint="cs"/>
          <w:rtl/>
          <w:lang w:bidi="dv-MV"/>
        </w:rPr>
        <w:t xml:space="preserve"> </w:t>
      </w:r>
    </w:p>
    <w:p w14:paraId="5021FF27" w14:textId="649CC4B2" w:rsidR="007907C2" w:rsidRDefault="00406D76" w:rsidP="007907C2">
      <w:pPr>
        <w:bidi/>
        <w:ind w:left="360"/>
        <w:jc w:val="both"/>
        <w:rPr>
          <w:rFonts w:ascii="A Thuluth" w:hAnsi="A Thuluth" w:cs="A Thuluth"/>
          <w:b/>
          <w:bCs/>
          <w:sz w:val="36"/>
          <w:szCs w:val="36"/>
        </w:rPr>
      </w:pPr>
      <w:r w:rsidRPr="000255CF">
        <w:rPr>
          <w:rFonts w:ascii="A Thuluth" w:hAnsi="A Thuluth" w:cs="A Thuluth"/>
          <w:b/>
          <w:bCs/>
          <w:sz w:val="36"/>
          <w:szCs w:val="36"/>
          <w:rtl/>
        </w:rPr>
        <w:t>إِسْمَاعِيلُ بْنُ رَفِيقٍ مُحَمَّدٍ الْمَالْدِيفِي</w:t>
      </w:r>
    </w:p>
    <w:p w14:paraId="73ECB5EE" w14:textId="05D0C6A7" w:rsidR="00DB1C28" w:rsidRPr="00781C62" w:rsidRDefault="00781C62" w:rsidP="00781C62">
      <w:pPr>
        <w:bidi/>
        <w:jc w:val="both"/>
        <w:rPr>
          <w:rFonts w:ascii="MV Utheemu" w:hAnsi="MV Utheemu" w:cs="MV Utheemu"/>
          <w:lang w:bidi="dv-MV"/>
        </w:rPr>
      </w:pPr>
      <w:r w:rsidRPr="000255CF">
        <w:rPr>
          <w:rFonts w:ascii="MV Utheemu" w:hAnsi="MV Utheemu" w:cs="MV Utheemu"/>
          <w:b/>
          <w:bCs/>
          <w:rtl/>
          <w:lang w:bidi="dv-MV"/>
        </w:rPr>
        <w:t>ނޯޓް:</w:t>
      </w:r>
      <w:r w:rsidRPr="000255CF">
        <w:rPr>
          <w:rFonts w:ascii="MV Utheemu" w:hAnsi="MV Utheemu" w:cs="MV Utheemu"/>
          <w:rtl/>
          <w:lang w:bidi="dv-MV"/>
        </w:rPr>
        <w:t xml:space="preserve"> މި ލިޔުމުގައި އެއްވެސް ކުށެއްވޭތޯ ބެއްލެވުމަށްޓަކައި، މަދީނާގެ އިސްލާމީ ޔުނިވަރސިޓީގެ ދަސްވެނިއަކަށް އަޅުގަނޑު ފޮނުވީމެވެ. އެ ބޭފުޅާ ބެއްލެވި ބެއްލެވުމުގައި ބޮޑު ގޯހެއް ފާހަގަކުރެވިފައެއް ނުވެއެވެ. އެބޭފުޅާގެ ހެޔޮ ކަންތައްތަކުގެ މީޒާނުގައި އެކަން ލެއްވުމަށް ދުޢާކުރަމެވެ. އެހެންނަމަވެސް، އެއްވެސް ކުށެއް ނުވަތަ އުނިކަމެއް ތިބާއަށް ފާހަގަކުރެއްވިއްޖެނަމަ، އެކަން އަޅުގަނޑަށް އަންގަވައިދެއްވުމަކީ އަޅުގަނޑުގެ ވަރަށް ބޮޑު އެދުމެކެވެ. މި އަކުރުތައް މި ލިޔަނީ، އަޅުގެ ރައްބު މިހިނދު ބައްލަވާވޮޑިގެންވާކަން ނޭވާ ހިނގާފަދައިން ދަންނަ ހާލުގައެވެ. އެދުމަކީ އެކަލާނގެއާ ބައްދަލުކުރާއިރު، އަޅުގަނޑުގެ ލިޔުމުގެ ކުށްތައް އިޞްލާޙުކުރެވިފައި ހުރުމެވެ. އަދި </w:t>
      </w:r>
      <w:r>
        <w:rPr>
          <w:rFonts w:ascii="MV Utheemu" w:hAnsi="MV Utheemu" w:cs="MV Utheemu" w:hint="cs"/>
          <w:rtl/>
          <w:lang w:bidi="dv-MV"/>
        </w:rPr>
        <w:t>ދުޢާއަކީ</w:t>
      </w:r>
      <w:r w:rsidRPr="000255CF">
        <w:rPr>
          <w:rFonts w:ascii="MV Utheemu" w:hAnsi="MV Utheemu" w:cs="MV Utheemu"/>
          <w:rtl/>
          <w:lang w:bidi="dv-MV"/>
        </w:rPr>
        <w:t xml:space="preserve"> އަޅުގަނޑު މަރުވުމަށްފަހުވެސް ފައިދާކުރަނިވި ހެޔޮ ޢަމަލެއް ކަމުގައި ލެއްވު</w:t>
      </w:r>
      <w:r>
        <w:rPr>
          <w:rFonts w:ascii="MV Utheemu" w:hAnsi="MV Utheemu" w:cs="MV Utheemu" w:hint="cs"/>
          <w:rtl/>
          <w:lang w:bidi="dv-MV"/>
        </w:rPr>
        <w:t>މެވެ.</w:t>
      </w:r>
      <w:r w:rsidRPr="000255CF">
        <w:rPr>
          <w:rFonts w:ascii="MV Utheemu" w:hAnsi="MV Utheemu" w:cs="MV Utheemu"/>
          <w:rtl/>
          <w:lang w:bidi="dv-MV"/>
        </w:rPr>
        <w:t xml:space="preserve"> ހަމަކަށަވަރުން އަޖަލު ގާތްވެގެންވެއެވެ. އެކަލާނގެއީ ހުރިހާ އަޑެއް އައްސަވާވޮޑިގެންވާ، ދުޢާ އިޖާބަކުރައްވާ ރަސްކަލާނގެއެވ</w:t>
      </w:r>
      <w:r>
        <w:rPr>
          <w:rFonts w:ascii="MV Utheemu" w:hAnsi="MV Utheemu" w:cs="MV Utheemu" w:hint="cs"/>
          <w:rtl/>
          <w:lang w:bidi="dv-MV"/>
        </w:rPr>
        <w:t>ެ</w:t>
      </w:r>
      <w:r w:rsidRPr="000255CF">
        <w:rPr>
          <w:rFonts w:ascii="MV Utheemu" w:hAnsi="MV Utheemu" w:cs="KFGQPC Uthman Taha Naskh"/>
          <w:rtl/>
          <w:lang w:bidi="dv-MV"/>
        </w:rPr>
        <w:t xml:space="preserve">. </w:t>
      </w:r>
      <w:r w:rsidRPr="000255CF">
        <w:rPr>
          <w:rFonts w:ascii="MV Utheemu" w:hAnsi="MV Utheemu" w:cs="MV Utheemu"/>
          <w:rtl/>
          <w:lang w:bidi="dv-MV"/>
        </w:rPr>
        <w:t xml:space="preserve">ކުށް އިޞްލާޙުކުރުމަށް </w:t>
      </w:r>
      <w:hyperlink r:id="rId8" w:history="1">
        <w:r w:rsidRPr="000255CF">
          <w:rPr>
            <w:rStyle w:val="Hyperlink"/>
            <w:rFonts w:ascii="MV Utheemu" w:hAnsi="MV Utheemu" w:cs="MV Utheemu"/>
          </w:rPr>
          <w:t>https://t.me/ismailmv</w:t>
        </w:r>
      </w:hyperlink>
      <w:r w:rsidRPr="000255CF">
        <w:rPr>
          <w:rFonts w:ascii="MV Utheemu" w:hAnsi="MV Utheemu" w:cs="MV Utheemu"/>
          <w:rtl/>
          <w:lang w:bidi="dv-MV"/>
        </w:rPr>
        <w:t xml:space="preserve"> އަށް މެސެޖުކުރެއްވުން އެދެމެވެ.</w:t>
      </w:r>
      <w:r>
        <w:rPr>
          <w:rFonts w:ascii="MV Utheemu" w:hAnsi="MV Utheemu" w:cs="MV Utheemu" w:hint="cs"/>
          <w:rtl/>
          <w:lang w:bidi="dv-MV"/>
        </w:rPr>
        <w:t xml:space="preserve"> </w:t>
      </w:r>
      <w:r w:rsidRPr="000255CF">
        <w:rPr>
          <w:rFonts w:ascii="MV Utheemu" w:hAnsi="MV Utheemu" w:cs="MV Utheemu"/>
          <w:rtl/>
          <w:lang w:bidi="dv-MV"/>
        </w:rPr>
        <w:t xml:space="preserve">އެންމެ މޮޅަށް ދެނެވޮޑިގެންވަނީ މާތް </w:t>
      </w:r>
      <w:r w:rsidRPr="0064213B">
        <w:rPr>
          <w:rFonts w:ascii="Arabic Typesetting" w:hAnsi="Arabic Typesetting" w:cs="Arabic Typesetting"/>
          <w:color w:val="262626" w:themeColor="text1" w:themeTint="D9"/>
        </w:rPr>
        <w:sym w:font="KFGQPC Arabic Symbols 01" w:char="F025"/>
      </w:r>
      <w:r w:rsidRPr="000255CF">
        <w:rPr>
          <w:rFonts w:ascii="MV Utheemu" w:hAnsi="MV Utheemu" w:cs="MV Utheemu"/>
          <w:rtl/>
          <w:lang w:bidi="dv-MV"/>
        </w:rPr>
        <w:t xml:space="preserve"> އެވެ.</w:t>
      </w:r>
    </w:p>
    <w:sectPr w:rsidR="00DB1C28" w:rsidRPr="00781C62" w:rsidSect="00250808">
      <w:headerReference w:type="default" r:id="rId9"/>
      <w:footerReference w:type="default" r:id="rId10"/>
      <w:headerReference w:type="first" r:id="rId11"/>
      <w:endnotePr>
        <w:numFmt w:val="decimal"/>
      </w:endnotePr>
      <w:pgSz w:w="12240" w:h="15840"/>
      <w:pgMar w:top="1440" w:right="990" w:bottom="900" w:left="99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D8DE1" w14:textId="77777777" w:rsidR="0042073C" w:rsidRDefault="0042073C">
      <w:pPr>
        <w:spacing w:after="0" w:line="240" w:lineRule="auto"/>
      </w:pPr>
      <w:r>
        <w:separator/>
      </w:r>
    </w:p>
  </w:endnote>
  <w:endnote w:type="continuationSeparator" w:id="0">
    <w:p w14:paraId="043F4DBA" w14:textId="77777777" w:rsidR="0042073C" w:rsidRDefault="0042073C">
      <w:pPr>
        <w:spacing w:after="0" w:line="240" w:lineRule="auto"/>
      </w:pPr>
      <w:r>
        <w:continuationSeparator/>
      </w:r>
    </w:p>
  </w:endnote>
  <w:endnote w:id="1">
    <w:p w14:paraId="0967644A" w14:textId="77777777" w:rsidR="00CA61CD" w:rsidRPr="00A35EF2" w:rsidRDefault="00CA61CD" w:rsidP="00CA61CD">
      <w:pPr>
        <w:pStyle w:val="EndnoteText"/>
        <w:bidi/>
        <w:rPr>
          <w:rFonts w:cs="KFGQPC Uthman Taha Naskh"/>
          <w:rtl/>
          <w:lang w:bidi="dv-MV"/>
        </w:rPr>
      </w:pPr>
      <w:r w:rsidRPr="00A35EF2">
        <w:rPr>
          <w:rStyle w:val="EndnoteReference"/>
          <w:rFonts w:cs="KFGQPC Uthman Taha Naskh"/>
        </w:rPr>
        <w:endnoteRef/>
      </w:r>
      <w:r w:rsidRPr="00A35EF2">
        <w:rPr>
          <w:rFonts w:cs="KFGQPC Uthman Taha Naskh" w:hint="cs"/>
          <w:rtl/>
          <w:lang w:bidi="dv-MV"/>
        </w:rPr>
        <w:t xml:space="preserve"> - </w:t>
      </w:r>
      <w:r w:rsidRPr="00A35EF2">
        <w:rPr>
          <w:rFonts w:cs="KFGQPC Uthman Taha Naskh"/>
          <w:rtl/>
          <w:lang w:bidi="dv-MV"/>
        </w:rPr>
        <w:t>(</w:t>
      </w:r>
      <w:r w:rsidRPr="00A35EF2">
        <w:rPr>
          <w:rFonts w:cs="KFGQPC Uthman Taha Naskh"/>
          <w:rtl/>
        </w:rPr>
        <w:t>المسند) 4 / 156 عن عقبة بن عامر الجهني. قال الهيثمي (مجمع الزوائد) 5 / 103: (رجال أحمد ثقات). ا هـ.</w:t>
      </w:r>
    </w:p>
  </w:endnote>
  <w:endnote w:id="2">
    <w:p w14:paraId="1FCE759D" w14:textId="77777777" w:rsidR="00CA61CD" w:rsidRPr="00A35EF2" w:rsidRDefault="00CA61CD" w:rsidP="00CA61CD">
      <w:pPr>
        <w:pStyle w:val="EndnoteText"/>
        <w:bidi/>
        <w:rPr>
          <w:rFonts w:cs="KFGQPC Uthman Taha Naskh"/>
        </w:rPr>
      </w:pPr>
      <w:r w:rsidRPr="00A35EF2">
        <w:rPr>
          <w:rStyle w:val="EndnoteReference"/>
          <w:rFonts w:cs="KFGQPC Uthman Taha Naskh"/>
        </w:rPr>
        <w:endnoteRef/>
      </w:r>
      <w:r w:rsidRPr="00A35EF2">
        <w:rPr>
          <w:rFonts w:cs="KFGQPC Uthman Taha Naskh"/>
        </w:rPr>
        <w:t xml:space="preserve"> </w:t>
      </w:r>
      <w:r w:rsidRPr="00A35EF2">
        <w:rPr>
          <w:rFonts w:cs="KFGQPC Uthman Taha Naskh" w:hint="cs"/>
          <w:rtl/>
        </w:rPr>
        <w:t xml:space="preserve">- </w:t>
      </w:r>
      <w:r w:rsidRPr="00A35EF2">
        <w:rPr>
          <w:rFonts w:cs="KFGQPC Uthman Taha Naskh"/>
          <w:rtl/>
        </w:rPr>
        <w:t>(المسند) 4 / 154. وفي إسناده (خالد بن عبيد) وهو المعافري. قال ابن حجر (تعجيل المنفعة ص 114: (رجال حديثه موثوقون). والحاكم 4 / 216 وصححه ووافقه الذهبي</w:t>
      </w:r>
      <w:r w:rsidRPr="00A35EF2">
        <w:rPr>
          <w:rFonts w:cs="KFGQPC Uthman Taha Naskh"/>
        </w:rPr>
        <w:t>.</w:t>
      </w:r>
    </w:p>
    <w:p w14:paraId="4E82BE35" w14:textId="77777777" w:rsidR="00CA61CD" w:rsidRPr="00A35EF2" w:rsidRDefault="00CA61CD" w:rsidP="00CA61CD">
      <w:pPr>
        <w:pStyle w:val="EndnoteText"/>
        <w:bidi/>
        <w:rPr>
          <w:rFonts w:cs="KFGQPC Uthman Taha Naskh"/>
          <w:rtl/>
        </w:rPr>
      </w:pPr>
      <w:r w:rsidRPr="00A35EF2">
        <w:rPr>
          <w:rFonts w:cs="KFGQPC Uthman Taha Naskh"/>
        </w:rPr>
        <w:t xml:space="preserve">4 </w:t>
      </w:r>
      <w:r w:rsidRPr="00A35EF2">
        <w:rPr>
          <w:rFonts w:cs="KFGQPC Uthman Taha Naskh"/>
          <w:rtl/>
        </w:rPr>
        <w:t>أحمد</w:t>
      </w:r>
      <w:r w:rsidRPr="00A35EF2">
        <w:rPr>
          <w:rFonts w:cs="KFGQPC Uthman Taha Naskh"/>
        </w:rPr>
        <w:t xml:space="preserve"> (4/156)</w:t>
      </w:r>
    </w:p>
  </w:endnote>
  <w:endnote w:id="3">
    <w:p w14:paraId="29833BAD" w14:textId="164D8005" w:rsidR="00D63D4E" w:rsidRDefault="00B8367F" w:rsidP="00DE510E">
      <w:pPr>
        <w:pStyle w:val="EndnoteText"/>
        <w:bidi/>
        <w:rPr>
          <w:rFonts w:cs="MV Boli"/>
          <w:color w:val="548DD4" w:themeColor="text2" w:themeTint="99"/>
          <w:rtl/>
          <w:lang w:bidi="dv-MV"/>
        </w:rPr>
      </w:pPr>
      <w:r w:rsidRPr="00A35EF2">
        <w:rPr>
          <w:rStyle w:val="EndnoteReference"/>
          <w:rFonts w:cs="KFGQPC Uthman Taha Naskh"/>
        </w:rPr>
        <w:endnoteRef/>
      </w:r>
      <w:r w:rsidRPr="00A35EF2">
        <w:rPr>
          <w:rFonts w:cs="KFGQPC Uthman Taha Naskh" w:hint="cs"/>
          <w:rtl/>
        </w:rPr>
        <w:t xml:space="preserve"> </w:t>
      </w:r>
      <w:hyperlink r:id="rId1" w:history="1">
        <w:r w:rsidRPr="00A35EF2">
          <w:rPr>
            <w:rStyle w:val="Hyperlink"/>
            <w:rFonts w:cs="KFGQPC Uthman Taha Naskh"/>
            <w:b/>
            <w:bCs/>
            <w:color w:val="548DD4" w:themeColor="text2" w:themeTint="99"/>
            <w:rtl/>
          </w:rPr>
          <w:t>الموقع الرسمي لسماحة الشيخ الإمام ابن باز رحمه الله</w:t>
        </w:r>
        <w:r w:rsidRPr="00A35EF2">
          <w:rPr>
            <w:rStyle w:val="Hyperlink"/>
            <w:rFonts w:cs="KFGQPC Uthman Taha Naskh" w:hint="cs"/>
            <w:b/>
            <w:bCs/>
            <w:color w:val="548DD4" w:themeColor="text2" w:themeTint="99"/>
            <w:rtl/>
          </w:rPr>
          <w:t xml:space="preserve"> - </w:t>
        </w:r>
        <w:r w:rsidRPr="00A35EF2">
          <w:rPr>
            <w:rStyle w:val="Hyperlink"/>
            <w:rFonts w:cs="KFGQPC Uthman Taha Naskh"/>
            <w:color w:val="548DD4" w:themeColor="text2" w:themeTint="99"/>
          </w:rPr>
          <w:t xml:space="preserve"> </w:t>
        </w:r>
        <w:r w:rsidRPr="00A35EF2">
          <w:rPr>
            <w:rStyle w:val="Hyperlink"/>
            <w:rFonts w:cs="KFGQPC Uthman Taha Naskh"/>
            <w:color w:val="548DD4" w:themeColor="text2" w:themeTint="99"/>
            <w:rtl/>
          </w:rPr>
          <w:t xml:space="preserve">نشرت في مجلة الجامعة الإسلامية بالمدينة المنورة العدد الرابع السنة السادسة لشهر ربيع الآخر عام ١٣٩٤ هـ ص ١٧٥ </w:t>
        </w:r>
        <w:r w:rsidRPr="00A35EF2">
          <w:rPr>
            <w:rStyle w:val="Hyperlink"/>
            <w:rFonts w:cs="Times New Roman" w:hint="cs"/>
            <w:color w:val="548DD4" w:themeColor="text2" w:themeTint="99"/>
            <w:rtl/>
          </w:rPr>
          <w:t>–</w:t>
        </w:r>
        <w:r w:rsidRPr="00A35EF2">
          <w:rPr>
            <w:rStyle w:val="Hyperlink"/>
            <w:rFonts w:cs="KFGQPC Uthman Taha Naskh"/>
            <w:color w:val="548DD4" w:themeColor="text2" w:themeTint="99"/>
            <w:rtl/>
          </w:rPr>
          <w:t xml:space="preserve"> 182</w:t>
        </w:r>
      </w:hyperlink>
      <w:r w:rsidRPr="00A35EF2">
        <w:rPr>
          <w:rFonts w:cs="KFGQPC Uthman Taha Naskh"/>
          <w:color w:val="548DD4" w:themeColor="text2" w:themeTint="99"/>
        </w:rPr>
        <w:t xml:space="preserve"> </w:t>
      </w:r>
    </w:p>
    <w:p w14:paraId="60D420C2" w14:textId="77777777" w:rsidR="0064213B" w:rsidRDefault="0064213B" w:rsidP="0064213B">
      <w:pPr>
        <w:bidi/>
        <w:rPr>
          <w:rFonts w:ascii="MV Utheemu" w:hAnsi="MV Utheemu" w:cs="MV Utheemu"/>
          <w:b/>
          <w:bCs/>
          <w:sz w:val="44"/>
          <w:szCs w:val="44"/>
          <w:rtl/>
          <w:lang w:bidi="dv-MV"/>
        </w:rPr>
      </w:pPr>
    </w:p>
    <w:p w14:paraId="7DE6688E" w14:textId="6503B93F" w:rsidR="00393433" w:rsidRPr="00F209F0" w:rsidRDefault="00393433" w:rsidP="001C531A">
      <w:pPr>
        <w:bidi/>
        <w:jc w:val="center"/>
        <w:rPr>
          <w:rFonts w:ascii="MV Utheemu" w:hAnsi="MV Utheemu" w:cs="MV Utheemu"/>
          <w:b/>
          <w:bCs/>
          <w:sz w:val="56"/>
          <w:szCs w:val="56"/>
          <w:rtl/>
          <w:lang w:bidi="dv-MV"/>
        </w:rPr>
      </w:pPr>
      <w:r w:rsidRPr="00F209F0">
        <w:rPr>
          <w:rFonts w:ascii="MV Utheemu" w:hAnsi="MV Utheemu" w:cs="MV Utheemu"/>
          <w:b/>
          <w:bCs/>
          <w:sz w:val="56"/>
          <w:szCs w:val="56"/>
          <w:rtl/>
          <w:lang w:bidi="dv-MV"/>
        </w:rPr>
        <w:t>އަރަބި ބަސް ކިޔާވާކުދިންނަށް</w:t>
      </w:r>
    </w:p>
    <w:tbl>
      <w:tblPr>
        <w:tblStyle w:val="TableGrid"/>
        <w:bidiVisual/>
        <w:tblW w:w="10363" w:type="dxa"/>
        <w:tblLook w:val="04A0" w:firstRow="1" w:lastRow="0" w:firstColumn="1" w:lastColumn="0" w:noHBand="0" w:noVBand="1"/>
      </w:tblPr>
      <w:tblGrid>
        <w:gridCol w:w="582"/>
        <w:gridCol w:w="1336"/>
        <w:gridCol w:w="3221"/>
        <w:gridCol w:w="5224"/>
      </w:tblGrid>
      <w:tr w:rsidR="00F7762F" w:rsidRPr="00F7762F" w14:paraId="524DC0D7" w14:textId="77777777" w:rsidTr="00DB1C28">
        <w:tc>
          <w:tcPr>
            <w:tcW w:w="582" w:type="dxa"/>
          </w:tcPr>
          <w:p w14:paraId="0B4612A4" w14:textId="77777777" w:rsidR="00393433" w:rsidRPr="00F7762F" w:rsidRDefault="00393433" w:rsidP="00393433">
            <w:pPr>
              <w:bidi/>
              <w:rPr>
                <w:rFonts w:ascii="MV Utheemu" w:hAnsi="MV Utheemu" w:cs="MV Utheemu"/>
                <w:b/>
                <w:bCs w:val="0"/>
                <w:rtl/>
                <w:lang w:bidi="dv-MV"/>
              </w:rPr>
            </w:pPr>
            <w:r w:rsidRPr="00F7762F">
              <w:rPr>
                <w:rFonts w:ascii="MV Utheemu" w:hAnsi="MV Utheemu" w:cs="MV Utheemu"/>
                <w:b/>
                <w:lang w:bidi="dv-MV"/>
              </w:rPr>
              <w:t>#</w:t>
            </w:r>
          </w:p>
        </w:tc>
        <w:tc>
          <w:tcPr>
            <w:tcW w:w="1336" w:type="dxa"/>
          </w:tcPr>
          <w:p w14:paraId="1A45C538" w14:textId="77777777" w:rsidR="00393433" w:rsidRPr="00F7762F" w:rsidRDefault="00393433" w:rsidP="00393433">
            <w:pPr>
              <w:bidi/>
              <w:rPr>
                <w:rFonts w:ascii="MV Utheemu" w:hAnsi="MV Utheemu" w:cs="MV Utheemu"/>
                <w:b/>
                <w:bCs w:val="0"/>
                <w:rtl/>
                <w:lang w:bidi="dv-MV"/>
              </w:rPr>
            </w:pPr>
            <w:r w:rsidRPr="00F7762F">
              <w:rPr>
                <w:rFonts w:ascii="MV Utheemu" w:hAnsi="MV Utheemu" w:cs="MV Utheemu"/>
                <w:b/>
                <w:rtl/>
                <w:lang w:bidi="dv-MV"/>
              </w:rPr>
              <w:t>ބަސް</w:t>
            </w:r>
          </w:p>
        </w:tc>
        <w:tc>
          <w:tcPr>
            <w:tcW w:w="3221" w:type="dxa"/>
          </w:tcPr>
          <w:p w14:paraId="01ABAC32" w14:textId="77777777" w:rsidR="00393433" w:rsidRPr="00F7762F" w:rsidRDefault="00393433" w:rsidP="00393433">
            <w:pPr>
              <w:bidi/>
              <w:rPr>
                <w:rFonts w:ascii="MV Utheemu" w:hAnsi="MV Utheemu" w:cs="MV Utheemu"/>
                <w:b/>
                <w:bCs w:val="0"/>
                <w:rtl/>
                <w:lang w:bidi="dv-MV"/>
              </w:rPr>
            </w:pPr>
            <w:r w:rsidRPr="00F7762F">
              <w:rPr>
                <w:rFonts w:ascii="MV Utheemu" w:hAnsi="MV Utheemu" w:cs="MV Utheemu"/>
                <w:b/>
                <w:rtl/>
                <w:lang w:bidi="dv-MV"/>
              </w:rPr>
              <w:t>ޤަވާޢިދު</w:t>
            </w:r>
          </w:p>
        </w:tc>
        <w:tc>
          <w:tcPr>
            <w:tcW w:w="5224" w:type="dxa"/>
          </w:tcPr>
          <w:p w14:paraId="31F9AC24" w14:textId="77777777" w:rsidR="00393433" w:rsidRPr="00F7762F" w:rsidRDefault="00393433" w:rsidP="00393433">
            <w:pPr>
              <w:bidi/>
              <w:rPr>
                <w:rFonts w:ascii="MV Utheemu" w:hAnsi="MV Utheemu" w:cs="MV Utheemu"/>
                <w:b/>
                <w:bCs w:val="0"/>
                <w:rtl/>
                <w:lang w:bidi="dv-MV"/>
              </w:rPr>
            </w:pPr>
            <w:r w:rsidRPr="00F7762F">
              <w:rPr>
                <w:rFonts w:ascii="MV Utheemu" w:hAnsi="MV Utheemu" w:cs="MV Utheemu"/>
                <w:b/>
                <w:rtl/>
                <w:lang w:bidi="dv-MV"/>
              </w:rPr>
              <w:t>މާނަ</w:t>
            </w:r>
          </w:p>
        </w:tc>
      </w:tr>
      <w:tr w:rsidR="00393433" w:rsidRPr="00F7762F" w14:paraId="25C74033" w14:textId="77777777" w:rsidTr="00DB1C28">
        <w:tc>
          <w:tcPr>
            <w:tcW w:w="582" w:type="dxa"/>
          </w:tcPr>
          <w:p w14:paraId="0BEBC7D5" w14:textId="77777777" w:rsidR="00393433" w:rsidRPr="00F7762F" w:rsidRDefault="00393433" w:rsidP="00393433">
            <w:pPr>
              <w:bidi/>
              <w:rPr>
                <w:rFonts w:ascii="MV Utheemu" w:hAnsi="MV Utheemu" w:cs="MV Utheemu"/>
                <w:b/>
                <w:bCs w:val="0"/>
                <w:rtl/>
                <w:lang w:bidi="dv-MV"/>
              </w:rPr>
            </w:pPr>
            <w:r w:rsidRPr="00F7762F">
              <w:rPr>
                <w:rFonts w:ascii="MV Utheemu" w:hAnsi="MV Utheemu" w:cs="MV Utheemu"/>
                <w:b/>
                <w:lang w:bidi="dv-MV"/>
              </w:rPr>
              <w:t>1</w:t>
            </w:r>
          </w:p>
        </w:tc>
        <w:tc>
          <w:tcPr>
            <w:tcW w:w="1336" w:type="dxa"/>
          </w:tcPr>
          <w:p w14:paraId="6F5DF40B" w14:textId="77777777" w:rsidR="00393433" w:rsidRPr="007D46FD" w:rsidRDefault="00393433" w:rsidP="007D46FD">
            <w:pPr>
              <w:rPr>
                <w:rFonts w:ascii="MV Utheemu" w:hAnsi="MV Utheemu"/>
                <w:rtl/>
                <w:lang w:bidi="dv-MV"/>
              </w:rPr>
            </w:pPr>
            <w:r w:rsidRPr="007D46FD">
              <w:rPr>
                <w:rFonts w:hint="cs"/>
                <w:rtl/>
              </w:rPr>
              <w:t>التَّعَاوِيذُ</w:t>
            </w:r>
          </w:p>
        </w:tc>
        <w:tc>
          <w:tcPr>
            <w:tcW w:w="3221" w:type="dxa"/>
          </w:tcPr>
          <w:p w14:paraId="026836A5" w14:textId="77777777" w:rsidR="00393433" w:rsidRPr="00F7762F" w:rsidRDefault="00393433" w:rsidP="0064213B">
            <w:pPr>
              <w:bidi/>
              <w:rPr>
                <w:rtl/>
                <w:lang w:bidi="dv-MV"/>
              </w:rPr>
            </w:pPr>
            <w:r w:rsidRPr="00F7762F">
              <w:rPr>
                <w:rFonts w:hint="cs"/>
                <w:rtl/>
              </w:rPr>
              <w:t>اِسْمُ</w:t>
            </w:r>
            <w:r w:rsidRPr="00F7762F">
              <w:rPr>
                <w:rtl/>
              </w:rPr>
              <w:t xml:space="preserve"> </w:t>
            </w:r>
            <w:r w:rsidRPr="00F7762F">
              <w:rPr>
                <w:rFonts w:hint="cs"/>
                <w:rtl/>
              </w:rPr>
              <w:t>جَمْعٍ</w:t>
            </w:r>
            <w:r w:rsidRPr="00F7762F">
              <w:rPr>
                <w:rtl/>
              </w:rPr>
              <w:t xml:space="preserve"> </w:t>
            </w:r>
            <w:r w:rsidRPr="00F7762F">
              <w:rPr>
                <w:rFonts w:hint="cs"/>
                <w:rtl/>
              </w:rPr>
              <w:t>مُؤَنَّثٌ</w:t>
            </w:r>
            <w:r w:rsidRPr="00F7762F">
              <w:t xml:space="preserve"> </w:t>
            </w:r>
            <w:r w:rsidRPr="0064213B">
              <w:rPr>
                <w:rFonts w:ascii="MV Utheemu" w:hAnsi="MV Utheemu" w:cs="MV Utheemu"/>
                <w:rtl/>
              </w:rPr>
              <w:t>(</w:t>
            </w:r>
            <w:r w:rsidRPr="0064213B">
              <w:rPr>
                <w:rFonts w:ascii="MV Utheemu" w:hAnsi="MV Utheemu" w:cs="MV Utheemu"/>
                <w:rtl/>
                <w:lang w:bidi="dv-MV"/>
              </w:rPr>
              <w:t>އަންހެން ބަހުން އޮތް ގިނަ ނަން)</w:t>
            </w:r>
          </w:p>
        </w:tc>
        <w:tc>
          <w:tcPr>
            <w:tcW w:w="5224" w:type="dxa"/>
          </w:tcPr>
          <w:p w14:paraId="73051A1A" w14:textId="3E12F517" w:rsidR="00393433" w:rsidRPr="00F7762F" w:rsidRDefault="00393433" w:rsidP="00393433">
            <w:pPr>
              <w:bidi/>
              <w:rPr>
                <w:rFonts w:ascii="MV Utheemu" w:hAnsi="MV Utheemu" w:cs="MV Utheemu"/>
                <w:b/>
                <w:bCs w:val="0"/>
                <w:rtl/>
                <w:lang w:bidi="dv-MV"/>
              </w:rPr>
            </w:pPr>
            <w:r w:rsidRPr="0064213B">
              <w:rPr>
                <w:rFonts w:ascii="Arial" w:hAnsi="Arial" w:hint="cs"/>
                <w:b/>
                <w:rtl/>
              </w:rPr>
              <w:t>لتَّمَائِمُ</w:t>
            </w:r>
            <w:r w:rsidRPr="0064213B">
              <w:rPr>
                <w:rFonts w:ascii="MV Utheemu" w:hAnsi="MV Utheemu"/>
                <w:b/>
                <w:rtl/>
              </w:rPr>
              <w:t xml:space="preserve"> </w:t>
            </w:r>
            <w:r w:rsidRPr="0064213B">
              <w:rPr>
                <w:rFonts w:ascii="Arial" w:hAnsi="Arial" w:hint="cs"/>
                <w:b/>
                <w:rtl/>
              </w:rPr>
              <w:t>والحُجُبُ</w:t>
            </w:r>
            <w:r w:rsidRPr="00F7762F">
              <w:rPr>
                <w:rFonts w:ascii="MV Utheemu" w:hAnsi="MV Utheemu" w:cs="MV Utheemu"/>
                <w:b/>
              </w:rPr>
              <w:t xml:space="preserve"> </w:t>
            </w:r>
            <w:r w:rsidRPr="00F7762F">
              <w:rPr>
                <w:rFonts w:ascii="MV Utheemu" w:hAnsi="MV Utheemu" w:cs="MV Utheemu"/>
                <w:b/>
                <w:rtl/>
                <w:lang w:bidi="dv-MV"/>
              </w:rPr>
              <w:t>ތަވީދުތައް / ރައްކާތެރިކަން ހޯދައިދޭ ވަ</w:t>
            </w:r>
            <w:r w:rsidR="007540B1">
              <w:rPr>
                <w:rFonts w:ascii="MV Utheemu" w:hAnsi="MV Utheemu" w:cs="MV Utheemu" w:hint="cs"/>
                <w:b/>
                <w:rtl/>
                <w:lang w:bidi="dv-MV"/>
              </w:rPr>
              <w:t>ސީ</w:t>
            </w:r>
            <w:r w:rsidRPr="00F7762F">
              <w:rPr>
                <w:rFonts w:ascii="MV Utheemu" w:hAnsi="MV Utheemu" w:cs="MV Utheemu"/>
                <w:b/>
                <w:rtl/>
                <w:lang w:bidi="dv-MV"/>
              </w:rPr>
              <w:t>ލަތްތައް.</w:t>
            </w:r>
          </w:p>
        </w:tc>
      </w:tr>
      <w:tr w:rsidR="00393433" w:rsidRPr="00F7762F" w14:paraId="68983190" w14:textId="77777777" w:rsidTr="00DB1C28">
        <w:tc>
          <w:tcPr>
            <w:tcW w:w="582" w:type="dxa"/>
          </w:tcPr>
          <w:p w14:paraId="67F6AC88"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2</w:t>
            </w:r>
          </w:p>
        </w:tc>
        <w:tc>
          <w:tcPr>
            <w:tcW w:w="1336" w:type="dxa"/>
          </w:tcPr>
          <w:p w14:paraId="7D45CC99" w14:textId="77777777" w:rsidR="00393433" w:rsidRPr="007D46FD" w:rsidRDefault="00393433" w:rsidP="007D46FD">
            <w:pPr>
              <w:rPr>
                <w:rFonts w:ascii="MV Utheemu" w:hAnsi="MV Utheemu"/>
                <w:rtl/>
              </w:rPr>
            </w:pPr>
            <w:r w:rsidRPr="007D46FD">
              <w:rPr>
                <w:rFonts w:hint="cs"/>
                <w:rtl/>
              </w:rPr>
              <w:t>التَّعْوِيذُ</w:t>
            </w:r>
          </w:p>
        </w:tc>
        <w:tc>
          <w:tcPr>
            <w:tcW w:w="3221" w:type="dxa"/>
          </w:tcPr>
          <w:p w14:paraId="79C6F8B3" w14:textId="77777777" w:rsidR="00393433" w:rsidRPr="00F7762F" w:rsidRDefault="00393433" w:rsidP="00393433">
            <w:pPr>
              <w:bidi/>
              <w:rPr>
                <w:rFonts w:ascii="MV Utheemu" w:hAnsi="MV Utheemu" w:cs="MV Utheemu"/>
                <w:b/>
                <w:bCs w:val="0"/>
                <w:rtl/>
              </w:rPr>
            </w:pPr>
            <w:r w:rsidRPr="0064213B">
              <w:rPr>
                <w:rFonts w:hint="cs"/>
                <w:rtl/>
              </w:rPr>
              <w:t>اِسْمُ</w:t>
            </w:r>
            <w:r w:rsidRPr="0064213B">
              <w:rPr>
                <w:rtl/>
              </w:rPr>
              <w:t xml:space="preserve"> </w:t>
            </w:r>
            <w:r w:rsidRPr="0064213B">
              <w:rPr>
                <w:rFonts w:hint="cs"/>
                <w:rtl/>
              </w:rPr>
              <w:t>مَصْدَرٍ</w:t>
            </w:r>
            <w:r w:rsidRPr="0064213B">
              <w:rPr>
                <w:rtl/>
              </w:rPr>
              <w:t xml:space="preserve"> </w:t>
            </w:r>
            <w:r w:rsidRPr="0064213B">
              <w:rPr>
                <w:rFonts w:hint="cs"/>
                <w:rtl/>
              </w:rPr>
              <w:t>مُفْرَدٌ</w:t>
            </w:r>
            <w:r w:rsidRPr="0064213B">
              <w:rPr>
                <w:rtl/>
              </w:rPr>
              <w:t xml:space="preserve"> </w:t>
            </w:r>
            <w:r w:rsidRPr="0064213B">
              <w:rPr>
                <w:rFonts w:hint="cs"/>
                <w:rtl/>
              </w:rPr>
              <w:t>مُذَكَّرٌ</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ފިރިހެން ބަހުން އޮތް އެކަހެރި މަޞްދަރު ނަން)</w:t>
            </w:r>
          </w:p>
        </w:tc>
        <w:tc>
          <w:tcPr>
            <w:tcW w:w="5224" w:type="dxa"/>
          </w:tcPr>
          <w:p w14:paraId="613FD340" w14:textId="2D0CC74C" w:rsidR="00393433" w:rsidRPr="00F7762F" w:rsidRDefault="00393433" w:rsidP="00393433">
            <w:pPr>
              <w:bidi/>
              <w:rPr>
                <w:rFonts w:ascii="MV Utheemu" w:hAnsi="MV Utheemu" w:cs="MV Utheemu"/>
                <w:b/>
                <w:bCs w:val="0"/>
                <w:rtl/>
                <w:lang w:bidi="dv-MV"/>
              </w:rPr>
            </w:pPr>
            <w:r w:rsidRPr="0064213B">
              <w:rPr>
                <w:rFonts w:hint="cs"/>
                <w:rtl/>
              </w:rPr>
              <w:t>طَلَبُ</w:t>
            </w:r>
            <w:r w:rsidRPr="0064213B">
              <w:rPr>
                <w:rtl/>
              </w:rPr>
              <w:t xml:space="preserve"> </w:t>
            </w:r>
            <w:r w:rsidRPr="0064213B">
              <w:rPr>
                <w:rFonts w:hint="cs"/>
                <w:rtl/>
              </w:rPr>
              <w:t>الحِفْظِ</w:t>
            </w:r>
            <w:r w:rsidRPr="00F7762F">
              <w:rPr>
                <w:rFonts w:ascii="MV Utheemu" w:hAnsi="MV Utheemu" w:cs="MV Utheemu"/>
                <w:b/>
              </w:rPr>
              <w:t xml:space="preserve"> </w:t>
            </w:r>
            <w:r w:rsidRPr="00F7762F">
              <w:rPr>
                <w:rFonts w:ascii="MV Utheemu" w:hAnsi="MV Utheemu" w:cs="MV Utheemu"/>
                <w:b/>
                <w:rtl/>
                <w:lang w:bidi="dv-MV"/>
              </w:rPr>
              <w:t>ރައްކާތެރިކަން ހޯދައިދޭ ވަ</w:t>
            </w:r>
            <w:r w:rsidR="007540B1">
              <w:rPr>
                <w:rFonts w:ascii="MV Utheemu" w:hAnsi="MV Utheemu" w:cs="MV Utheemu" w:hint="cs"/>
                <w:b/>
                <w:rtl/>
                <w:lang w:bidi="dv-MV"/>
              </w:rPr>
              <w:t>ސީ</w:t>
            </w:r>
            <w:r w:rsidRPr="00F7762F">
              <w:rPr>
                <w:rFonts w:ascii="MV Utheemu" w:hAnsi="MV Utheemu" w:cs="MV Utheemu"/>
                <w:b/>
                <w:rtl/>
                <w:lang w:bidi="dv-MV"/>
              </w:rPr>
              <w:t>ލަތް / ތަވީދު</w:t>
            </w:r>
          </w:p>
        </w:tc>
      </w:tr>
      <w:tr w:rsidR="00393433" w:rsidRPr="00F7762F" w14:paraId="424E027D" w14:textId="77777777" w:rsidTr="00DB1C28">
        <w:tc>
          <w:tcPr>
            <w:tcW w:w="582" w:type="dxa"/>
          </w:tcPr>
          <w:p w14:paraId="31B2500F"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3</w:t>
            </w:r>
          </w:p>
        </w:tc>
        <w:tc>
          <w:tcPr>
            <w:tcW w:w="1336" w:type="dxa"/>
          </w:tcPr>
          <w:p w14:paraId="20B614C3" w14:textId="77777777" w:rsidR="00393433" w:rsidRPr="007D46FD" w:rsidRDefault="00393433" w:rsidP="00393433">
            <w:pPr>
              <w:bidi/>
              <w:rPr>
                <w:rFonts w:ascii="MV Utheemu" w:hAnsi="MV Utheemu"/>
                <w:rtl/>
              </w:rPr>
            </w:pPr>
            <w:r w:rsidRPr="007D46FD">
              <w:rPr>
                <w:rFonts w:ascii="Arial" w:hAnsi="Arial" w:hint="cs"/>
                <w:rtl/>
              </w:rPr>
              <w:t>التَّعْوِيذَةُ</w:t>
            </w:r>
          </w:p>
        </w:tc>
        <w:tc>
          <w:tcPr>
            <w:tcW w:w="3221" w:type="dxa"/>
          </w:tcPr>
          <w:p w14:paraId="044730FE" w14:textId="77777777" w:rsidR="00393433" w:rsidRPr="00F7762F" w:rsidRDefault="00393433" w:rsidP="00393433">
            <w:pPr>
              <w:bidi/>
              <w:rPr>
                <w:rFonts w:ascii="MV Utheemu" w:hAnsi="MV Utheemu" w:cs="MV Utheemu"/>
                <w:b/>
                <w:bCs w:val="0"/>
                <w:rtl/>
              </w:rPr>
            </w:pPr>
            <w:r w:rsidRPr="0064213B">
              <w:rPr>
                <w:rFonts w:hint="cs"/>
                <w:rtl/>
              </w:rPr>
              <w:t>اِسْمٌ</w:t>
            </w:r>
            <w:r w:rsidRPr="0064213B">
              <w:rPr>
                <w:rtl/>
              </w:rPr>
              <w:t xml:space="preserve"> </w:t>
            </w:r>
            <w:r w:rsidRPr="0064213B">
              <w:rPr>
                <w:rFonts w:hint="cs"/>
                <w:rtl/>
              </w:rPr>
              <w:t>مُفْرَدٌ</w:t>
            </w:r>
            <w:r w:rsidRPr="0064213B">
              <w:rPr>
                <w:rtl/>
              </w:rPr>
              <w:t xml:space="preserve"> </w:t>
            </w:r>
            <w:r w:rsidRPr="0064213B">
              <w:rPr>
                <w:rFonts w:hint="cs"/>
                <w:rtl/>
              </w:rPr>
              <w:t>مُؤَنَّثٌ</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އަންހެން ބަހުން އޮތް އެކަހެރި ނަން)</w:t>
            </w:r>
          </w:p>
        </w:tc>
        <w:tc>
          <w:tcPr>
            <w:tcW w:w="5224" w:type="dxa"/>
          </w:tcPr>
          <w:p w14:paraId="3A2F43EF" w14:textId="77777777" w:rsidR="00393433" w:rsidRPr="00F7762F" w:rsidRDefault="00393433" w:rsidP="00393433">
            <w:pPr>
              <w:bidi/>
              <w:rPr>
                <w:rFonts w:ascii="MV Utheemu" w:hAnsi="MV Utheemu" w:cs="MV Utheemu"/>
                <w:b/>
                <w:bCs w:val="0"/>
                <w:rtl/>
                <w:lang w:bidi="dv-MV"/>
              </w:rPr>
            </w:pPr>
            <w:r w:rsidRPr="0064213B">
              <w:rPr>
                <w:rFonts w:hint="cs"/>
                <w:rtl/>
              </w:rPr>
              <w:t>حِرْزٌ</w:t>
            </w:r>
            <w:r w:rsidRPr="0064213B">
              <w:rPr>
                <w:rtl/>
              </w:rPr>
              <w:t xml:space="preserve"> </w:t>
            </w:r>
            <w:r w:rsidRPr="0064213B">
              <w:rPr>
                <w:rFonts w:hint="cs"/>
                <w:rtl/>
              </w:rPr>
              <w:t>أو</w:t>
            </w:r>
            <w:r w:rsidRPr="0064213B">
              <w:rPr>
                <w:rtl/>
              </w:rPr>
              <w:t xml:space="preserve"> </w:t>
            </w:r>
            <w:r w:rsidRPr="0064213B">
              <w:rPr>
                <w:rFonts w:hint="cs"/>
                <w:rtl/>
              </w:rPr>
              <w:t>تَمِيمَةٌ</w:t>
            </w:r>
            <w:r w:rsidRPr="00F7762F">
              <w:rPr>
                <w:rFonts w:ascii="MV Utheemu" w:hAnsi="MV Utheemu" w:cs="MV Utheemu"/>
                <w:b/>
              </w:rPr>
              <w:t xml:space="preserve"> </w:t>
            </w:r>
            <w:r w:rsidRPr="00F7762F">
              <w:rPr>
                <w:rFonts w:ascii="MV Utheemu" w:hAnsi="MV Utheemu" w:cs="MV Utheemu"/>
                <w:b/>
                <w:rtl/>
                <w:lang w:bidi="dv-MV"/>
              </w:rPr>
              <w:t>ރައްކާތެރިކަން ހޯދުމަށް ކުރާ ވަކި ކިޔެވުމެއް ނުވަތަ ބޭނުންކުރާ ވަކި އެލުވާ އެއްޗެއް</w:t>
            </w:r>
          </w:p>
        </w:tc>
      </w:tr>
      <w:tr w:rsidR="00393433" w:rsidRPr="00F7762F" w14:paraId="70BD375B" w14:textId="77777777" w:rsidTr="00DB1C28">
        <w:tc>
          <w:tcPr>
            <w:tcW w:w="582" w:type="dxa"/>
          </w:tcPr>
          <w:p w14:paraId="45C24702"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4</w:t>
            </w:r>
          </w:p>
        </w:tc>
        <w:tc>
          <w:tcPr>
            <w:tcW w:w="1336" w:type="dxa"/>
          </w:tcPr>
          <w:p w14:paraId="492AEA26" w14:textId="77777777" w:rsidR="00393433" w:rsidRPr="007D46FD" w:rsidRDefault="00393433" w:rsidP="00393433">
            <w:pPr>
              <w:bidi/>
              <w:rPr>
                <w:rFonts w:ascii="MV Utheemu" w:hAnsi="MV Utheemu"/>
                <w:rtl/>
              </w:rPr>
            </w:pPr>
            <w:r w:rsidRPr="007D46FD">
              <w:rPr>
                <w:rFonts w:ascii="Arial" w:hAnsi="Arial" w:hint="cs"/>
                <w:rtl/>
              </w:rPr>
              <w:t>المُعَوِّذَتَانِ</w:t>
            </w:r>
          </w:p>
        </w:tc>
        <w:tc>
          <w:tcPr>
            <w:tcW w:w="3221" w:type="dxa"/>
          </w:tcPr>
          <w:p w14:paraId="0E658627" w14:textId="77777777" w:rsidR="00393433" w:rsidRPr="00F7762F" w:rsidRDefault="00393433" w:rsidP="00393433">
            <w:pPr>
              <w:bidi/>
              <w:rPr>
                <w:rFonts w:ascii="MV Utheemu" w:hAnsi="MV Utheemu" w:cs="MV Utheemu"/>
                <w:b/>
                <w:bCs w:val="0"/>
                <w:rtl/>
              </w:rPr>
            </w:pPr>
            <w:r w:rsidRPr="0064213B">
              <w:rPr>
                <w:rFonts w:hint="cs"/>
                <w:rtl/>
              </w:rPr>
              <w:t>اِسْمٌ</w:t>
            </w:r>
            <w:r w:rsidRPr="0064213B">
              <w:rPr>
                <w:rtl/>
              </w:rPr>
              <w:t xml:space="preserve"> </w:t>
            </w:r>
            <w:r w:rsidRPr="0064213B">
              <w:rPr>
                <w:rFonts w:hint="cs"/>
                <w:rtl/>
              </w:rPr>
              <w:t>مُثَنًّى</w:t>
            </w:r>
            <w:r w:rsidRPr="0064213B">
              <w:rPr>
                <w:rtl/>
              </w:rPr>
              <w:t xml:space="preserve"> </w:t>
            </w:r>
            <w:r w:rsidRPr="0064213B">
              <w:rPr>
                <w:rFonts w:hint="cs"/>
                <w:rtl/>
              </w:rPr>
              <w:t>مُؤَنَّثٌ</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އަންހެން ބަހުން އޮތް ދޭކަށް އިޝާރާތްކުރާ ނަން)</w:t>
            </w:r>
          </w:p>
        </w:tc>
        <w:tc>
          <w:tcPr>
            <w:tcW w:w="5224" w:type="dxa"/>
          </w:tcPr>
          <w:p w14:paraId="67D8518B" w14:textId="77777777" w:rsidR="00393433" w:rsidRPr="00F7762F" w:rsidRDefault="00393433" w:rsidP="00393433">
            <w:pPr>
              <w:bidi/>
              <w:rPr>
                <w:rFonts w:ascii="MV Utheemu" w:hAnsi="MV Utheemu" w:cs="MV Utheemu"/>
                <w:b/>
                <w:bCs w:val="0"/>
                <w:rtl/>
                <w:lang w:bidi="dv-MV"/>
              </w:rPr>
            </w:pPr>
            <w:r w:rsidRPr="0064213B">
              <w:rPr>
                <w:rFonts w:hint="cs"/>
                <w:rtl/>
              </w:rPr>
              <w:t>سُورَتَا</w:t>
            </w:r>
            <w:r w:rsidRPr="0064213B">
              <w:rPr>
                <w:rtl/>
              </w:rPr>
              <w:t xml:space="preserve"> </w:t>
            </w:r>
            <w:r w:rsidRPr="0064213B">
              <w:rPr>
                <w:rFonts w:hint="cs"/>
                <w:rtl/>
              </w:rPr>
              <w:t>الفَلَقِ</w:t>
            </w:r>
            <w:r w:rsidRPr="0064213B">
              <w:rPr>
                <w:rtl/>
              </w:rPr>
              <w:t xml:space="preserve"> </w:t>
            </w:r>
            <w:r w:rsidRPr="0064213B">
              <w:rPr>
                <w:rFonts w:hint="cs"/>
                <w:rtl/>
              </w:rPr>
              <w:t>وَالنَّاسِ</w:t>
            </w:r>
            <w:r w:rsidRPr="00F7762F">
              <w:rPr>
                <w:rFonts w:ascii="MV Utheemu" w:hAnsi="MV Utheemu" w:cs="MV Utheemu"/>
                <w:b/>
              </w:rPr>
              <w:t xml:space="preserve"> </w:t>
            </w:r>
            <w:r w:rsidRPr="00F7762F">
              <w:rPr>
                <w:rFonts w:ascii="MV Utheemu" w:hAnsi="MV Utheemu" w:cs="MV Utheemu"/>
                <w:b/>
                <w:rtl/>
                <w:lang w:bidi="dv-MV"/>
              </w:rPr>
              <w:t>ރައްކާތެރިކަން ހޯދައިދޭ ދެ ސޫރަތް (ފަލަޤް ސޫރަތާއި ނާސް ސޫރަތް)</w:t>
            </w:r>
          </w:p>
        </w:tc>
      </w:tr>
      <w:tr w:rsidR="00393433" w:rsidRPr="00F7762F" w14:paraId="4C5B2AA1" w14:textId="77777777" w:rsidTr="00DB1C28">
        <w:tc>
          <w:tcPr>
            <w:tcW w:w="582" w:type="dxa"/>
          </w:tcPr>
          <w:p w14:paraId="2601938C"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5</w:t>
            </w:r>
          </w:p>
        </w:tc>
        <w:tc>
          <w:tcPr>
            <w:tcW w:w="1336" w:type="dxa"/>
          </w:tcPr>
          <w:p w14:paraId="25863482" w14:textId="77777777" w:rsidR="00393433" w:rsidRPr="007D46FD" w:rsidRDefault="00393433" w:rsidP="00393433">
            <w:pPr>
              <w:bidi/>
              <w:rPr>
                <w:rFonts w:ascii="MV Utheemu" w:hAnsi="MV Utheemu"/>
                <w:rtl/>
              </w:rPr>
            </w:pPr>
            <w:r w:rsidRPr="007D46FD">
              <w:rPr>
                <w:rFonts w:ascii="Arial" w:hAnsi="Arial" w:hint="cs"/>
                <w:rtl/>
              </w:rPr>
              <w:t>العَوْذُ</w:t>
            </w:r>
          </w:p>
        </w:tc>
        <w:tc>
          <w:tcPr>
            <w:tcW w:w="3221" w:type="dxa"/>
          </w:tcPr>
          <w:p w14:paraId="2899201E" w14:textId="77777777" w:rsidR="00393433" w:rsidRPr="00F7762F" w:rsidRDefault="00393433" w:rsidP="00393433">
            <w:pPr>
              <w:bidi/>
              <w:rPr>
                <w:rFonts w:ascii="MV Utheemu" w:hAnsi="MV Utheemu" w:cs="MV Utheemu"/>
                <w:b/>
                <w:bCs w:val="0"/>
                <w:rtl/>
              </w:rPr>
            </w:pPr>
            <w:r w:rsidRPr="0064213B">
              <w:rPr>
                <w:rFonts w:hint="cs"/>
                <w:rtl/>
              </w:rPr>
              <w:t>اِسْمُ</w:t>
            </w:r>
            <w:r w:rsidRPr="0064213B">
              <w:rPr>
                <w:rtl/>
              </w:rPr>
              <w:t xml:space="preserve"> </w:t>
            </w:r>
            <w:r w:rsidRPr="0064213B">
              <w:rPr>
                <w:rFonts w:hint="cs"/>
                <w:rtl/>
              </w:rPr>
              <w:t>مَصْدَرٍ</w:t>
            </w:r>
            <w:r w:rsidRPr="0064213B">
              <w:rPr>
                <w:rtl/>
              </w:rPr>
              <w:t xml:space="preserve"> </w:t>
            </w:r>
            <w:r w:rsidRPr="0064213B">
              <w:rPr>
                <w:rFonts w:hint="cs"/>
                <w:rtl/>
              </w:rPr>
              <w:t>مُفْرَدٌ</w:t>
            </w:r>
            <w:r w:rsidRPr="0064213B">
              <w:rPr>
                <w:rtl/>
              </w:rPr>
              <w:t xml:space="preserve"> </w:t>
            </w:r>
            <w:r w:rsidRPr="0064213B">
              <w:rPr>
                <w:rFonts w:hint="cs"/>
                <w:rtl/>
              </w:rPr>
              <w:t>مُذَكَّرٌ</w:t>
            </w:r>
            <w:r w:rsidRPr="00F7762F">
              <w:rPr>
                <w:rFonts w:ascii="MV Utheemu" w:hAnsi="MV Utheemu" w:cs="MV Utheemu"/>
                <w:b/>
              </w:rPr>
              <w:t xml:space="preserve"> </w:t>
            </w:r>
            <w:r w:rsidRPr="00F7762F">
              <w:rPr>
                <w:rFonts w:ascii="MV Utheemu" w:hAnsi="MV Utheemu" w:cs="MV Utheemu"/>
                <w:b/>
                <w:rtl/>
              </w:rPr>
              <w:t xml:space="preserve"> (</w:t>
            </w:r>
            <w:r w:rsidRPr="00F7762F">
              <w:rPr>
                <w:rFonts w:ascii="MV Utheemu" w:hAnsi="MV Utheemu" w:cs="MV Utheemu"/>
                <w:b/>
                <w:rtl/>
                <w:lang w:bidi="dv-MV"/>
              </w:rPr>
              <w:t>ފިރިހެން ބަހުން އޮތް އެކަހެރި މަޞްދަރު ނަން)</w:t>
            </w:r>
            <w:r w:rsidRPr="00F7762F">
              <w:rPr>
                <w:rFonts w:ascii="MV Utheemu" w:hAnsi="MV Utheemu" w:cs="MV Utheemu"/>
                <w:b/>
              </w:rPr>
              <w:t xml:space="preserve"> </w:t>
            </w:r>
          </w:p>
        </w:tc>
        <w:tc>
          <w:tcPr>
            <w:tcW w:w="5224" w:type="dxa"/>
          </w:tcPr>
          <w:p w14:paraId="1571DDEB" w14:textId="77777777" w:rsidR="00393433" w:rsidRPr="00F7762F" w:rsidRDefault="00393433" w:rsidP="00393433">
            <w:pPr>
              <w:bidi/>
              <w:rPr>
                <w:rFonts w:ascii="MV Utheemu" w:hAnsi="MV Utheemu" w:cs="MV Utheemu"/>
                <w:b/>
                <w:bCs w:val="0"/>
                <w:rtl/>
                <w:lang w:bidi="dv-MV"/>
              </w:rPr>
            </w:pPr>
            <w:r w:rsidRPr="0064213B">
              <w:rPr>
                <w:rFonts w:hint="cs"/>
                <w:rtl/>
              </w:rPr>
              <w:t>اللُّجُوءُ</w:t>
            </w:r>
            <w:r w:rsidRPr="0064213B">
              <w:rPr>
                <w:rtl/>
              </w:rPr>
              <w:t xml:space="preserve"> </w:t>
            </w:r>
            <w:r w:rsidRPr="0064213B">
              <w:rPr>
                <w:rFonts w:hint="cs"/>
                <w:rtl/>
              </w:rPr>
              <w:t>وَالِاعْتِصَامُ</w:t>
            </w:r>
            <w:r w:rsidRPr="00F7762F">
              <w:rPr>
                <w:rFonts w:ascii="MV Utheemu" w:hAnsi="MV Utheemu" w:cs="MV Utheemu"/>
                <w:b/>
              </w:rPr>
              <w:t xml:space="preserve"> </w:t>
            </w:r>
            <w:r w:rsidRPr="00F7762F">
              <w:rPr>
                <w:rFonts w:ascii="MV Utheemu" w:hAnsi="MV Utheemu" w:cs="MV Utheemu"/>
                <w:b/>
                <w:rtl/>
                <w:lang w:bidi="dv-MV"/>
              </w:rPr>
              <w:t>ރައްކާތެރިކަން ހޯދުން / ހިމާޔަތަށް އެދި ދިޔުން</w:t>
            </w:r>
            <w:r w:rsidRPr="00F7762F">
              <w:rPr>
                <w:rFonts w:ascii="MV Utheemu" w:hAnsi="MV Utheemu" w:cs="MV Utheemu"/>
                <w:b/>
              </w:rPr>
              <w:t>.</w:t>
            </w:r>
          </w:p>
        </w:tc>
      </w:tr>
      <w:tr w:rsidR="00393433" w:rsidRPr="00F7762F" w14:paraId="153A2B69" w14:textId="77777777" w:rsidTr="00DB1C28">
        <w:tc>
          <w:tcPr>
            <w:tcW w:w="582" w:type="dxa"/>
          </w:tcPr>
          <w:p w14:paraId="607F4D69"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6</w:t>
            </w:r>
          </w:p>
        </w:tc>
        <w:tc>
          <w:tcPr>
            <w:tcW w:w="1336" w:type="dxa"/>
          </w:tcPr>
          <w:p w14:paraId="0EC996B4" w14:textId="77777777" w:rsidR="00393433" w:rsidRPr="007D46FD" w:rsidRDefault="00393433" w:rsidP="00393433">
            <w:pPr>
              <w:bidi/>
              <w:rPr>
                <w:rFonts w:ascii="MV Utheemu" w:hAnsi="MV Utheemu"/>
                <w:rtl/>
              </w:rPr>
            </w:pPr>
            <w:r w:rsidRPr="007D46FD">
              <w:rPr>
                <w:rFonts w:ascii="Arial" w:hAnsi="Arial" w:hint="cs"/>
                <w:rtl/>
              </w:rPr>
              <w:t>عَاذَ</w:t>
            </w:r>
          </w:p>
        </w:tc>
        <w:tc>
          <w:tcPr>
            <w:tcW w:w="3221" w:type="dxa"/>
          </w:tcPr>
          <w:p w14:paraId="66A73DE5" w14:textId="77777777" w:rsidR="00393433" w:rsidRPr="00F7762F" w:rsidRDefault="00393433" w:rsidP="00393433">
            <w:pPr>
              <w:bidi/>
              <w:rPr>
                <w:rFonts w:ascii="MV Utheemu" w:hAnsi="MV Utheemu" w:cs="MV Utheemu"/>
                <w:b/>
                <w:bCs w:val="0"/>
                <w:rtl/>
              </w:rPr>
            </w:pPr>
            <w:r w:rsidRPr="0064213B">
              <w:rPr>
                <w:rFonts w:hint="cs"/>
                <w:rtl/>
              </w:rPr>
              <w:t>فِعْلٌ</w:t>
            </w:r>
            <w:r w:rsidRPr="0064213B">
              <w:rPr>
                <w:rtl/>
              </w:rPr>
              <w:t xml:space="preserve"> </w:t>
            </w:r>
            <w:r w:rsidRPr="0064213B">
              <w:rPr>
                <w:rFonts w:hint="cs"/>
                <w:rtl/>
              </w:rPr>
              <w:t>مَاضٍ</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ވޭތުވެދިޔަ ޒަމާނުގެ ކަމެއް)</w:t>
            </w:r>
          </w:p>
        </w:tc>
        <w:tc>
          <w:tcPr>
            <w:tcW w:w="5224" w:type="dxa"/>
          </w:tcPr>
          <w:p w14:paraId="38FE7779" w14:textId="77777777" w:rsidR="00393433" w:rsidRPr="00F7762F" w:rsidRDefault="00393433" w:rsidP="00393433">
            <w:pPr>
              <w:bidi/>
              <w:rPr>
                <w:rFonts w:ascii="MV Utheemu" w:hAnsi="MV Utheemu" w:cs="MV Utheemu"/>
                <w:b/>
                <w:bCs w:val="0"/>
                <w:rtl/>
                <w:lang w:bidi="dv-MV"/>
              </w:rPr>
            </w:pPr>
            <w:r w:rsidRPr="0064213B">
              <w:rPr>
                <w:rFonts w:hint="cs"/>
                <w:rtl/>
              </w:rPr>
              <w:t>لَجَأَ</w:t>
            </w:r>
            <w:r w:rsidRPr="0064213B">
              <w:rPr>
                <w:rtl/>
              </w:rPr>
              <w:t xml:space="preserve"> </w:t>
            </w:r>
            <w:r w:rsidRPr="0064213B">
              <w:rPr>
                <w:rFonts w:hint="cs"/>
                <w:rtl/>
              </w:rPr>
              <w:t>وَاحْتَمَى</w:t>
            </w:r>
            <w:r w:rsidRPr="00F7762F">
              <w:rPr>
                <w:rFonts w:ascii="MV Utheemu" w:hAnsi="MV Utheemu" w:cs="MV Utheemu"/>
                <w:b/>
              </w:rPr>
              <w:t xml:space="preserve"> </w:t>
            </w:r>
            <w:r w:rsidRPr="00F7762F">
              <w:rPr>
                <w:rFonts w:ascii="MV Utheemu" w:hAnsi="MV Utheemu" w:cs="MV Utheemu"/>
                <w:b/>
                <w:rtl/>
                <w:lang w:bidi="dv-MV"/>
              </w:rPr>
              <w:t>ރައްކާތެރިކަން ހޯދައިފިއެވެ / ހިމާޔަތަށް އެދި ހިނގައްޖެއެވެ</w:t>
            </w:r>
            <w:r w:rsidRPr="00F7762F">
              <w:rPr>
                <w:rFonts w:ascii="MV Utheemu" w:hAnsi="MV Utheemu" w:cs="MV Utheemu"/>
                <w:b/>
              </w:rPr>
              <w:t>.</w:t>
            </w:r>
          </w:p>
        </w:tc>
      </w:tr>
      <w:tr w:rsidR="00393433" w:rsidRPr="00F7762F" w14:paraId="40B52FFA" w14:textId="77777777" w:rsidTr="00DB1C28">
        <w:tc>
          <w:tcPr>
            <w:tcW w:w="582" w:type="dxa"/>
          </w:tcPr>
          <w:p w14:paraId="73A01570"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7</w:t>
            </w:r>
          </w:p>
        </w:tc>
        <w:tc>
          <w:tcPr>
            <w:tcW w:w="1336" w:type="dxa"/>
          </w:tcPr>
          <w:p w14:paraId="5F634FAA" w14:textId="77777777" w:rsidR="00393433" w:rsidRPr="007D46FD" w:rsidRDefault="00393433" w:rsidP="00393433">
            <w:pPr>
              <w:bidi/>
              <w:rPr>
                <w:rFonts w:ascii="MV Utheemu" w:hAnsi="MV Utheemu"/>
                <w:rtl/>
              </w:rPr>
            </w:pPr>
            <w:r w:rsidRPr="007D46FD">
              <w:rPr>
                <w:rFonts w:ascii="Arial" w:hAnsi="Arial" w:hint="cs"/>
                <w:rtl/>
              </w:rPr>
              <w:t>يَعُوذُ</w:t>
            </w:r>
          </w:p>
        </w:tc>
        <w:tc>
          <w:tcPr>
            <w:tcW w:w="3221" w:type="dxa"/>
          </w:tcPr>
          <w:p w14:paraId="7FF40ED6" w14:textId="77777777" w:rsidR="00393433" w:rsidRPr="00F7762F" w:rsidRDefault="00393433" w:rsidP="00393433">
            <w:pPr>
              <w:bidi/>
              <w:rPr>
                <w:rFonts w:ascii="MV Utheemu" w:hAnsi="MV Utheemu" w:cs="MV Utheemu"/>
                <w:b/>
                <w:bCs w:val="0"/>
                <w:rtl/>
              </w:rPr>
            </w:pPr>
            <w:r w:rsidRPr="0064213B">
              <w:rPr>
                <w:rFonts w:hint="cs"/>
                <w:rtl/>
              </w:rPr>
              <w:t>فِعْلٌ</w:t>
            </w:r>
            <w:r w:rsidRPr="0064213B">
              <w:rPr>
                <w:rtl/>
              </w:rPr>
              <w:t xml:space="preserve"> </w:t>
            </w:r>
            <w:r w:rsidRPr="0064213B">
              <w:rPr>
                <w:rFonts w:hint="cs"/>
                <w:rtl/>
              </w:rPr>
              <w:t>مُضَارِعٌ</w:t>
            </w:r>
            <w:r w:rsidRPr="0064213B">
              <w:rPr>
                <w:rtl/>
              </w:rPr>
              <w:t xml:space="preserve"> </w:t>
            </w:r>
            <w:r w:rsidRPr="0064213B">
              <w:rPr>
                <w:rFonts w:hint="cs"/>
                <w:rtl/>
              </w:rPr>
              <w:t>مَرْفُوعٌ</w:t>
            </w:r>
            <w:r w:rsidRPr="00F7762F">
              <w:rPr>
                <w:rFonts w:ascii="MV Utheemu" w:hAnsi="MV Utheemu" w:cs="MV Utheemu"/>
                <w:b/>
              </w:rPr>
              <w:t xml:space="preserve">  </w:t>
            </w:r>
            <w:r w:rsidRPr="00F7762F">
              <w:rPr>
                <w:rFonts w:ascii="MV Utheemu" w:hAnsi="MV Utheemu" w:cs="MV Utheemu"/>
                <w:b/>
                <w:rtl/>
              </w:rPr>
              <w:t xml:space="preserve"> (</w:t>
            </w:r>
            <w:r w:rsidRPr="00F7762F">
              <w:rPr>
                <w:rFonts w:ascii="MV Utheemu" w:hAnsi="MV Utheemu" w:cs="MV Utheemu"/>
                <w:b/>
                <w:rtl/>
                <w:lang w:bidi="dv-MV"/>
              </w:rPr>
              <w:t>ހިނގަމުންދާ ޒަމާނުގެ ކަމެއް)</w:t>
            </w:r>
          </w:p>
        </w:tc>
        <w:tc>
          <w:tcPr>
            <w:tcW w:w="5224" w:type="dxa"/>
          </w:tcPr>
          <w:p w14:paraId="50EA1F07" w14:textId="77777777" w:rsidR="00393433" w:rsidRPr="00F7762F" w:rsidRDefault="00393433" w:rsidP="00393433">
            <w:pPr>
              <w:bidi/>
              <w:rPr>
                <w:rFonts w:ascii="MV Utheemu" w:hAnsi="MV Utheemu" w:cs="MV Utheemu"/>
                <w:b/>
                <w:bCs w:val="0"/>
                <w:rtl/>
                <w:lang w:bidi="dv-MV"/>
              </w:rPr>
            </w:pPr>
            <w:r w:rsidRPr="0064213B">
              <w:rPr>
                <w:rFonts w:hint="cs"/>
                <w:rtl/>
              </w:rPr>
              <w:t>يَلْتَجِئُ</w:t>
            </w:r>
            <w:r w:rsidRPr="0064213B">
              <w:rPr>
                <w:rtl/>
              </w:rPr>
              <w:t xml:space="preserve"> </w:t>
            </w:r>
            <w:r w:rsidRPr="0064213B">
              <w:rPr>
                <w:rFonts w:hint="cs"/>
                <w:rtl/>
              </w:rPr>
              <w:t>وَيَحْتَمِي</w:t>
            </w:r>
            <w:r w:rsidRPr="00F7762F">
              <w:rPr>
                <w:rFonts w:ascii="MV Utheemu" w:hAnsi="MV Utheemu" w:cs="MV Utheemu"/>
                <w:b/>
              </w:rPr>
              <w:t xml:space="preserve"> </w:t>
            </w:r>
            <w:r w:rsidRPr="00F7762F">
              <w:rPr>
                <w:rFonts w:ascii="MV Utheemu" w:hAnsi="MV Utheemu" w:cs="MV Utheemu"/>
                <w:b/>
                <w:rtl/>
                <w:lang w:bidi="dv-MV"/>
              </w:rPr>
              <w:t>ރައްކާތެރިކަން ހޯދައެވެ / ހިމާޔަތަށް އެދެއެވެ</w:t>
            </w:r>
            <w:r w:rsidRPr="00F7762F">
              <w:rPr>
                <w:rFonts w:ascii="MV Utheemu" w:hAnsi="MV Utheemu" w:cs="MV Utheemu"/>
                <w:b/>
              </w:rPr>
              <w:t>.</w:t>
            </w:r>
          </w:p>
        </w:tc>
      </w:tr>
      <w:tr w:rsidR="00393433" w:rsidRPr="00F7762F" w14:paraId="38ACB4F2" w14:textId="77777777" w:rsidTr="00DB1C28">
        <w:tc>
          <w:tcPr>
            <w:tcW w:w="582" w:type="dxa"/>
          </w:tcPr>
          <w:p w14:paraId="01FE5AE6"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8</w:t>
            </w:r>
          </w:p>
        </w:tc>
        <w:tc>
          <w:tcPr>
            <w:tcW w:w="1336" w:type="dxa"/>
          </w:tcPr>
          <w:p w14:paraId="15F1CB33" w14:textId="77777777" w:rsidR="00393433" w:rsidRPr="007D46FD" w:rsidRDefault="00393433" w:rsidP="00393433">
            <w:pPr>
              <w:bidi/>
              <w:rPr>
                <w:rFonts w:ascii="MV Utheemu" w:hAnsi="MV Utheemu"/>
                <w:rtl/>
              </w:rPr>
            </w:pPr>
            <w:r w:rsidRPr="007D46FD">
              <w:rPr>
                <w:rFonts w:ascii="Arial" w:hAnsi="Arial" w:hint="cs"/>
                <w:rtl/>
              </w:rPr>
              <w:t>عَوَّذَ</w:t>
            </w:r>
          </w:p>
        </w:tc>
        <w:tc>
          <w:tcPr>
            <w:tcW w:w="3221" w:type="dxa"/>
          </w:tcPr>
          <w:p w14:paraId="780D2C5B" w14:textId="77777777" w:rsidR="00393433" w:rsidRPr="00F7762F" w:rsidRDefault="00393433" w:rsidP="00393433">
            <w:pPr>
              <w:bidi/>
              <w:rPr>
                <w:rFonts w:ascii="MV Utheemu" w:hAnsi="MV Utheemu" w:cs="MV Utheemu"/>
                <w:b/>
                <w:bCs w:val="0"/>
                <w:rtl/>
              </w:rPr>
            </w:pPr>
            <w:r w:rsidRPr="0064213B">
              <w:rPr>
                <w:rFonts w:hint="cs"/>
                <w:rtl/>
              </w:rPr>
              <w:t>فِعْلٌ</w:t>
            </w:r>
            <w:r w:rsidRPr="0064213B">
              <w:rPr>
                <w:rtl/>
              </w:rPr>
              <w:t xml:space="preserve"> </w:t>
            </w:r>
            <w:r w:rsidRPr="0064213B">
              <w:rPr>
                <w:rFonts w:hint="cs"/>
                <w:rtl/>
              </w:rPr>
              <w:t>مَاضٍ</w:t>
            </w:r>
            <w:r w:rsidRPr="0064213B">
              <w:rPr>
                <w:rtl/>
              </w:rPr>
              <w:t xml:space="preserve"> </w:t>
            </w:r>
            <w:r w:rsidRPr="0064213B">
              <w:rPr>
                <w:rFonts w:hint="cs"/>
                <w:rtl/>
              </w:rPr>
              <w:t>مَزِيدٌ</w:t>
            </w:r>
            <w:r w:rsidRPr="0064213B">
              <w:rPr>
                <w:rtl/>
              </w:rPr>
              <w:t xml:space="preserve"> (</w:t>
            </w:r>
            <w:r w:rsidRPr="0064213B">
              <w:rPr>
                <w:rFonts w:hint="cs"/>
                <w:rtl/>
              </w:rPr>
              <w:t>بَابُ</w:t>
            </w:r>
            <w:r w:rsidRPr="0064213B">
              <w:rPr>
                <w:rtl/>
              </w:rPr>
              <w:t xml:space="preserve"> </w:t>
            </w:r>
            <w:r w:rsidRPr="0064213B">
              <w:rPr>
                <w:rFonts w:hint="cs"/>
                <w:rtl/>
              </w:rPr>
              <w:t>التَّفْعِيلِ</w:t>
            </w:r>
            <w:r w:rsidRPr="0064213B">
              <w:rPr>
                <w:rtl/>
              </w:rPr>
              <w:t>)</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ވޭތުވެދިޔަ ޒަމާނުގެ ކަމެއް - އިތުރު އަކުރު އެކުލެވޭ ބާވަތް)</w:t>
            </w:r>
          </w:p>
        </w:tc>
        <w:tc>
          <w:tcPr>
            <w:tcW w:w="5224" w:type="dxa"/>
          </w:tcPr>
          <w:p w14:paraId="2C6BA52F" w14:textId="77777777" w:rsidR="00393433" w:rsidRPr="00F7762F" w:rsidRDefault="00393433" w:rsidP="00393433">
            <w:pPr>
              <w:bidi/>
              <w:rPr>
                <w:rFonts w:ascii="MV Utheemu" w:hAnsi="MV Utheemu" w:cs="MV Utheemu"/>
                <w:b/>
                <w:bCs w:val="0"/>
                <w:rtl/>
                <w:lang w:bidi="dv-MV"/>
              </w:rPr>
            </w:pPr>
            <w:r w:rsidRPr="0064213B">
              <w:rPr>
                <w:rFonts w:hint="cs"/>
                <w:rtl/>
              </w:rPr>
              <w:t>رَقَى</w:t>
            </w:r>
            <w:r w:rsidRPr="0064213B">
              <w:rPr>
                <w:rtl/>
              </w:rPr>
              <w:t xml:space="preserve"> </w:t>
            </w:r>
            <w:r w:rsidRPr="0064213B">
              <w:rPr>
                <w:rFonts w:hint="cs"/>
                <w:rtl/>
              </w:rPr>
              <w:t>وَحَصَّنَ</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އެހެން މީހަކަށް) ރައްކާތެރިކަން ހޯއްދަވައިދެއްވިއެވެ</w:t>
            </w:r>
            <w:r w:rsidRPr="00F7762F">
              <w:rPr>
                <w:rFonts w:ascii="MV Utheemu" w:hAnsi="MV Utheemu" w:cs="MV Utheemu"/>
                <w:b/>
              </w:rPr>
              <w:t>.</w:t>
            </w:r>
          </w:p>
        </w:tc>
      </w:tr>
      <w:tr w:rsidR="00393433" w:rsidRPr="00F7762F" w14:paraId="21BED7CE" w14:textId="77777777" w:rsidTr="00DB1C28">
        <w:tc>
          <w:tcPr>
            <w:tcW w:w="582" w:type="dxa"/>
          </w:tcPr>
          <w:p w14:paraId="54A67C95"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9</w:t>
            </w:r>
          </w:p>
        </w:tc>
        <w:tc>
          <w:tcPr>
            <w:tcW w:w="1336" w:type="dxa"/>
          </w:tcPr>
          <w:p w14:paraId="120643B6" w14:textId="77777777" w:rsidR="00393433" w:rsidRPr="007D46FD" w:rsidRDefault="00393433" w:rsidP="00393433">
            <w:pPr>
              <w:bidi/>
              <w:rPr>
                <w:rFonts w:ascii="MV Utheemu" w:hAnsi="MV Utheemu"/>
                <w:rtl/>
              </w:rPr>
            </w:pPr>
            <w:r w:rsidRPr="007D46FD">
              <w:rPr>
                <w:rFonts w:ascii="Arial" w:hAnsi="Arial" w:hint="cs"/>
                <w:rtl/>
              </w:rPr>
              <w:t>يُعَوِّذُ</w:t>
            </w:r>
          </w:p>
        </w:tc>
        <w:tc>
          <w:tcPr>
            <w:tcW w:w="3221" w:type="dxa"/>
          </w:tcPr>
          <w:p w14:paraId="15605FF5" w14:textId="77777777" w:rsidR="00393433" w:rsidRPr="00F7762F" w:rsidRDefault="00393433" w:rsidP="00393433">
            <w:pPr>
              <w:bidi/>
              <w:rPr>
                <w:rFonts w:ascii="MV Utheemu" w:hAnsi="MV Utheemu" w:cs="MV Utheemu"/>
                <w:b/>
                <w:bCs w:val="0"/>
                <w:rtl/>
              </w:rPr>
            </w:pPr>
            <w:r w:rsidRPr="0064213B">
              <w:rPr>
                <w:rFonts w:hint="cs"/>
                <w:rtl/>
              </w:rPr>
              <w:t>فِعْلٌ</w:t>
            </w:r>
            <w:r w:rsidRPr="0064213B">
              <w:rPr>
                <w:rtl/>
              </w:rPr>
              <w:t xml:space="preserve"> </w:t>
            </w:r>
            <w:r w:rsidRPr="0064213B">
              <w:rPr>
                <w:rFonts w:hint="cs"/>
                <w:rtl/>
              </w:rPr>
              <w:t>مُضَارِعٌ</w:t>
            </w:r>
            <w:r w:rsidRPr="0064213B">
              <w:rPr>
                <w:rtl/>
              </w:rPr>
              <w:t xml:space="preserve"> </w:t>
            </w:r>
            <w:r w:rsidRPr="0064213B">
              <w:rPr>
                <w:rFonts w:hint="cs"/>
                <w:rtl/>
              </w:rPr>
              <w:t>مَرْفُوعٌ</w:t>
            </w:r>
            <w:r w:rsidRPr="0064213B">
              <w:rPr>
                <w:rtl/>
              </w:rPr>
              <w:t xml:space="preserve"> (</w:t>
            </w:r>
            <w:r w:rsidRPr="0064213B">
              <w:rPr>
                <w:rFonts w:hint="cs"/>
                <w:rtl/>
              </w:rPr>
              <w:t>بَابُ</w:t>
            </w:r>
            <w:r w:rsidRPr="0064213B">
              <w:rPr>
                <w:rtl/>
              </w:rPr>
              <w:t xml:space="preserve"> </w:t>
            </w:r>
            <w:r w:rsidRPr="0064213B">
              <w:rPr>
                <w:rFonts w:hint="cs"/>
                <w:rtl/>
              </w:rPr>
              <w:t>التَّفْعِيلِ</w:t>
            </w:r>
            <w:r w:rsidRPr="0064213B">
              <w:rPr>
                <w:rtl/>
              </w:rPr>
              <w:t>)</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ހިނގަމުންދާ ޒަމާނުގެ ކަމެއް)</w:t>
            </w:r>
          </w:p>
        </w:tc>
        <w:tc>
          <w:tcPr>
            <w:tcW w:w="5224" w:type="dxa"/>
          </w:tcPr>
          <w:p w14:paraId="2D4DEE61" w14:textId="77777777" w:rsidR="00393433" w:rsidRPr="00F7762F" w:rsidRDefault="00393433" w:rsidP="00393433">
            <w:pPr>
              <w:bidi/>
              <w:rPr>
                <w:rFonts w:ascii="MV Utheemu" w:hAnsi="MV Utheemu" w:cs="MV Utheemu"/>
                <w:b/>
                <w:bCs w:val="0"/>
                <w:rtl/>
                <w:lang w:bidi="dv-MV"/>
              </w:rPr>
            </w:pPr>
            <w:r w:rsidRPr="0064213B">
              <w:rPr>
                <w:rFonts w:hint="cs"/>
                <w:rtl/>
              </w:rPr>
              <w:t>يَرْقِي</w:t>
            </w:r>
            <w:r w:rsidRPr="0064213B">
              <w:rPr>
                <w:rtl/>
              </w:rPr>
              <w:t xml:space="preserve"> </w:t>
            </w:r>
            <w:r w:rsidRPr="0064213B">
              <w:rPr>
                <w:rFonts w:hint="cs"/>
                <w:rtl/>
              </w:rPr>
              <w:t>وَيُحَصِّنُ</w:t>
            </w:r>
            <w:r w:rsidRPr="00F7762F">
              <w:rPr>
                <w:rFonts w:ascii="MV Utheemu" w:hAnsi="MV Utheemu" w:cs="MV Utheemu"/>
                <w:b/>
              </w:rPr>
              <w:t> </w:t>
            </w:r>
            <w:r w:rsidRPr="00F7762F">
              <w:rPr>
                <w:rFonts w:ascii="MV Utheemu" w:hAnsi="MV Utheemu" w:cs="MV Utheemu"/>
                <w:b/>
                <w:rtl/>
              </w:rPr>
              <w:t>(</w:t>
            </w:r>
            <w:r w:rsidRPr="00F7762F">
              <w:rPr>
                <w:rFonts w:ascii="MV Utheemu" w:hAnsi="MV Utheemu" w:cs="MV Utheemu"/>
                <w:b/>
                <w:rtl/>
                <w:lang w:bidi="dv-MV"/>
              </w:rPr>
              <w:t>އެހެން މީހަކަށް) ރައްކާތެރިކަން ހޯއްދަވައިދެއެވެ</w:t>
            </w:r>
            <w:r w:rsidRPr="00F7762F">
              <w:rPr>
                <w:rFonts w:ascii="MV Utheemu" w:hAnsi="MV Utheemu" w:cs="MV Utheemu"/>
                <w:b/>
              </w:rPr>
              <w:t>.</w:t>
            </w:r>
          </w:p>
        </w:tc>
      </w:tr>
      <w:tr w:rsidR="00393433" w:rsidRPr="00F7762F" w14:paraId="13432B1D" w14:textId="77777777" w:rsidTr="00DB1C28">
        <w:tc>
          <w:tcPr>
            <w:tcW w:w="582" w:type="dxa"/>
          </w:tcPr>
          <w:p w14:paraId="3169C823" w14:textId="77777777" w:rsidR="00393433" w:rsidRPr="00F7762F" w:rsidRDefault="00393433" w:rsidP="00393433">
            <w:pPr>
              <w:bidi/>
              <w:rPr>
                <w:rFonts w:ascii="MV Utheemu" w:hAnsi="MV Utheemu" w:cs="MV Utheemu"/>
                <w:b/>
                <w:bCs w:val="0"/>
                <w:lang w:bidi="dv-MV"/>
              </w:rPr>
            </w:pPr>
            <w:r w:rsidRPr="00F7762F">
              <w:rPr>
                <w:rFonts w:ascii="MV Utheemu" w:hAnsi="MV Utheemu" w:cs="MV Utheemu"/>
                <w:b/>
                <w:lang w:bidi="dv-MV"/>
              </w:rPr>
              <w:t>10</w:t>
            </w:r>
          </w:p>
        </w:tc>
        <w:tc>
          <w:tcPr>
            <w:tcW w:w="1336" w:type="dxa"/>
          </w:tcPr>
          <w:p w14:paraId="422FB970" w14:textId="77777777" w:rsidR="00393433" w:rsidRPr="007D46FD" w:rsidRDefault="00393433" w:rsidP="00393433">
            <w:pPr>
              <w:bidi/>
              <w:rPr>
                <w:rFonts w:ascii="MV Utheemu" w:hAnsi="MV Utheemu"/>
                <w:rtl/>
              </w:rPr>
            </w:pPr>
            <w:r w:rsidRPr="007D46FD">
              <w:rPr>
                <w:rFonts w:ascii="Arial" w:hAnsi="Arial" w:hint="cs"/>
                <w:rtl/>
              </w:rPr>
              <w:t>اسْتَعَاذَ</w:t>
            </w:r>
          </w:p>
        </w:tc>
        <w:tc>
          <w:tcPr>
            <w:tcW w:w="3221" w:type="dxa"/>
          </w:tcPr>
          <w:p w14:paraId="3BE9C58B" w14:textId="77777777" w:rsidR="00393433" w:rsidRPr="00F7762F" w:rsidRDefault="00393433" w:rsidP="00393433">
            <w:pPr>
              <w:bidi/>
              <w:rPr>
                <w:rFonts w:ascii="MV Utheemu" w:hAnsi="MV Utheemu" w:cs="MV Utheemu"/>
                <w:b/>
                <w:bCs w:val="0"/>
                <w:rtl/>
              </w:rPr>
            </w:pPr>
            <w:r w:rsidRPr="0064213B">
              <w:rPr>
                <w:rFonts w:hint="cs"/>
                <w:rtl/>
              </w:rPr>
              <w:t>فِعْلٌ</w:t>
            </w:r>
            <w:r w:rsidRPr="0064213B">
              <w:rPr>
                <w:rtl/>
              </w:rPr>
              <w:t xml:space="preserve"> </w:t>
            </w:r>
            <w:r w:rsidRPr="0064213B">
              <w:rPr>
                <w:rFonts w:hint="cs"/>
                <w:rtl/>
              </w:rPr>
              <w:t>مَاضٍ</w:t>
            </w:r>
            <w:r w:rsidRPr="0064213B">
              <w:rPr>
                <w:rtl/>
              </w:rPr>
              <w:t xml:space="preserve"> </w:t>
            </w:r>
            <w:r w:rsidRPr="0064213B">
              <w:rPr>
                <w:rFonts w:hint="cs"/>
                <w:rtl/>
              </w:rPr>
              <w:t>مَزِيدٌ</w:t>
            </w:r>
            <w:r w:rsidRPr="0064213B">
              <w:rPr>
                <w:rtl/>
              </w:rPr>
              <w:t xml:space="preserve"> (</w:t>
            </w:r>
            <w:r w:rsidRPr="0064213B">
              <w:rPr>
                <w:rFonts w:hint="cs"/>
                <w:rtl/>
              </w:rPr>
              <w:t>بَابُ</w:t>
            </w:r>
            <w:r w:rsidRPr="0064213B">
              <w:rPr>
                <w:rtl/>
              </w:rPr>
              <w:t xml:space="preserve"> </w:t>
            </w:r>
            <w:r w:rsidRPr="0064213B">
              <w:rPr>
                <w:rFonts w:hint="cs"/>
                <w:rtl/>
              </w:rPr>
              <w:t>الِاسْتِفْعَالِ</w:t>
            </w:r>
            <w:r w:rsidRPr="0064213B">
              <w:rPr>
                <w:rtl/>
              </w:rPr>
              <w:t>) (</w:t>
            </w:r>
            <w:r w:rsidRPr="00F7762F">
              <w:rPr>
                <w:rFonts w:ascii="MV Utheemu" w:hAnsi="MV Utheemu" w:cs="MV Utheemu"/>
                <w:b/>
                <w:rtl/>
                <w:lang w:bidi="dv-MV"/>
              </w:rPr>
              <w:t>ވޭތުވެދިޔަ ޒަމާނުގެ ކަމެއް - އެދުމުގެ މާނަ އެކުލެވޭ ބާވަތް)</w:t>
            </w:r>
          </w:p>
        </w:tc>
        <w:tc>
          <w:tcPr>
            <w:tcW w:w="5224" w:type="dxa"/>
          </w:tcPr>
          <w:p w14:paraId="124C46C2" w14:textId="77777777" w:rsidR="00393433" w:rsidRPr="00F7762F" w:rsidRDefault="00393433" w:rsidP="00393433">
            <w:pPr>
              <w:bidi/>
              <w:rPr>
                <w:rFonts w:ascii="MV Utheemu" w:hAnsi="MV Utheemu" w:cs="MV Utheemu"/>
                <w:b/>
                <w:bCs w:val="0"/>
                <w:rtl/>
                <w:lang w:bidi="dv-MV"/>
              </w:rPr>
            </w:pPr>
            <w:r w:rsidRPr="0064213B">
              <w:rPr>
                <w:rFonts w:hint="cs"/>
                <w:rtl/>
              </w:rPr>
              <w:t>طَلَبَ</w:t>
            </w:r>
            <w:r w:rsidRPr="0064213B">
              <w:rPr>
                <w:rtl/>
              </w:rPr>
              <w:t xml:space="preserve"> </w:t>
            </w:r>
            <w:r w:rsidRPr="0064213B">
              <w:rPr>
                <w:rFonts w:hint="cs"/>
                <w:rtl/>
              </w:rPr>
              <w:t>العَوْذَ</w:t>
            </w:r>
            <w:r w:rsidRPr="00F7762F">
              <w:rPr>
                <w:rFonts w:ascii="MV Utheemu" w:hAnsi="MV Utheemu" w:cs="MV Utheemu"/>
                <w:b/>
              </w:rPr>
              <w:t xml:space="preserve"> </w:t>
            </w:r>
            <w:r w:rsidRPr="00F7762F">
              <w:rPr>
                <w:rFonts w:ascii="MV Utheemu" w:hAnsi="MV Utheemu" w:cs="MV Utheemu"/>
                <w:b/>
                <w:rtl/>
                <w:lang w:bidi="dv-MV"/>
              </w:rPr>
              <w:t>ރައްކާތެރިކަމަށް އެދިއްޖެއެވެ / އިސްތިޢާޛާ ކޮށްފިއެވެ</w:t>
            </w:r>
            <w:r w:rsidRPr="00F7762F">
              <w:rPr>
                <w:rFonts w:ascii="MV Utheemu" w:hAnsi="MV Utheemu" w:cs="MV Utheemu"/>
                <w:b/>
              </w:rPr>
              <w:t>.</w:t>
            </w:r>
          </w:p>
        </w:tc>
      </w:tr>
      <w:tr w:rsidR="00393433" w:rsidRPr="00F7762F" w14:paraId="716F6702" w14:textId="77777777" w:rsidTr="00DB1C28">
        <w:tc>
          <w:tcPr>
            <w:tcW w:w="582" w:type="dxa"/>
          </w:tcPr>
          <w:p w14:paraId="12D9B893"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11</w:t>
            </w:r>
          </w:p>
        </w:tc>
        <w:tc>
          <w:tcPr>
            <w:tcW w:w="1336" w:type="dxa"/>
          </w:tcPr>
          <w:p w14:paraId="458AAC5B" w14:textId="77777777" w:rsidR="00393433" w:rsidRPr="007D46FD" w:rsidRDefault="00393433" w:rsidP="00393433">
            <w:pPr>
              <w:bidi/>
              <w:jc w:val="both"/>
              <w:rPr>
                <w:rFonts w:ascii="MV Utheemu" w:hAnsi="MV Utheemu"/>
                <w:rtl/>
              </w:rPr>
            </w:pPr>
            <w:r w:rsidRPr="007D46FD">
              <w:rPr>
                <w:rFonts w:ascii="Arial" w:hAnsi="Arial" w:hint="cs"/>
                <w:rtl/>
              </w:rPr>
              <w:t>يَسْتَعِيذُ</w:t>
            </w:r>
          </w:p>
        </w:tc>
        <w:tc>
          <w:tcPr>
            <w:tcW w:w="3221" w:type="dxa"/>
          </w:tcPr>
          <w:p w14:paraId="7402E770" w14:textId="77777777" w:rsidR="00393433" w:rsidRPr="00F7762F" w:rsidRDefault="00393433" w:rsidP="00393433">
            <w:pPr>
              <w:bidi/>
              <w:jc w:val="both"/>
              <w:rPr>
                <w:rFonts w:ascii="MV Utheemu" w:hAnsi="MV Utheemu" w:cs="MV Utheemu"/>
                <w:b/>
                <w:bCs w:val="0"/>
                <w:rtl/>
              </w:rPr>
            </w:pPr>
            <w:r w:rsidRPr="0064213B">
              <w:rPr>
                <w:rFonts w:hint="cs"/>
                <w:rtl/>
              </w:rPr>
              <w:t>فِعْلٌ</w:t>
            </w:r>
            <w:r w:rsidRPr="0064213B">
              <w:rPr>
                <w:rtl/>
              </w:rPr>
              <w:t xml:space="preserve"> </w:t>
            </w:r>
            <w:r w:rsidRPr="0064213B">
              <w:rPr>
                <w:rFonts w:hint="cs"/>
                <w:rtl/>
              </w:rPr>
              <w:t>مُضَارِعٌ</w:t>
            </w:r>
            <w:r w:rsidRPr="0064213B">
              <w:rPr>
                <w:rtl/>
              </w:rPr>
              <w:t xml:space="preserve"> </w:t>
            </w:r>
            <w:r w:rsidRPr="0064213B">
              <w:rPr>
                <w:rFonts w:hint="cs"/>
                <w:rtl/>
              </w:rPr>
              <w:t>مَرْفُوعٌ</w:t>
            </w:r>
            <w:r w:rsidRPr="0064213B">
              <w:rPr>
                <w:rtl/>
              </w:rPr>
              <w:t xml:space="preserve"> (</w:t>
            </w:r>
            <w:r w:rsidRPr="0064213B">
              <w:rPr>
                <w:rFonts w:hint="cs"/>
                <w:rtl/>
              </w:rPr>
              <w:t>بَابُ</w:t>
            </w:r>
            <w:r w:rsidRPr="0064213B">
              <w:rPr>
                <w:rtl/>
              </w:rPr>
              <w:t xml:space="preserve"> </w:t>
            </w:r>
            <w:r w:rsidRPr="0064213B">
              <w:rPr>
                <w:rFonts w:hint="cs"/>
                <w:rtl/>
              </w:rPr>
              <w:t>الِاسْتِفْعَالِ</w:t>
            </w:r>
            <w:r w:rsidRPr="0064213B">
              <w:rPr>
                <w:rtl/>
              </w:rPr>
              <w:t>)</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ހިނގަމުންދާ ޒަމާނުގެ ކަމެއް)</w:t>
            </w:r>
          </w:p>
        </w:tc>
        <w:tc>
          <w:tcPr>
            <w:tcW w:w="5224" w:type="dxa"/>
          </w:tcPr>
          <w:p w14:paraId="2E759F5C" w14:textId="77777777" w:rsidR="00393433" w:rsidRPr="00F7762F" w:rsidRDefault="00393433" w:rsidP="00393433">
            <w:pPr>
              <w:bidi/>
              <w:jc w:val="both"/>
              <w:rPr>
                <w:rFonts w:ascii="MV Utheemu" w:hAnsi="MV Utheemu" w:cs="MV Utheemu"/>
                <w:b/>
                <w:bCs w:val="0"/>
                <w:rtl/>
                <w:lang w:bidi="dv-MV"/>
              </w:rPr>
            </w:pPr>
            <w:r w:rsidRPr="0064213B">
              <w:rPr>
                <w:rFonts w:hint="cs"/>
                <w:rtl/>
              </w:rPr>
              <w:t>يَطْلُبُ</w:t>
            </w:r>
            <w:r w:rsidRPr="0064213B">
              <w:rPr>
                <w:rtl/>
              </w:rPr>
              <w:t xml:space="preserve"> </w:t>
            </w:r>
            <w:r w:rsidRPr="0064213B">
              <w:rPr>
                <w:rFonts w:hint="cs"/>
                <w:rtl/>
              </w:rPr>
              <w:t>العَوْذَ</w:t>
            </w:r>
            <w:r w:rsidRPr="00F7762F">
              <w:rPr>
                <w:rFonts w:ascii="MV Utheemu" w:hAnsi="MV Utheemu" w:cs="MV Utheemu"/>
                <w:b/>
              </w:rPr>
              <w:t xml:space="preserve"> </w:t>
            </w:r>
            <w:r w:rsidRPr="00F7762F">
              <w:rPr>
                <w:rFonts w:ascii="MV Utheemu" w:hAnsi="MV Utheemu" w:cs="MV Utheemu"/>
                <w:b/>
                <w:rtl/>
                <w:lang w:bidi="dv-MV"/>
              </w:rPr>
              <w:t>ރައްކާތެރިކަމަށް އެދެއެވެ / އިސްތިޢާޛާ ކުރެއެވެ</w:t>
            </w:r>
            <w:r w:rsidRPr="00F7762F">
              <w:rPr>
                <w:rFonts w:ascii="MV Utheemu" w:hAnsi="MV Utheemu" w:cs="MV Utheemu"/>
                <w:b/>
              </w:rPr>
              <w:t>.</w:t>
            </w:r>
          </w:p>
        </w:tc>
      </w:tr>
      <w:tr w:rsidR="00393433" w:rsidRPr="00F7762F" w14:paraId="091F721A" w14:textId="77777777" w:rsidTr="00DB1C28">
        <w:tc>
          <w:tcPr>
            <w:tcW w:w="582" w:type="dxa"/>
          </w:tcPr>
          <w:p w14:paraId="59CFA8B8"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12</w:t>
            </w:r>
          </w:p>
        </w:tc>
        <w:tc>
          <w:tcPr>
            <w:tcW w:w="1336" w:type="dxa"/>
          </w:tcPr>
          <w:p w14:paraId="0E887164" w14:textId="77777777" w:rsidR="00393433" w:rsidRPr="007D46FD" w:rsidRDefault="00393433" w:rsidP="00393433">
            <w:pPr>
              <w:bidi/>
              <w:jc w:val="both"/>
              <w:rPr>
                <w:rFonts w:ascii="MV Utheemu" w:hAnsi="MV Utheemu"/>
                <w:rtl/>
              </w:rPr>
            </w:pPr>
            <w:r w:rsidRPr="007D46FD">
              <w:rPr>
                <w:rFonts w:ascii="Arial" w:hAnsi="Arial" w:hint="cs"/>
                <w:rtl/>
              </w:rPr>
              <w:t>الأَذَى</w:t>
            </w:r>
          </w:p>
        </w:tc>
        <w:tc>
          <w:tcPr>
            <w:tcW w:w="3221" w:type="dxa"/>
          </w:tcPr>
          <w:p w14:paraId="2372B4F0" w14:textId="77777777" w:rsidR="00393433" w:rsidRPr="00F7762F" w:rsidRDefault="00393433" w:rsidP="00393433">
            <w:pPr>
              <w:bidi/>
              <w:jc w:val="both"/>
              <w:rPr>
                <w:rFonts w:ascii="MV Utheemu" w:hAnsi="MV Utheemu" w:cs="MV Utheemu"/>
                <w:b/>
                <w:bCs w:val="0"/>
                <w:rtl/>
              </w:rPr>
            </w:pPr>
            <w:r w:rsidRPr="0064213B">
              <w:rPr>
                <w:rFonts w:hint="cs"/>
                <w:rtl/>
              </w:rPr>
              <w:t>اِسْمٌ</w:t>
            </w:r>
            <w:r w:rsidRPr="0064213B">
              <w:rPr>
                <w:rtl/>
              </w:rPr>
              <w:t xml:space="preserve"> </w:t>
            </w:r>
            <w:r w:rsidRPr="0064213B">
              <w:rPr>
                <w:rFonts w:hint="cs"/>
                <w:rtl/>
              </w:rPr>
              <w:t>مَقْصُورٌ</w:t>
            </w:r>
            <w:r w:rsidRPr="0064213B">
              <w:rPr>
                <w:rtl/>
              </w:rPr>
              <w:t xml:space="preserve"> </w:t>
            </w:r>
            <w:r w:rsidRPr="0064213B">
              <w:rPr>
                <w:rFonts w:hint="cs"/>
                <w:rtl/>
              </w:rPr>
              <w:t>مُفْرَدٌ</w:t>
            </w:r>
            <w:r w:rsidRPr="0064213B">
              <w:rPr>
                <w:rtl/>
              </w:rPr>
              <w:t xml:space="preserve"> </w:t>
            </w:r>
            <w:r w:rsidRPr="0064213B">
              <w:rPr>
                <w:rFonts w:hint="cs"/>
                <w:rtl/>
              </w:rPr>
              <w:t>مُذَكَّرٌ</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ފިރިހެން ބަހުން އޮތް، 'ޔާ' އަކުން ނިމޭ އެކަހެރި ނަން)</w:t>
            </w:r>
          </w:p>
        </w:tc>
        <w:tc>
          <w:tcPr>
            <w:tcW w:w="5224" w:type="dxa"/>
          </w:tcPr>
          <w:p w14:paraId="02942A17" w14:textId="77777777" w:rsidR="00393433" w:rsidRPr="00F7762F" w:rsidRDefault="00393433" w:rsidP="00393433">
            <w:pPr>
              <w:bidi/>
              <w:jc w:val="both"/>
              <w:rPr>
                <w:rFonts w:ascii="MV Utheemu" w:hAnsi="MV Utheemu" w:cs="MV Utheemu"/>
                <w:b/>
                <w:bCs w:val="0"/>
                <w:rtl/>
                <w:lang w:bidi="dv-MV"/>
              </w:rPr>
            </w:pPr>
            <w:r w:rsidRPr="0064213B">
              <w:rPr>
                <w:rFonts w:hint="cs"/>
                <w:rtl/>
              </w:rPr>
              <w:t>الضَّرَرُ</w:t>
            </w:r>
            <w:r w:rsidRPr="0064213B">
              <w:rPr>
                <w:rtl/>
              </w:rPr>
              <w:t xml:space="preserve"> </w:t>
            </w:r>
            <w:r w:rsidRPr="0064213B">
              <w:rPr>
                <w:rFonts w:hint="cs"/>
                <w:rtl/>
              </w:rPr>
              <w:t>الخَفِيفُ</w:t>
            </w:r>
            <w:r w:rsidRPr="0064213B">
              <w:rPr>
                <w:rtl/>
              </w:rPr>
              <w:t xml:space="preserve"> </w:t>
            </w:r>
            <w:r w:rsidRPr="0064213B">
              <w:rPr>
                <w:rFonts w:hint="cs"/>
                <w:rtl/>
              </w:rPr>
              <w:t>أَوِ</w:t>
            </w:r>
            <w:r w:rsidRPr="0064213B">
              <w:rPr>
                <w:rtl/>
              </w:rPr>
              <w:t xml:space="preserve"> </w:t>
            </w:r>
            <w:r w:rsidRPr="0064213B">
              <w:rPr>
                <w:rFonts w:hint="cs"/>
                <w:rtl/>
              </w:rPr>
              <w:t>المَكْرُوهُ</w:t>
            </w:r>
            <w:r w:rsidRPr="00F7762F">
              <w:rPr>
                <w:rFonts w:ascii="MV Utheemu" w:hAnsi="MV Utheemu" w:cs="MV Utheemu"/>
                <w:b/>
              </w:rPr>
              <w:t xml:space="preserve"> </w:t>
            </w:r>
            <w:r w:rsidRPr="00F7762F">
              <w:rPr>
                <w:rFonts w:ascii="MV Utheemu" w:hAnsi="MV Utheemu" w:cs="MV Utheemu"/>
                <w:b/>
                <w:rtl/>
                <w:lang w:bidi="dv-MV"/>
              </w:rPr>
              <w:t>އުނދަގޫ / ވޭން / ގެއްލުން</w:t>
            </w:r>
            <w:r w:rsidRPr="00F7762F">
              <w:rPr>
                <w:rFonts w:ascii="MV Utheemu" w:hAnsi="MV Utheemu" w:cs="MV Utheemu"/>
                <w:b/>
              </w:rPr>
              <w:t>.</w:t>
            </w:r>
          </w:p>
        </w:tc>
      </w:tr>
      <w:tr w:rsidR="00F7762F" w:rsidRPr="00F7762F" w14:paraId="781430C5" w14:textId="77777777" w:rsidTr="00DB1C28">
        <w:tc>
          <w:tcPr>
            <w:tcW w:w="582" w:type="dxa"/>
          </w:tcPr>
          <w:p w14:paraId="1668F657"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13</w:t>
            </w:r>
          </w:p>
        </w:tc>
        <w:tc>
          <w:tcPr>
            <w:tcW w:w="1336" w:type="dxa"/>
          </w:tcPr>
          <w:p w14:paraId="53BF1620" w14:textId="77777777" w:rsidR="00393433" w:rsidRPr="007D46FD" w:rsidRDefault="00393433" w:rsidP="00393433">
            <w:pPr>
              <w:bidi/>
              <w:jc w:val="both"/>
              <w:rPr>
                <w:rFonts w:ascii="MV Utheemu" w:hAnsi="MV Utheemu"/>
                <w:rtl/>
              </w:rPr>
            </w:pPr>
            <w:r w:rsidRPr="007D46FD">
              <w:rPr>
                <w:rFonts w:ascii="Arial" w:hAnsi="Arial" w:hint="cs"/>
                <w:rtl/>
              </w:rPr>
              <w:t>يُؤْذُونَ</w:t>
            </w:r>
          </w:p>
        </w:tc>
        <w:tc>
          <w:tcPr>
            <w:tcW w:w="3221" w:type="dxa"/>
          </w:tcPr>
          <w:p w14:paraId="64C0B2DC" w14:textId="77777777" w:rsidR="00393433" w:rsidRPr="00F7762F" w:rsidRDefault="00393433" w:rsidP="00393433">
            <w:pPr>
              <w:bidi/>
              <w:jc w:val="both"/>
              <w:rPr>
                <w:rFonts w:ascii="MV Utheemu" w:hAnsi="MV Utheemu" w:cs="MV Utheemu"/>
                <w:b/>
                <w:bCs w:val="0"/>
                <w:rtl/>
              </w:rPr>
            </w:pPr>
            <w:r w:rsidRPr="0064213B">
              <w:rPr>
                <w:rFonts w:hint="cs"/>
                <w:rtl/>
              </w:rPr>
              <w:t>فِعْلٌ</w:t>
            </w:r>
            <w:r w:rsidRPr="0064213B">
              <w:rPr>
                <w:rtl/>
              </w:rPr>
              <w:t xml:space="preserve"> </w:t>
            </w:r>
            <w:r w:rsidRPr="0064213B">
              <w:rPr>
                <w:rFonts w:hint="cs"/>
                <w:rtl/>
              </w:rPr>
              <w:t>مُضَارِعٌ</w:t>
            </w:r>
            <w:r w:rsidRPr="0064213B">
              <w:rPr>
                <w:rtl/>
              </w:rPr>
              <w:t xml:space="preserve"> </w:t>
            </w:r>
            <w:r w:rsidRPr="0064213B">
              <w:rPr>
                <w:rFonts w:hint="cs"/>
                <w:rtl/>
              </w:rPr>
              <w:t>مَرْفُوعٌ،</w:t>
            </w:r>
            <w:r w:rsidRPr="0064213B">
              <w:rPr>
                <w:rtl/>
              </w:rPr>
              <w:t xml:space="preserve"> </w:t>
            </w:r>
            <w:r w:rsidRPr="0064213B">
              <w:rPr>
                <w:rFonts w:hint="cs"/>
                <w:rtl/>
              </w:rPr>
              <w:t>وَاوُ</w:t>
            </w:r>
            <w:r w:rsidRPr="0064213B">
              <w:rPr>
                <w:rtl/>
              </w:rPr>
              <w:t xml:space="preserve"> </w:t>
            </w:r>
            <w:r w:rsidRPr="0064213B">
              <w:rPr>
                <w:rFonts w:hint="cs"/>
                <w:rtl/>
              </w:rPr>
              <w:t>الجَمَاعَةِ</w:t>
            </w:r>
            <w:r w:rsidRPr="0064213B">
              <w:rPr>
                <w:rtl/>
              </w:rPr>
              <w:t xml:space="preserve"> </w:t>
            </w:r>
            <w:r w:rsidRPr="0064213B">
              <w:rPr>
                <w:rFonts w:hint="cs"/>
                <w:rtl/>
              </w:rPr>
              <w:t>فَاعِلٌ</w:t>
            </w:r>
            <w:r w:rsidRPr="0064213B">
              <w:rPr>
                <w:rtl/>
              </w:rPr>
              <w:t>(</w:t>
            </w:r>
            <w:r w:rsidRPr="00F7762F">
              <w:rPr>
                <w:rFonts w:ascii="MV Utheemu" w:hAnsi="MV Utheemu" w:cs="MV Utheemu"/>
                <w:b/>
                <w:rtl/>
                <w:lang w:bidi="dv-MV"/>
              </w:rPr>
              <w:t>ހިނގަމުންދާ ޒަމާނުގެ ކަމެއް، ގިނަވައިގެ 'ވާވު' އަކީ ކުރާ ފަރާތް)</w:t>
            </w:r>
          </w:p>
        </w:tc>
        <w:tc>
          <w:tcPr>
            <w:tcW w:w="5224" w:type="dxa"/>
          </w:tcPr>
          <w:p w14:paraId="4F9A935D" w14:textId="77777777" w:rsidR="00393433" w:rsidRPr="00F7762F" w:rsidRDefault="00393433" w:rsidP="00393433">
            <w:pPr>
              <w:bidi/>
              <w:jc w:val="both"/>
              <w:rPr>
                <w:rFonts w:ascii="MV Utheemu" w:hAnsi="MV Utheemu" w:cs="MV Utheemu"/>
                <w:b/>
                <w:bCs w:val="0"/>
                <w:rtl/>
              </w:rPr>
            </w:pPr>
            <w:r w:rsidRPr="0064213B">
              <w:rPr>
                <w:rFonts w:hint="cs"/>
                <w:rtl/>
              </w:rPr>
              <w:t>يُلْحِقُونَ</w:t>
            </w:r>
            <w:r w:rsidRPr="0064213B">
              <w:rPr>
                <w:rtl/>
              </w:rPr>
              <w:t xml:space="preserve"> </w:t>
            </w:r>
            <w:r w:rsidRPr="0064213B">
              <w:rPr>
                <w:rFonts w:hint="cs"/>
                <w:rtl/>
              </w:rPr>
              <w:t>الأَذَى</w:t>
            </w:r>
            <w:r w:rsidRPr="00F7762F">
              <w:rPr>
                <w:rFonts w:ascii="MV Utheemu" w:hAnsi="MV Utheemu" w:cs="MV Utheemu"/>
                <w:b/>
              </w:rPr>
              <w:t xml:space="preserve"> </w:t>
            </w:r>
            <w:r w:rsidRPr="00F7762F">
              <w:rPr>
                <w:rFonts w:ascii="MV Utheemu" w:hAnsi="MV Utheemu" w:cs="MV Utheemu"/>
                <w:b/>
                <w:rtl/>
                <w:lang w:bidi="dv-MV"/>
              </w:rPr>
              <w:t>އެބައިމީހުން އުނދަގޫކުރެއެވެ / ގެއްލުންދެއެވެ</w:t>
            </w:r>
            <w:r w:rsidRPr="00F7762F">
              <w:rPr>
                <w:rFonts w:ascii="MV Utheemu" w:hAnsi="MV Utheemu" w:cs="MV Utheemu"/>
                <w:b/>
              </w:rPr>
              <w:t>.</w:t>
            </w:r>
          </w:p>
        </w:tc>
      </w:tr>
      <w:tr w:rsidR="00F7762F" w:rsidRPr="00F7762F" w14:paraId="194EFEF2" w14:textId="77777777" w:rsidTr="00DB1C28">
        <w:tc>
          <w:tcPr>
            <w:tcW w:w="582" w:type="dxa"/>
          </w:tcPr>
          <w:p w14:paraId="399FFB8A"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14</w:t>
            </w:r>
          </w:p>
        </w:tc>
        <w:tc>
          <w:tcPr>
            <w:tcW w:w="1336" w:type="dxa"/>
          </w:tcPr>
          <w:p w14:paraId="4981AE48" w14:textId="77777777" w:rsidR="00393433" w:rsidRPr="007D46FD" w:rsidRDefault="00393433" w:rsidP="00393433">
            <w:pPr>
              <w:bidi/>
              <w:jc w:val="both"/>
              <w:rPr>
                <w:rFonts w:ascii="MV Utheemu" w:hAnsi="MV Utheemu"/>
                <w:rtl/>
              </w:rPr>
            </w:pPr>
            <w:r w:rsidRPr="007D46FD">
              <w:rPr>
                <w:rFonts w:ascii="Arial" w:hAnsi="Arial" w:hint="cs"/>
                <w:rtl/>
              </w:rPr>
              <w:t>يَضُرُّوكُمْ</w:t>
            </w:r>
          </w:p>
        </w:tc>
        <w:tc>
          <w:tcPr>
            <w:tcW w:w="3221" w:type="dxa"/>
          </w:tcPr>
          <w:p w14:paraId="0F07CF22" w14:textId="77777777" w:rsidR="00393433" w:rsidRPr="00F7762F" w:rsidRDefault="00393433" w:rsidP="00393433">
            <w:pPr>
              <w:bidi/>
              <w:jc w:val="both"/>
              <w:rPr>
                <w:rFonts w:ascii="MV Utheemu" w:hAnsi="MV Utheemu" w:cs="MV Utheemu"/>
                <w:b/>
                <w:bCs w:val="0"/>
                <w:rtl/>
              </w:rPr>
            </w:pPr>
            <w:r w:rsidRPr="0064213B">
              <w:rPr>
                <w:rFonts w:hint="cs"/>
                <w:rtl/>
              </w:rPr>
              <w:t>عْلٌ</w:t>
            </w:r>
            <w:r w:rsidRPr="0064213B">
              <w:rPr>
                <w:rtl/>
              </w:rPr>
              <w:t xml:space="preserve"> </w:t>
            </w:r>
            <w:r w:rsidRPr="0064213B">
              <w:rPr>
                <w:rFonts w:hint="cs"/>
                <w:rtl/>
              </w:rPr>
              <w:t>مُضَارِعٌ</w:t>
            </w:r>
            <w:r w:rsidRPr="0064213B">
              <w:rPr>
                <w:rtl/>
              </w:rPr>
              <w:t xml:space="preserve"> </w:t>
            </w:r>
            <w:r w:rsidRPr="0064213B">
              <w:rPr>
                <w:rFonts w:hint="cs"/>
                <w:rtl/>
              </w:rPr>
              <w:t>مَرْفُوعٌ،</w:t>
            </w:r>
            <w:r w:rsidRPr="0064213B">
              <w:rPr>
                <w:rtl/>
              </w:rPr>
              <w:t xml:space="preserve"> </w:t>
            </w:r>
            <w:r w:rsidRPr="0064213B">
              <w:rPr>
                <w:rFonts w:hint="cs"/>
                <w:rtl/>
              </w:rPr>
              <w:t>وَاوُ</w:t>
            </w:r>
            <w:r w:rsidRPr="0064213B">
              <w:rPr>
                <w:rtl/>
              </w:rPr>
              <w:t xml:space="preserve"> </w:t>
            </w:r>
            <w:r w:rsidRPr="0064213B">
              <w:rPr>
                <w:rFonts w:hint="cs"/>
                <w:rtl/>
              </w:rPr>
              <w:t>الجَمَاعَةِ</w:t>
            </w:r>
            <w:r w:rsidRPr="0064213B">
              <w:rPr>
                <w:rtl/>
              </w:rPr>
              <w:t xml:space="preserve"> </w:t>
            </w:r>
            <w:r w:rsidRPr="0064213B">
              <w:rPr>
                <w:rFonts w:hint="cs"/>
                <w:rtl/>
              </w:rPr>
              <w:t>فَاعِلٌ،</w:t>
            </w:r>
            <w:r w:rsidRPr="0064213B">
              <w:rPr>
                <w:rtl/>
              </w:rPr>
              <w:t xml:space="preserve"> </w:t>
            </w:r>
            <w:r w:rsidRPr="0064213B">
              <w:rPr>
                <w:rFonts w:hint="cs"/>
                <w:rtl/>
              </w:rPr>
              <w:t>وَالكَافُ</w:t>
            </w:r>
            <w:r w:rsidRPr="0064213B">
              <w:rPr>
                <w:rtl/>
              </w:rPr>
              <w:t xml:space="preserve"> </w:t>
            </w:r>
            <w:r w:rsidRPr="0064213B">
              <w:rPr>
                <w:rFonts w:hint="cs"/>
                <w:rtl/>
              </w:rPr>
              <w:t>مَفْعُولٌ</w:t>
            </w:r>
            <w:r w:rsidRPr="0064213B">
              <w:rPr>
                <w:rtl/>
              </w:rPr>
              <w:t xml:space="preserve"> </w:t>
            </w:r>
            <w:r w:rsidRPr="0064213B">
              <w:rPr>
                <w:rFonts w:hint="cs"/>
                <w:rtl/>
              </w:rPr>
              <w:t>بِهِ</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ހިނގަމުންދާ ޒަމާނުގެ ކަމެއް، 'ވާވު' އަކީ ކުރާ ފަރާތް، 'ކާފު' އަކީ ރައްދުވާ ފަރާތް).</w:t>
            </w:r>
          </w:p>
        </w:tc>
        <w:tc>
          <w:tcPr>
            <w:tcW w:w="5224" w:type="dxa"/>
          </w:tcPr>
          <w:p w14:paraId="39A21010" w14:textId="77777777" w:rsidR="00393433" w:rsidRPr="00F7762F" w:rsidRDefault="00393433" w:rsidP="00393433">
            <w:pPr>
              <w:bidi/>
              <w:jc w:val="both"/>
              <w:rPr>
                <w:rFonts w:ascii="MV Utheemu" w:hAnsi="MV Utheemu" w:cs="MV Utheemu"/>
                <w:b/>
                <w:bCs w:val="0"/>
                <w:rtl/>
              </w:rPr>
            </w:pPr>
            <w:r w:rsidRPr="0064213B">
              <w:rPr>
                <w:rFonts w:hint="cs"/>
                <w:rtl/>
              </w:rPr>
              <w:t>يُصِيبُونَكُمْ</w:t>
            </w:r>
            <w:r w:rsidRPr="0064213B">
              <w:rPr>
                <w:rtl/>
              </w:rPr>
              <w:t xml:space="preserve"> </w:t>
            </w:r>
            <w:r w:rsidRPr="0064213B">
              <w:rPr>
                <w:rFonts w:hint="cs"/>
                <w:rtl/>
              </w:rPr>
              <w:t>بِضَرَرٍ</w:t>
            </w:r>
            <w:r w:rsidRPr="00F7762F">
              <w:rPr>
                <w:rFonts w:ascii="MV Utheemu" w:hAnsi="MV Utheemu" w:cs="MV Utheemu"/>
                <w:b/>
              </w:rPr>
              <w:t xml:space="preserve"> </w:t>
            </w:r>
            <w:r w:rsidRPr="00F7762F">
              <w:rPr>
                <w:rFonts w:ascii="MV Utheemu" w:hAnsi="MV Utheemu" w:cs="MV Utheemu"/>
                <w:b/>
                <w:rtl/>
                <w:lang w:bidi="dv-MV"/>
              </w:rPr>
              <w:t>އެބައިމީހުން ތިޔަބައިމީހުންނަށް ގެއްލުންދެއެވެ</w:t>
            </w:r>
            <w:r w:rsidRPr="00F7762F">
              <w:rPr>
                <w:rFonts w:ascii="MV Utheemu" w:hAnsi="MV Utheemu" w:cs="MV Utheemu"/>
                <w:b/>
              </w:rPr>
              <w:t>.</w:t>
            </w:r>
          </w:p>
        </w:tc>
      </w:tr>
      <w:tr w:rsidR="00F7762F" w:rsidRPr="00F7762F" w14:paraId="547CAE6B" w14:textId="77777777" w:rsidTr="00DB1C28">
        <w:tc>
          <w:tcPr>
            <w:tcW w:w="582" w:type="dxa"/>
          </w:tcPr>
          <w:p w14:paraId="0697482F"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15</w:t>
            </w:r>
          </w:p>
        </w:tc>
        <w:tc>
          <w:tcPr>
            <w:tcW w:w="1336" w:type="dxa"/>
          </w:tcPr>
          <w:p w14:paraId="74B8E460" w14:textId="77777777" w:rsidR="00393433" w:rsidRPr="007D46FD" w:rsidRDefault="00393433" w:rsidP="00393433">
            <w:pPr>
              <w:bidi/>
              <w:jc w:val="both"/>
              <w:rPr>
                <w:rFonts w:ascii="MV Utheemu" w:hAnsi="MV Utheemu"/>
                <w:rtl/>
              </w:rPr>
            </w:pPr>
            <w:r w:rsidRPr="007D46FD">
              <w:rPr>
                <w:rFonts w:ascii="Arial" w:hAnsi="Arial" w:hint="cs"/>
                <w:rtl/>
              </w:rPr>
              <w:t>شَرٌّ</w:t>
            </w:r>
          </w:p>
        </w:tc>
        <w:tc>
          <w:tcPr>
            <w:tcW w:w="3221" w:type="dxa"/>
          </w:tcPr>
          <w:p w14:paraId="741E24A4" w14:textId="77777777" w:rsidR="00393433" w:rsidRPr="00F7762F" w:rsidRDefault="00393433" w:rsidP="00393433">
            <w:pPr>
              <w:bidi/>
              <w:jc w:val="both"/>
              <w:rPr>
                <w:rFonts w:ascii="MV Utheemu" w:hAnsi="MV Utheemu" w:cs="MV Utheemu"/>
                <w:b/>
                <w:bCs w:val="0"/>
                <w:rtl/>
              </w:rPr>
            </w:pPr>
            <w:r w:rsidRPr="0064213B">
              <w:rPr>
                <w:rFonts w:hint="cs"/>
                <w:rtl/>
              </w:rPr>
              <w:t>اِسْمٌ</w:t>
            </w:r>
            <w:r w:rsidRPr="0064213B">
              <w:rPr>
                <w:rtl/>
              </w:rPr>
              <w:t xml:space="preserve"> </w:t>
            </w:r>
            <w:r w:rsidRPr="0064213B">
              <w:rPr>
                <w:rFonts w:hint="cs"/>
                <w:rtl/>
              </w:rPr>
              <w:t>مُفْرَدٌ</w:t>
            </w:r>
            <w:r w:rsidRPr="0064213B">
              <w:rPr>
                <w:rtl/>
              </w:rPr>
              <w:t xml:space="preserve"> </w:t>
            </w:r>
            <w:r w:rsidRPr="0064213B">
              <w:rPr>
                <w:rFonts w:hint="cs"/>
                <w:rtl/>
              </w:rPr>
              <w:t>مُذَكَّرٌ</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ފިރިހެން ބަހުން އޮތް އެކަހެރި ނަން)</w:t>
            </w:r>
          </w:p>
        </w:tc>
        <w:tc>
          <w:tcPr>
            <w:tcW w:w="5224" w:type="dxa"/>
          </w:tcPr>
          <w:p w14:paraId="4370ABD4" w14:textId="77777777" w:rsidR="00393433" w:rsidRPr="00F7762F" w:rsidRDefault="00393433" w:rsidP="00393433">
            <w:pPr>
              <w:bidi/>
              <w:jc w:val="both"/>
              <w:rPr>
                <w:rFonts w:ascii="MV Utheemu" w:hAnsi="MV Utheemu" w:cs="MV Utheemu"/>
                <w:b/>
                <w:bCs w:val="0"/>
                <w:rtl/>
              </w:rPr>
            </w:pPr>
            <w:r w:rsidRPr="0064213B">
              <w:rPr>
                <w:rFonts w:hint="cs"/>
                <w:rtl/>
              </w:rPr>
              <w:t>السُّوءُ</w:t>
            </w:r>
            <w:r w:rsidRPr="0064213B">
              <w:rPr>
                <w:rtl/>
              </w:rPr>
              <w:t xml:space="preserve"> </w:t>
            </w:r>
            <w:r w:rsidRPr="0064213B">
              <w:rPr>
                <w:rFonts w:hint="cs"/>
                <w:rtl/>
              </w:rPr>
              <w:t>وَالأَذَى</w:t>
            </w:r>
            <w:r w:rsidRPr="00F7762F">
              <w:rPr>
                <w:rFonts w:ascii="MV Utheemu" w:hAnsi="MV Utheemu" w:cs="MV Utheemu"/>
                <w:b/>
              </w:rPr>
              <w:t xml:space="preserve"> </w:t>
            </w:r>
            <w:r w:rsidRPr="00F7762F">
              <w:rPr>
                <w:rFonts w:ascii="MV Utheemu" w:hAnsi="MV Utheemu" w:cs="MV Utheemu"/>
                <w:b/>
                <w:rtl/>
                <w:lang w:bidi="dv-MV"/>
              </w:rPr>
              <w:t>ނުބައިކަން</w:t>
            </w:r>
            <w:r w:rsidRPr="00F7762F">
              <w:rPr>
                <w:rFonts w:ascii="MV Utheemu" w:hAnsi="MV Utheemu" w:cs="MV Utheemu"/>
                <w:b/>
              </w:rPr>
              <w:t>.</w:t>
            </w:r>
          </w:p>
        </w:tc>
      </w:tr>
      <w:tr w:rsidR="00F7762F" w:rsidRPr="00F7762F" w14:paraId="13DA75C5" w14:textId="77777777" w:rsidTr="00DB1C28">
        <w:tc>
          <w:tcPr>
            <w:tcW w:w="582" w:type="dxa"/>
          </w:tcPr>
          <w:p w14:paraId="4E3C26DF"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16</w:t>
            </w:r>
          </w:p>
        </w:tc>
        <w:tc>
          <w:tcPr>
            <w:tcW w:w="1336" w:type="dxa"/>
          </w:tcPr>
          <w:p w14:paraId="74AC1758" w14:textId="77777777" w:rsidR="00393433" w:rsidRPr="007D46FD" w:rsidRDefault="00393433" w:rsidP="00393433">
            <w:pPr>
              <w:bidi/>
              <w:jc w:val="both"/>
              <w:rPr>
                <w:rFonts w:ascii="MV Utheemu" w:hAnsi="MV Utheemu"/>
                <w:rtl/>
              </w:rPr>
            </w:pPr>
            <w:r w:rsidRPr="007D46FD">
              <w:rPr>
                <w:rFonts w:ascii="Arial" w:hAnsi="Arial" w:hint="cs"/>
                <w:rtl/>
              </w:rPr>
              <w:t>دَفْعُ</w:t>
            </w:r>
            <w:r w:rsidRPr="007D46FD">
              <w:rPr>
                <w:rFonts w:ascii="MV Utheemu" w:hAnsi="MV Utheemu"/>
                <w:rtl/>
              </w:rPr>
              <w:t xml:space="preserve"> </w:t>
            </w:r>
            <w:r w:rsidRPr="007D46FD">
              <w:rPr>
                <w:rFonts w:ascii="Arial" w:hAnsi="Arial" w:hint="cs"/>
                <w:rtl/>
              </w:rPr>
              <w:t>الأَذَى</w:t>
            </w:r>
          </w:p>
        </w:tc>
        <w:tc>
          <w:tcPr>
            <w:tcW w:w="3221" w:type="dxa"/>
          </w:tcPr>
          <w:p w14:paraId="09087F1C" w14:textId="77777777" w:rsidR="00393433" w:rsidRPr="00F7762F" w:rsidRDefault="00393433" w:rsidP="00393433">
            <w:pPr>
              <w:bidi/>
              <w:jc w:val="both"/>
              <w:rPr>
                <w:rFonts w:ascii="MV Utheemu" w:hAnsi="MV Utheemu" w:cs="MV Utheemu"/>
                <w:b/>
                <w:bCs w:val="0"/>
                <w:rtl/>
              </w:rPr>
            </w:pPr>
            <w:r w:rsidRPr="0064213B">
              <w:rPr>
                <w:rFonts w:hint="cs"/>
                <w:rtl/>
              </w:rPr>
              <w:t>دَفْعُ</w:t>
            </w:r>
            <w:r w:rsidRPr="0064213B">
              <w:rPr>
                <w:rtl/>
              </w:rPr>
              <w:t xml:space="preserve"> </w:t>
            </w:r>
            <w:r w:rsidRPr="0064213B">
              <w:rPr>
                <w:rFonts w:hint="cs"/>
                <w:rtl/>
              </w:rPr>
              <w:t>اِسْمُ</w:t>
            </w:r>
            <w:r w:rsidRPr="0064213B">
              <w:rPr>
                <w:rtl/>
              </w:rPr>
              <w:t xml:space="preserve"> </w:t>
            </w:r>
            <w:r w:rsidRPr="0064213B">
              <w:rPr>
                <w:rFonts w:hint="cs"/>
                <w:rtl/>
              </w:rPr>
              <w:t>مَصْدَرٍ</w:t>
            </w:r>
            <w:r w:rsidRPr="0064213B">
              <w:rPr>
                <w:rtl/>
              </w:rPr>
              <w:t xml:space="preserve"> </w:t>
            </w:r>
            <w:r w:rsidRPr="0064213B">
              <w:rPr>
                <w:rFonts w:hint="cs"/>
                <w:rtl/>
              </w:rPr>
              <w:t>مُضَافٌ،</w:t>
            </w:r>
            <w:r w:rsidRPr="0064213B">
              <w:rPr>
                <w:rtl/>
              </w:rPr>
              <w:t xml:space="preserve"> </w:t>
            </w:r>
            <w:r w:rsidRPr="0064213B">
              <w:rPr>
                <w:rFonts w:hint="cs"/>
                <w:rtl/>
              </w:rPr>
              <w:t>وَالأَذَى</w:t>
            </w:r>
            <w:r w:rsidRPr="0064213B">
              <w:rPr>
                <w:rtl/>
              </w:rPr>
              <w:t xml:space="preserve"> </w:t>
            </w:r>
            <w:r w:rsidRPr="0064213B">
              <w:rPr>
                <w:rFonts w:hint="cs"/>
                <w:rtl/>
              </w:rPr>
              <w:t>مُضَافٌ</w:t>
            </w:r>
            <w:r w:rsidRPr="0064213B">
              <w:rPr>
                <w:rtl/>
              </w:rPr>
              <w:t xml:space="preserve"> </w:t>
            </w:r>
            <w:r w:rsidRPr="0064213B">
              <w:rPr>
                <w:rFonts w:hint="cs"/>
                <w:rtl/>
              </w:rPr>
              <w:t>إِلَيْهِ</w:t>
            </w:r>
            <w:r w:rsidRPr="00F7762F">
              <w:rPr>
                <w:rFonts w:ascii="MV Utheemu" w:hAnsi="MV Utheemu" w:cs="MV Utheemu"/>
                <w:b/>
              </w:rPr>
              <w:t xml:space="preserve"> </w:t>
            </w:r>
            <w:r w:rsidRPr="00F7762F">
              <w:rPr>
                <w:rFonts w:ascii="MV Utheemu" w:hAnsi="MV Utheemu" w:cs="MV Utheemu"/>
                <w:b/>
                <w:rtl/>
              </w:rPr>
              <w:t>(</w:t>
            </w:r>
            <w:r w:rsidRPr="00F7762F">
              <w:rPr>
                <w:rFonts w:ascii="MV Utheemu" w:hAnsi="MV Utheemu" w:cs="MV Utheemu"/>
                <w:b/>
                <w:rtl/>
                <w:lang w:bidi="dv-MV"/>
              </w:rPr>
              <w:t>ދަފްޢު އަކީ އިތުރުކުރެވޭ މަޞްދަރު ނަން، އަދި އަލްއަޛާ އަކީ އޭގެ އަނެއްބައި)</w:t>
            </w:r>
          </w:p>
        </w:tc>
        <w:tc>
          <w:tcPr>
            <w:tcW w:w="5224" w:type="dxa"/>
          </w:tcPr>
          <w:p w14:paraId="26011DA1" w14:textId="77777777" w:rsidR="00393433" w:rsidRPr="00F7762F" w:rsidRDefault="00393433" w:rsidP="00393433">
            <w:pPr>
              <w:bidi/>
              <w:jc w:val="both"/>
              <w:rPr>
                <w:rFonts w:ascii="MV Utheemu" w:hAnsi="MV Utheemu" w:cs="MV Utheemu"/>
                <w:b/>
                <w:bCs w:val="0"/>
                <w:rtl/>
              </w:rPr>
            </w:pPr>
            <w:r w:rsidRPr="0064213B">
              <w:rPr>
                <w:rFonts w:hint="cs"/>
                <w:rtl/>
              </w:rPr>
              <w:t>مَنْعُ</w:t>
            </w:r>
            <w:r w:rsidRPr="0064213B">
              <w:rPr>
                <w:rtl/>
              </w:rPr>
              <w:t xml:space="preserve"> </w:t>
            </w:r>
            <w:r w:rsidRPr="0064213B">
              <w:rPr>
                <w:rFonts w:hint="cs"/>
                <w:rtl/>
              </w:rPr>
              <w:t>الأَذَى</w:t>
            </w:r>
            <w:r w:rsidRPr="0064213B">
              <w:rPr>
                <w:rtl/>
              </w:rPr>
              <w:t xml:space="preserve"> </w:t>
            </w:r>
            <w:r w:rsidRPr="0064213B">
              <w:rPr>
                <w:rFonts w:hint="cs"/>
                <w:rtl/>
              </w:rPr>
              <w:t>قَبْلَ</w:t>
            </w:r>
            <w:r w:rsidRPr="0064213B">
              <w:rPr>
                <w:rtl/>
              </w:rPr>
              <w:t xml:space="preserve"> </w:t>
            </w:r>
            <w:r w:rsidRPr="0064213B">
              <w:rPr>
                <w:rFonts w:hint="cs"/>
                <w:rtl/>
              </w:rPr>
              <w:t>وُقُوعِهِ</w:t>
            </w:r>
            <w:r w:rsidRPr="00F7762F">
              <w:rPr>
                <w:rFonts w:ascii="MV Utheemu" w:hAnsi="MV Utheemu" w:cs="MV Utheemu"/>
                <w:b/>
              </w:rPr>
              <w:t xml:space="preserve"> </w:t>
            </w:r>
            <w:r w:rsidRPr="00F7762F">
              <w:rPr>
                <w:rFonts w:ascii="MV Utheemu" w:hAnsi="MV Utheemu" w:cs="MV Utheemu"/>
                <w:b/>
                <w:rtl/>
                <w:lang w:bidi="dv-MV"/>
              </w:rPr>
              <w:t>އުނދަގޫ ނުވަތަ ގެއްލުން ދިފާޢުކުރުން / ދުރުކުރުން</w:t>
            </w:r>
            <w:r w:rsidRPr="00F7762F">
              <w:rPr>
                <w:rFonts w:ascii="MV Utheemu" w:hAnsi="MV Utheemu" w:cs="MV Utheemu"/>
                <w:b/>
              </w:rPr>
              <w:t>.</w:t>
            </w:r>
          </w:p>
        </w:tc>
      </w:tr>
      <w:tr w:rsidR="00F7762F" w:rsidRPr="00F7762F" w14:paraId="1DE3EBB5" w14:textId="77777777" w:rsidTr="00DB1C28">
        <w:tc>
          <w:tcPr>
            <w:tcW w:w="582" w:type="dxa"/>
          </w:tcPr>
          <w:p w14:paraId="3EE4B699"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17</w:t>
            </w:r>
          </w:p>
        </w:tc>
        <w:tc>
          <w:tcPr>
            <w:tcW w:w="1336" w:type="dxa"/>
          </w:tcPr>
          <w:p w14:paraId="673DCF9D" w14:textId="77777777" w:rsidR="00393433" w:rsidRPr="007D46FD" w:rsidRDefault="00393433" w:rsidP="00393433">
            <w:pPr>
              <w:bidi/>
              <w:jc w:val="both"/>
              <w:rPr>
                <w:rFonts w:ascii="MV Utheemu" w:hAnsi="MV Utheemu"/>
                <w:rtl/>
              </w:rPr>
            </w:pPr>
            <w:r w:rsidRPr="007D46FD">
              <w:rPr>
                <w:rFonts w:ascii="Arial" w:hAnsi="Arial" w:hint="cs"/>
                <w:rtl/>
              </w:rPr>
              <w:t>رَفْعُ</w:t>
            </w:r>
            <w:r w:rsidRPr="007D46FD">
              <w:rPr>
                <w:rFonts w:ascii="MV Utheemu" w:hAnsi="MV Utheemu"/>
                <w:rtl/>
              </w:rPr>
              <w:t xml:space="preserve"> </w:t>
            </w:r>
            <w:r w:rsidRPr="007D46FD">
              <w:rPr>
                <w:rFonts w:ascii="Arial" w:hAnsi="Arial" w:hint="cs"/>
                <w:rtl/>
              </w:rPr>
              <w:t>الأَذَى</w:t>
            </w:r>
          </w:p>
        </w:tc>
        <w:tc>
          <w:tcPr>
            <w:tcW w:w="3221" w:type="dxa"/>
          </w:tcPr>
          <w:p w14:paraId="4952B78A" w14:textId="77777777" w:rsidR="00393433" w:rsidRPr="00F7762F" w:rsidRDefault="00393433" w:rsidP="00393433">
            <w:pPr>
              <w:bidi/>
              <w:jc w:val="both"/>
              <w:rPr>
                <w:rFonts w:ascii="MV Utheemu" w:hAnsi="MV Utheemu" w:cs="MV Utheemu"/>
                <w:b/>
                <w:bCs w:val="0"/>
                <w:rtl/>
              </w:rPr>
            </w:pPr>
            <w:r w:rsidRPr="0064213B">
              <w:rPr>
                <w:rFonts w:hint="cs"/>
                <w:rtl/>
              </w:rPr>
              <w:t>رَفْعُ</w:t>
            </w:r>
            <w:r w:rsidRPr="0064213B">
              <w:rPr>
                <w:rtl/>
              </w:rPr>
              <w:t xml:space="preserve"> </w:t>
            </w:r>
            <w:r w:rsidRPr="0064213B">
              <w:rPr>
                <w:rFonts w:hint="cs"/>
                <w:rtl/>
              </w:rPr>
              <w:t>اِسْمُ</w:t>
            </w:r>
            <w:r w:rsidRPr="0064213B">
              <w:rPr>
                <w:rtl/>
              </w:rPr>
              <w:t xml:space="preserve"> </w:t>
            </w:r>
            <w:r w:rsidRPr="0064213B">
              <w:rPr>
                <w:rFonts w:hint="cs"/>
                <w:rtl/>
              </w:rPr>
              <w:t>مَصْدَرٍ</w:t>
            </w:r>
            <w:r w:rsidRPr="0064213B">
              <w:rPr>
                <w:rtl/>
              </w:rPr>
              <w:t xml:space="preserve"> </w:t>
            </w:r>
            <w:r w:rsidRPr="0064213B">
              <w:rPr>
                <w:rFonts w:hint="cs"/>
                <w:rtl/>
              </w:rPr>
              <w:t>مُضَافٌ،</w:t>
            </w:r>
            <w:r w:rsidRPr="0064213B">
              <w:rPr>
                <w:rtl/>
              </w:rPr>
              <w:t xml:space="preserve"> </w:t>
            </w:r>
            <w:r w:rsidRPr="0064213B">
              <w:rPr>
                <w:rFonts w:hint="cs"/>
                <w:rtl/>
              </w:rPr>
              <w:t>وَالأَذَى</w:t>
            </w:r>
            <w:r w:rsidRPr="0064213B">
              <w:rPr>
                <w:rtl/>
              </w:rPr>
              <w:t xml:space="preserve"> </w:t>
            </w:r>
            <w:r w:rsidRPr="0064213B">
              <w:rPr>
                <w:rFonts w:hint="cs"/>
                <w:rtl/>
              </w:rPr>
              <w:t>مُضَافٌ</w:t>
            </w:r>
            <w:r w:rsidRPr="0064213B">
              <w:rPr>
                <w:rtl/>
              </w:rPr>
              <w:t xml:space="preserve"> </w:t>
            </w:r>
            <w:r w:rsidRPr="0064213B">
              <w:rPr>
                <w:rFonts w:hint="cs"/>
                <w:rtl/>
              </w:rPr>
              <w:t>إِلَيْهِ</w:t>
            </w:r>
            <w:r w:rsidRPr="0064213B">
              <w:rPr>
                <w:rtl/>
              </w:rPr>
              <w:t>(</w:t>
            </w:r>
            <w:r w:rsidRPr="00F7762F">
              <w:rPr>
                <w:rFonts w:ascii="MV Utheemu" w:hAnsi="MV Utheemu" w:cs="MV Utheemu"/>
                <w:b/>
                <w:rtl/>
                <w:lang w:bidi="dv-MV"/>
              </w:rPr>
              <w:t>ރަފްޢު އަކީ އިތުރުކުރެވޭ މަޞްދަރު ނަން، އަދި އަލްއަޛާ އަކީ އޭގެ އަނެއްބައި)</w:t>
            </w:r>
          </w:p>
        </w:tc>
        <w:tc>
          <w:tcPr>
            <w:tcW w:w="5224" w:type="dxa"/>
          </w:tcPr>
          <w:p w14:paraId="05580C7E" w14:textId="77777777" w:rsidR="00393433" w:rsidRPr="00F7762F" w:rsidRDefault="00393433" w:rsidP="00393433">
            <w:pPr>
              <w:bidi/>
              <w:jc w:val="both"/>
              <w:rPr>
                <w:rFonts w:ascii="MV Utheemu" w:hAnsi="MV Utheemu" w:cs="MV Utheemu"/>
                <w:b/>
                <w:bCs w:val="0"/>
                <w:rtl/>
              </w:rPr>
            </w:pPr>
            <w:r w:rsidRPr="0064213B">
              <w:rPr>
                <w:rFonts w:hint="cs"/>
                <w:rtl/>
              </w:rPr>
              <w:t>إِزَالَةُ</w:t>
            </w:r>
            <w:r w:rsidRPr="0064213B">
              <w:rPr>
                <w:rtl/>
              </w:rPr>
              <w:t xml:space="preserve"> </w:t>
            </w:r>
            <w:r w:rsidRPr="0064213B">
              <w:rPr>
                <w:rFonts w:hint="cs"/>
                <w:rtl/>
              </w:rPr>
              <w:t>الأَذَى</w:t>
            </w:r>
            <w:r w:rsidRPr="0064213B">
              <w:rPr>
                <w:rtl/>
              </w:rPr>
              <w:t xml:space="preserve"> </w:t>
            </w:r>
            <w:r w:rsidRPr="0064213B">
              <w:rPr>
                <w:rFonts w:hint="cs"/>
                <w:rtl/>
              </w:rPr>
              <w:t>بَعْدَ</w:t>
            </w:r>
            <w:r w:rsidRPr="0064213B">
              <w:rPr>
                <w:rtl/>
              </w:rPr>
              <w:t xml:space="preserve"> </w:t>
            </w:r>
            <w:r w:rsidRPr="0064213B">
              <w:rPr>
                <w:rFonts w:hint="cs"/>
                <w:rtl/>
              </w:rPr>
              <w:t>وُقُوعِهِ</w:t>
            </w:r>
            <w:r w:rsidRPr="00F7762F">
              <w:rPr>
                <w:rFonts w:ascii="MV Utheemu" w:hAnsi="MV Utheemu" w:cs="MV Utheemu"/>
                <w:b/>
              </w:rPr>
              <w:t>.</w:t>
            </w:r>
            <w:r w:rsidRPr="00F7762F">
              <w:rPr>
                <w:rFonts w:ascii="MV Utheemu" w:hAnsi="MV Utheemu" w:cs="MV Utheemu"/>
                <w:b/>
                <w:color w:val="212529"/>
                <w:shd w:val="clear" w:color="auto" w:fill="FFFFFF"/>
                <w:rtl/>
                <w:lang w:bidi="dv-MV"/>
              </w:rPr>
              <w:t xml:space="preserve"> </w:t>
            </w:r>
            <w:r w:rsidRPr="00F7762F">
              <w:rPr>
                <w:rFonts w:ascii="MV Utheemu" w:hAnsi="MV Utheemu" w:cs="MV Utheemu"/>
                <w:b/>
                <w:rtl/>
                <w:lang w:bidi="dv-MV"/>
              </w:rPr>
              <w:t>ލިބިފައިވާ އުނދަގޫ ނުވަތަ ގެއްލުން ފިލުވައިލުން / އުފުއްލައިލުން</w:t>
            </w:r>
            <w:r w:rsidRPr="00F7762F">
              <w:rPr>
                <w:rFonts w:ascii="MV Utheemu" w:hAnsi="MV Utheemu" w:cs="MV Utheemu"/>
                <w:b/>
              </w:rPr>
              <w:t>.</w:t>
            </w:r>
          </w:p>
        </w:tc>
      </w:tr>
      <w:tr w:rsidR="00F7762F" w:rsidRPr="00F7762F" w14:paraId="3A83B5EC" w14:textId="77777777" w:rsidTr="00DB1C28">
        <w:tc>
          <w:tcPr>
            <w:tcW w:w="582" w:type="dxa"/>
          </w:tcPr>
          <w:p w14:paraId="4BD63F7E" w14:textId="77777777" w:rsidR="00393433" w:rsidRPr="00F7762F" w:rsidRDefault="00393433" w:rsidP="00393433">
            <w:pPr>
              <w:bidi/>
              <w:jc w:val="both"/>
              <w:rPr>
                <w:rFonts w:ascii="MV Utheemu" w:hAnsi="MV Utheemu" w:cs="MV Utheemu"/>
                <w:b/>
                <w:bCs w:val="0"/>
                <w:lang w:bidi="dv-MV"/>
              </w:rPr>
            </w:pPr>
            <w:r w:rsidRPr="00F7762F">
              <w:rPr>
                <w:rFonts w:ascii="MV Utheemu" w:hAnsi="MV Utheemu" w:cs="MV Utheemu"/>
                <w:b/>
                <w:lang w:bidi="dv-MV"/>
              </w:rPr>
              <w:t>18</w:t>
            </w:r>
          </w:p>
        </w:tc>
        <w:tc>
          <w:tcPr>
            <w:tcW w:w="1336" w:type="dxa"/>
          </w:tcPr>
          <w:p w14:paraId="754E9C36" w14:textId="77777777" w:rsidR="00393433" w:rsidRPr="007D46FD" w:rsidRDefault="00393433" w:rsidP="00393433">
            <w:pPr>
              <w:bidi/>
              <w:jc w:val="both"/>
              <w:rPr>
                <w:rFonts w:ascii="MV Utheemu" w:hAnsi="MV Utheemu"/>
                <w:rtl/>
              </w:rPr>
            </w:pPr>
            <w:r w:rsidRPr="007D46FD">
              <w:rPr>
                <w:rFonts w:ascii="Arial" w:hAnsi="Arial" w:hint="cs"/>
                <w:rtl/>
              </w:rPr>
              <w:t>الوِقَايَةُ</w:t>
            </w:r>
          </w:p>
        </w:tc>
        <w:tc>
          <w:tcPr>
            <w:tcW w:w="3221" w:type="dxa"/>
          </w:tcPr>
          <w:p w14:paraId="63CBC2D8" w14:textId="77777777" w:rsidR="00393433" w:rsidRPr="00F7762F" w:rsidRDefault="00393433" w:rsidP="00393433">
            <w:pPr>
              <w:bidi/>
              <w:jc w:val="both"/>
              <w:rPr>
                <w:rFonts w:ascii="MV Utheemu" w:hAnsi="MV Utheemu" w:cs="MV Utheemu"/>
                <w:b/>
                <w:bCs w:val="0"/>
                <w:rtl/>
              </w:rPr>
            </w:pPr>
            <w:r w:rsidRPr="0064213B">
              <w:rPr>
                <w:rFonts w:hint="cs"/>
                <w:rtl/>
              </w:rPr>
              <w:t>اِسْمٌ</w:t>
            </w:r>
            <w:r w:rsidRPr="0064213B">
              <w:rPr>
                <w:rtl/>
              </w:rPr>
              <w:t xml:space="preserve"> </w:t>
            </w:r>
            <w:r w:rsidRPr="0064213B">
              <w:rPr>
                <w:rFonts w:hint="cs"/>
                <w:rtl/>
              </w:rPr>
              <w:t>مُؤَنَّثٌ</w:t>
            </w:r>
            <w:r w:rsidRPr="0064213B">
              <w:rPr>
                <w:rtl/>
              </w:rPr>
              <w:t xml:space="preserve"> (</w:t>
            </w:r>
            <w:r w:rsidRPr="00F7762F">
              <w:rPr>
                <w:rFonts w:ascii="MV Utheemu" w:hAnsi="MV Utheemu" w:cs="MV Utheemu"/>
                <w:b/>
                <w:rtl/>
                <w:lang w:bidi="dv-MV"/>
              </w:rPr>
              <w:t>އަންހެން ބަހުން އޮތް ނަން / މަޞްދަރު)</w:t>
            </w:r>
          </w:p>
        </w:tc>
        <w:tc>
          <w:tcPr>
            <w:tcW w:w="5224" w:type="dxa"/>
          </w:tcPr>
          <w:p w14:paraId="1AFEC2CB" w14:textId="77777777" w:rsidR="00393433" w:rsidRPr="00F7762F" w:rsidRDefault="00393433" w:rsidP="00393433">
            <w:pPr>
              <w:bidi/>
              <w:jc w:val="both"/>
              <w:rPr>
                <w:rFonts w:ascii="MV Utheemu" w:hAnsi="MV Utheemu" w:cs="MV Utheemu"/>
                <w:b/>
                <w:bCs w:val="0"/>
                <w:rtl/>
              </w:rPr>
            </w:pPr>
            <w:r w:rsidRPr="0064213B">
              <w:rPr>
                <w:rFonts w:hint="cs"/>
                <w:rtl/>
              </w:rPr>
              <w:t>تحصين</w:t>
            </w:r>
            <w:r w:rsidRPr="0064213B">
              <w:rPr>
                <w:rtl/>
              </w:rPr>
              <w:t xml:space="preserve"> </w:t>
            </w:r>
            <w:r w:rsidRPr="0064213B">
              <w:rPr>
                <w:rFonts w:hint="cs"/>
                <w:rtl/>
              </w:rPr>
              <w:t>واستباق</w:t>
            </w:r>
            <w:r w:rsidRPr="00F7762F">
              <w:rPr>
                <w:rFonts w:ascii="MV Utheemu" w:hAnsi="MV Utheemu" w:cs="MV Utheemu"/>
                <w:b/>
              </w:rPr>
              <w:t xml:space="preserve"> </w:t>
            </w:r>
            <w:r w:rsidRPr="00F7762F">
              <w:rPr>
                <w:rFonts w:ascii="MV Utheemu" w:hAnsi="MV Utheemu" w:cs="MV Utheemu"/>
                <w:b/>
                <w:rtl/>
                <w:lang w:bidi="dv-MV"/>
              </w:rPr>
              <w:t>ރައްކާތެރިކަން / ސަލާމަތްތެރިކަން / ދިފާޢު</w:t>
            </w:r>
            <w:r w:rsidRPr="00F7762F">
              <w:rPr>
                <w:rFonts w:ascii="MV Utheemu" w:hAnsi="MV Utheemu" w:cs="MV Utheemu"/>
                <w:b/>
              </w:rPr>
              <w:t>.</w:t>
            </w:r>
          </w:p>
        </w:tc>
      </w:tr>
      <w:tr w:rsidR="00F7762F" w:rsidRPr="007D46FD" w14:paraId="1C72C3F2" w14:textId="77777777" w:rsidTr="00DB1C28">
        <w:tc>
          <w:tcPr>
            <w:tcW w:w="582" w:type="dxa"/>
          </w:tcPr>
          <w:p w14:paraId="69E6DFD8" w14:textId="77777777" w:rsidR="00393433" w:rsidRPr="007D46FD" w:rsidRDefault="00393433" w:rsidP="007D46FD">
            <w:pPr>
              <w:bidi/>
              <w:rPr>
                <w:lang w:bidi="dv-MV"/>
              </w:rPr>
            </w:pPr>
            <w:r w:rsidRPr="007D46FD">
              <w:rPr>
                <w:lang w:bidi="dv-MV"/>
              </w:rPr>
              <w:t>19</w:t>
            </w:r>
          </w:p>
        </w:tc>
        <w:tc>
          <w:tcPr>
            <w:tcW w:w="1336" w:type="dxa"/>
            <w:vAlign w:val="center"/>
          </w:tcPr>
          <w:p w14:paraId="59265BC0" w14:textId="77777777" w:rsidR="00393433" w:rsidRPr="007D46FD" w:rsidRDefault="00393433" w:rsidP="007D46FD">
            <w:pPr>
              <w:bidi/>
              <w:rPr>
                <w:rtl/>
              </w:rPr>
            </w:pPr>
            <w:r w:rsidRPr="007D46FD">
              <w:rPr>
                <w:rStyle w:val="Strong"/>
                <w:rFonts w:ascii="Arial" w:hAnsi="Arial" w:hint="cs"/>
                <w:b w:val="0"/>
                <w:bCs/>
                <w:rtl/>
              </w:rPr>
              <w:t>التَّمِيمَةُ</w:t>
            </w:r>
          </w:p>
        </w:tc>
        <w:tc>
          <w:tcPr>
            <w:tcW w:w="3221" w:type="dxa"/>
            <w:vAlign w:val="center"/>
          </w:tcPr>
          <w:p w14:paraId="2F9ABF60"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5EAC8B8F"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يُعَلَّقُ</w:t>
            </w:r>
            <w:r w:rsidRPr="007D46FD">
              <w:rPr>
                <w:rtl/>
              </w:rPr>
              <w:t xml:space="preserve"> </w:t>
            </w:r>
            <w:r w:rsidRPr="007D46FD">
              <w:rPr>
                <w:rFonts w:hint="cs"/>
                <w:rtl/>
              </w:rPr>
              <w:t>لِدَفْعِ</w:t>
            </w:r>
            <w:r w:rsidRPr="007D46FD">
              <w:rPr>
                <w:rtl/>
              </w:rPr>
              <w:t xml:space="preserve"> </w:t>
            </w:r>
            <w:r w:rsidRPr="007D46FD">
              <w:rPr>
                <w:rFonts w:hint="cs"/>
                <w:rtl/>
              </w:rPr>
              <w:t>الأَذَى</w:t>
            </w:r>
          </w:p>
        </w:tc>
      </w:tr>
      <w:tr w:rsidR="00F7762F" w:rsidRPr="007D46FD" w14:paraId="13FED176" w14:textId="77777777" w:rsidTr="00DB1C28">
        <w:tc>
          <w:tcPr>
            <w:tcW w:w="582" w:type="dxa"/>
          </w:tcPr>
          <w:p w14:paraId="79D3C9F7" w14:textId="77777777" w:rsidR="00393433" w:rsidRPr="007D46FD" w:rsidRDefault="00393433" w:rsidP="007D46FD">
            <w:pPr>
              <w:bidi/>
              <w:rPr>
                <w:lang w:bidi="dv-MV"/>
              </w:rPr>
            </w:pPr>
            <w:r w:rsidRPr="007D46FD">
              <w:rPr>
                <w:lang w:bidi="dv-MV"/>
              </w:rPr>
              <w:t>20</w:t>
            </w:r>
          </w:p>
        </w:tc>
        <w:tc>
          <w:tcPr>
            <w:tcW w:w="1336" w:type="dxa"/>
            <w:vAlign w:val="center"/>
          </w:tcPr>
          <w:p w14:paraId="4CF80BA1" w14:textId="77777777" w:rsidR="00393433" w:rsidRPr="007D46FD" w:rsidRDefault="00393433" w:rsidP="007D46FD">
            <w:pPr>
              <w:bidi/>
              <w:rPr>
                <w:rtl/>
              </w:rPr>
            </w:pPr>
            <w:r w:rsidRPr="007D46FD">
              <w:rPr>
                <w:rStyle w:val="Strong"/>
                <w:rFonts w:ascii="Arial" w:hAnsi="Arial" w:hint="cs"/>
                <w:b w:val="0"/>
                <w:bCs/>
                <w:rtl/>
              </w:rPr>
              <w:t>التَّمَائِمُ</w:t>
            </w:r>
          </w:p>
        </w:tc>
        <w:tc>
          <w:tcPr>
            <w:tcW w:w="3221" w:type="dxa"/>
            <w:vAlign w:val="center"/>
          </w:tcPr>
          <w:p w14:paraId="62E305EA" w14:textId="77777777" w:rsidR="00393433" w:rsidRPr="007D46FD" w:rsidRDefault="00393433" w:rsidP="007D46FD">
            <w:pPr>
              <w:bidi/>
              <w:rPr>
                <w:rtl/>
              </w:rPr>
            </w:pPr>
            <w:r w:rsidRPr="007D46FD">
              <w:rPr>
                <w:rFonts w:hint="cs"/>
                <w:rtl/>
              </w:rPr>
              <w:t>جَمْعُ</w:t>
            </w:r>
            <w:r w:rsidRPr="007D46FD">
              <w:rPr>
                <w:rtl/>
              </w:rPr>
              <w:t xml:space="preserve"> </w:t>
            </w:r>
            <w:r w:rsidRPr="007D46FD">
              <w:rPr>
                <w:rFonts w:hint="cs"/>
                <w:rtl/>
              </w:rPr>
              <w:t>تَكْسِيرٍ</w:t>
            </w:r>
            <w:r w:rsidRPr="007D46FD">
              <w:rPr>
                <w:rtl/>
              </w:rPr>
              <w:t xml:space="preserve"> </w:t>
            </w:r>
            <w:r w:rsidRPr="007D46FD">
              <w:rPr>
                <w:rFonts w:hint="cs"/>
                <w:rtl/>
              </w:rPr>
              <w:t>مُؤَنَّثٌ</w:t>
            </w:r>
          </w:p>
        </w:tc>
        <w:tc>
          <w:tcPr>
            <w:tcW w:w="5224" w:type="dxa"/>
            <w:vAlign w:val="center"/>
          </w:tcPr>
          <w:p w14:paraId="3A66C776" w14:textId="77777777" w:rsidR="00393433" w:rsidRPr="007D46FD" w:rsidRDefault="00393433" w:rsidP="007D46FD">
            <w:pPr>
              <w:bidi/>
              <w:rPr>
                <w:rtl/>
              </w:rPr>
            </w:pPr>
            <w:r w:rsidRPr="007D46FD">
              <w:rPr>
                <w:rFonts w:hint="cs"/>
                <w:rtl/>
              </w:rPr>
              <w:t>تَمَائِمُ</w:t>
            </w:r>
            <w:r w:rsidRPr="007D46FD">
              <w:rPr>
                <w:rtl/>
              </w:rPr>
              <w:t xml:space="preserve"> </w:t>
            </w:r>
            <w:r w:rsidRPr="007D46FD">
              <w:rPr>
                <w:rFonts w:hint="cs"/>
                <w:rtl/>
              </w:rPr>
              <w:t>وَحُجُبٌ</w:t>
            </w:r>
          </w:p>
        </w:tc>
      </w:tr>
      <w:tr w:rsidR="00F7762F" w:rsidRPr="007D46FD" w14:paraId="61C90860" w14:textId="77777777" w:rsidTr="00DB1C28">
        <w:tc>
          <w:tcPr>
            <w:tcW w:w="582" w:type="dxa"/>
          </w:tcPr>
          <w:p w14:paraId="31B65C4F" w14:textId="77777777" w:rsidR="00393433" w:rsidRPr="007D46FD" w:rsidRDefault="00393433" w:rsidP="007D46FD">
            <w:pPr>
              <w:bidi/>
              <w:rPr>
                <w:lang w:bidi="dv-MV"/>
              </w:rPr>
            </w:pPr>
            <w:r w:rsidRPr="007D46FD">
              <w:rPr>
                <w:lang w:bidi="dv-MV"/>
              </w:rPr>
              <w:t>21</w:t>
            </w:r>
          </w:p>
        </w:tc>
        <w:tc>
          <w:tcPr>
            <w:tcW w:w="1336" w:type="dxa"/>
            <w:vAlign w:val="center"/>
          </w:tcPr>
          <w:p w14:paraId="3BFFFE45" w14:textId="77777777" w:rsidR="00393433" w:rsidRPr="007D46FD" w:rsidRDefault="00393433" w:rsidP="007D46FD">
            <w:pPr>
              <w:bidi/>
              <w:rPr>
                <w:rtl/>
              </w:rPr>
            </w:pPr>
            <w:r w:rsidRPr="007D46FD">
              <w:rPr>
                <w:rStyle w:val="Strong"/>
                <w:rFonts w:ascii="Arial" w:hAnsi="Arial" w:hint="cs"/>
                <w:b w:val="0"/>
                <w:bCs/>
                <w:rtl/>
              </w:rPr>
              <w:t>تَمِيمَةٌ</w:t>
            </w:r>
          </w:p>
        </w:tc>
        <w:tc>
          <w:tcPr>
            <w:tcW w:w="3221" w:type="dxa"/>
            <w:vAlign w:val="center"/>
          </w:tcPr>
          <w:p w14:paraId="66CA600D"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r w:rsidRPr="007D46FD">
              <w:rPr>
                <w:rtl/>
              </w:rPr>
              <w:t xml:space="preserve"> </w:t>
            </w:r>
            <w:r w:rsidRPr="007D46FD">
              <w:rPr>
                <w:rFonts w:hint="cs"/>
                <w:rtl/>
              </w:rPr>
              <w:t>نَكِرَةٌ</w:t>
            </w:r>
          </w:p>
        </w:tc>
        <w:tc>
          <w:tcPr>
            <w:tcW w:w="5224" w:type="dxa"/>
            <w:vAlign w:val="center"/>
          </w:tcPr>
          <w:p w14:paraId="7CD3BB65" w14:textId="77777777" w:rsidR="00393433" w:rsidRPr="007D46FD" w:rsidRDefault="00393433" w:rsidP="007D46FD">
            <w:pPr>
              <w:bidi/>
              <w:rPr>
                <w:rtl/>
              </w:rPr>
            </w:pPr>
            <w:r w:rsidRPr="007D46FD">
              <w:rPr>
                <w:rFonts w:hint="cs"/>
                <w:rtl/>
              </w:rPr>
              <w:t>حِرْزٌ</w:t>
            </w:r>
            <w:r w:rsidRPr="007D46FD">
              <w:rPr>
                <w:rtl/>
              </w:rPr>
              <w:t xml:space="preserve"> </w:t>
            </w:r>
            <w:r w:rsidRPr="007D46FD">
              <w:rPr>
                <w:rFonts w:hint="cs"/>
                <w:rtl/>
              </w:rPr>
              <w:t>يُعَلَّقُ</w:t>
            </w:r>
          </w:p>
        </w:tc>
      </w:tr>
      <w:tr w:rsidR="00F7762F" w:rsidRPr="007D46FD" w14:paraId="4E1D54AC" w14:textId="77777777" w:rsidTr="00DB1C28">
        <w:tc>
          <w:tcPr>
            <w:tcW w:w="582" w:type="dxa"/>
          </w:tcPr>
          <w:p w14:paraId="78534049" w14:textId="77777777" w:rsidR="00393433" w:rsidRPr="007D46FD" w:rsidRDefault="00393433" w:rsidP="007D46FD">
            <w:pPr>
              <w:bidi/>
              <w:rPr>
                <w:lang w:bidi="dv-MV"/>
              </w:rPr>
            </w:pPr>
            <w:r w:rsidRPr="007D46FD">
              <w:rPr>
                <w:lang w:bidi="dv-MV"/>
              </w:rPr>
              <w:t>22</w:t>
            </w:r>
          </w:p>
        </w:tc>
        <w:tc>
          <w:tcPr>
            <w:tcW w:w="1336" w:type="dxa"/>
            <w:vAlign w:val="center"/>
          </w:tcPr>
          <w:p w14:paraId="2CD62290" w14:textId="77777777" w:rsidR="00393433" w:rsidRPr="007D46FD" w:rsidRDefault="00393433" w:rsidP="007D46FD">
            <w:pPr>
              <w:bidi/>
              <w:rPr>
                <w:rtl/>
              </w:rPr>
            </w:pPr>
            <w:r w:rsidRPr="007D46FD">
              <w:rPr>
                <w:rStyle w:val="Strong"/>
                <w:rFonts w:ascii="Arial" w:hAnsi="Arial" w:hint="cs"/>
                <w:b w:val="0"/>
                <w:bCs/>
                <w:rtl/>
              </w:rPr>
              <w:t>تَعَلَّقَ</w:t>
            </w:r>
            <w:r w:rsidRPr="007D46FD">
              <w:rPr>
                <w:rStyle w:val="Strong"/>
                <w:rFonts w:ascii="MV Utheemu" w:hAnsi="MV Utheemu"/>
                <w:b w:val="0"/>
                <w:bCs/>
                <w:rtl/>
              </w:rPr>
              <w:t xml:space="preserve"> </w:t>
            </w:r>
            <w:r w:rsidRPr="007D46FD">
              <w:rPr>
                <w:rStyle w:val="Strong"/>
                <w:rFonts w:ascii="Arial" w:hAnsi="Arial" w:hint="cs"/>
                <w:b w:val="0"/>
                <w:bCs/>
                <w:rtl/>
              </w:rPr>
              <w:t>تَمِيمَةً</w:t>
            </w:r>
          </w:p>
        </w:tc>
        <w:tc>
          <w:tcPr>
            <w:tcW w:w="3221" w:type="dxa"/>
            <w:vAlign w:val="center"/>
          </w:tcPr>
          <w:p w14:paraId="2DF8B379"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مَاضٍ</w:t>
            </w:r>
            <w:r w:rsidRPr="007D46FD">
              <w:rPr>
                <w:rtl/>
              </w:rPr>
              <w:t xml:space="preserve"> </w:t>
            </w:r>
            <w:r w:rsidRPr="007D46FD">
              <w:rPr>
                <w:rFonts w:hint="cs"/>
                <w:rtl/>
              </w:rPr>
              <w:t>مَزِيدٌ</w:t>
            </w:r>
            <w:r w:rsidRPr="007D46FD">
              <w:rPr>
                <w:rtl/>
              </w:rPr>
              <w:t xml:space="preserve"> (</w:t>
            </w:r>
            <w:r w:rsidRPr="007D46FD">
              <w:rPr>
                <w:rFonts w:hint="cs"/>
                <w:rtl/>
              </w:rPr>
              <w:t>بَابُ</w:t>
            </w:r>
            <w:r w:rsidRPr="007D46FD">
              <w:rPr>
                <w:rtl/>
              </w:rPr>
              <w:t xml:space="preserve"> </w:t>
            </w:r>
            <w:r w:rsidRPr="007D46FD">
              <w:rPr>
                <w:rFonts w:hint="cs"/>
                <w:rtl/>
              </w:rPr>
              <w:t>التَّفَعُّلِ</w:t>
            </w:r>
            <w:r w:rsidRPr="007D46FD">
              <w:rPr>
                <w:rtl/>
              </w:rPr>
              <w:t>)</w:t>
            </w:r>
          </w:p>
        </w:tc>
        <w:tc>
          <w:tcPr>
            <w:tcW w:w="5224" w:type="dxa"/>
            <w:vAlign w:val="center"/>
          </w:tcPr>
          <w:p w14:paraId="3909F589" w14:textId="77777777" w:rsidR="00393433" w:rsidRPr="007D46FD" w:rsidRDefault="00393433" w:rsidP="007D46FD">
            <w:pPr>
              <w:bidi/>
              <w:rPr>
                <w:rtl/>
              </w:rPr>
            </w:pPr>
            <w:r w:rsidRPr="007D46FD">
              <w:rPr>
                <w:rFonts w:hint="cs"/>
                <w:rtl/>
              </w:rPr>
              <w:t>لَبِسَ</w:t>
            </w:r>
            <w:r w:rsidRPr="007D46FD">
              <w:rPr>
                <w:rtl/>
              </w:rPr>
              <w:t xml:space="preserve"> </w:t>
            </w:r>
            <w:r w:rsidRPr="007D46FD">
              <w:rPr>
                <w:rFonts w:hint="cs"/>
                <w:rtl/>
              </w:rPr>
              <w:t>أَوْ</w:t>
            </w:r>
            <w:r w:rsidRPr="007D46FD">
              <w:rPr>
                <w:rtl/>
              </w:rPr>
              <w:t xml:space="preserve"> </w:t>
            </w:r>
            <w:r w:rsidRPr="007D46FD">
              <w:rPr>
                <w:rFonts w:hint="cs"/>
                <w:rtl/>
              </w:rPr>
              <w:t>عَلَّقَ</w:t>
            </w:r>
            <w:r w:rsidRPr="007D46FD">
              <w:rPr>
                <w:rtl/>
              </w:rPr>
              <w:t xml:space="preserve"> </w:t>
            </w:r>
            <w:r w:rsidRPr="007D46FD">
              <w:rPr>
                <w:rFonts w:hint="cs"/>
                <w:rtl/>
              </w:rPr>
              <w:t>تَمِيمَةً</w:t>
            </w:r>
          </w:p>
        </w:tc>
      </w:tr>
      <w:tr w:rsidR="00F7762F" w:rsidRPr="007D46FD" w14:paraId="4AB632D5" w14:textId="77777777" w:rsidTr="00DB1C28">
        <w:tc>
          <w:tcPr>
            <w:tcW w:w="582" w:type="dxa"/>
          </w:tcPr>
          <w:p w14:paraId="56462466" w14:textId="77777777" w:rsidR="00393433" w:rsidRPr="007D46FD" w:rsidRDefault="00393433" w:rsidP="007D46FD">
            <w:pPr>
              <w:bidi/>
              <w:rPr>
                <w:lang w:bidi="dv-MV"/>
              </w:rPr>
            </w:pPr>
            <w:r w:rsidRPr="007D46FD">
              <w:rPr>
                <w:lang w:bidi="dv-MV"/>
              </w:rPr>
              <w:t>23</w:t>
            </w:r>
          </w:p>
        </w:tc>
        <w:tc>
          <w:tcPr>
            <w:tcW w:w="1336" w:type="dxa"/>
            <w:vAlign w:val="center"/>
          </w:tcPr>
          <w:p w14:paraId="5BEF35B2" w14:textId="77777777" w:rsidR="00393433" w:rsidRPr="007D46FD" w:rsidRDefault="00393433" w:rsidP="007D46FD">
            <w:pPr>
              <w:bidi/>
              <w:rPr>
                <w:rtl/>
              </w:rPr>
            </w:pPr>
            <w:r w:rsidRPr="007D46FD">
              <w:rPr>
                <w:rStyle w:val="Strong"/>
                <w:rFonts w:ascii="Arial" w:hAnsi="Arial" w:hint="cs"/>
                <w:b w:val="0"/>
                <w:bCs/>
                <w:rtl/>
              </w:rPr>
              <w:t>يَتَعَلَّقُ</w:t>
            </w:r>
            <w:r w:rsidRPr="007D46FD">
              <w:rPr>
                <w:rStyle w:val="Strong"/>
                <w:rFonts w:ascii="MV Utheemu" w:hAnsi="MV Utheemu"/>
                <w:b w:val="0"/>
                <w:bCs/>
                <w:rtl/>
              </w:rPr>
              <w:t xml:space="preserve"> </w:t>
            </w:r>
            <w:r w:rsidRPr="007D46FD">
              <w:rPr>
                <w:rStyle w:val="Strong"/>
                <w:rFonts w:ascii="Arial" w:hAnsi="Arial" w:hint="cs"/>
                <w:b w:val="0"/>
                <w:bCs/>
                <w:rtl/>
              </w:rPr>
              <w:t>تَمِيمَةً</w:t>
            </w:r>
          </w:p>
        </w:tc>
        <w:tc>
          <w:tcPr>
            <w:tcW w:w="3221" w:type="dxa"/>
            <w:vAlign w:val="center"/>
          </w:tcPr>
          <w:p w14:paraId="02EBC2F0"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مَرْفُوعٌ</w:t>
            </w:r>
          </w:p>
        </w:tc>
        <w:tc>
          <w:tcPr>
            <w:tcW w:w="5224" w:type="dxa"/>
            <w:vAlign w:val="center"/>
          </w:tcPr>
          <w:p w14:paraId="29A2196D" w14:textId="77777777" w:rsidR="00393433" w:rsidRPr="007D46FD" w:rsidRDefault="00393433" w:rsidP="007D46FD">
            <w:pPr>
              <w:bidi/>
              <w:rPr>
                <w:rtl/>
              </w:rPr>
            </w:pPr>
            <w:r w:rsidRPr="007D46FD">
              <w:rPr>
                <w:rFonts w:hint="cs"/>
                <w:rtl/>
              </w:rPr>
              <w:t>يَلْبَسُ</w:t>
            </w:r>
            <w:r w:rsidRPr="007D46FD">
              <w:rPr>
                <w:rtl/>
              </w:rPr>
              <w:t xml:space="preserve"> </w:t>
            </w:r>
            <w:r w:rsidRPr="007D46FD">
              <w:rPr>
                <w:rFonts w:hint="cs"/>
                <w:rtl/>
              </w:rPr>
              <w:t>أَوْ</w:t>
            </w:r>
            <w:r w:rsidRPr="007D46FD">
              <w:rPr>
                <w:rtl/>
              </w:rPr>
              <w:t xml:space="preserve"> </w:t>
            </w:r>
            <w:r w:rsidRPr="007D46FD">
              <w:rPr>
                <w:rFonts w:hint="cs"/>
                <w:rtl/>
              </w:rPr>
              <w:t>يُعَلِّقُ</w:t>
            </w:r>
            <w:r w:rsidRPr="007D46FD">
              <w:rPr>
                <w:rtl/>
              </w:rPr>
              <w:t xml:space="preserve"> </w:t>
            </w:r>
            <w:r w:rsidRPr="007D46FD">
              <w:rPr>
                <w:rFonts w:hint="cs"/>
                <w:rtl/>
              </w:rPr>
              <w:t>تَمِيمَةً</w:t>
            </w:r>
          </w:p>
        </w:tc>
      </w:tr>
      <w:tr w:rsidR="00F7762F" w:rsidRPr="007D46FD" w14:paraId="537E6BF6" w14:textId="77777777" w:rsidTr="00DB1C28">
        <w:tc>
          <w:tcPr>
            <w:tcW w:w="582" w:type="dxa"/>
          </w:tcPr>
          <w:p w14:paraId="4AC8E3C1" w14:textId="77777777" w:rsidR="00393433" w:rsidRPr="007D46FD" w:rsidRDefault="00393433" w:rsidP="007D46FD">
            <w:pPr>
              <w:bidi/>
              <w:rPr>
                <w:lang w:bidi="dv-MV"/>
              </w:rPr>
            </w:pPr>
            <w:r w:rsidRPr="007D46FD">
              <w:rPr>
                <w:lang w:bidi="dv-MV"/>
              </w:rPr>
              <w:t>24</w:t>
            </w:r>
          </w:p>
        </w:tc>
        <w:tc>
          <w:tcPr>
            <w:tcW w:w="1336" w:type="dxa"/>
            <w:vAlign w:val="center"/>
          </w:tcPr>
          <w:p w14:paraId="17D63CCE" w14:textId="77777777" w:rsidR="00393433" w:rsidRPr="007D46FD" w:rsidRDefault="00393433" w:rsidP="007D46FD">
            <w:pPr>
              <w:bidi/>
              <w:rPr>
                <w:rtl/>
              </w:rPr>
            </w:pPr>
            <w:r w:rsidRPr="007D46FD">
              <w:rPr>
                <w:rStyle w:val="Strong"/>
                <w:rFonts w:ascii="Arial" w:hAnsi="Arial" w:hint="cs"/>
                <w:b w:val="0"/>
                <w:bCs/>
                <w:rtl/>
              </w:rPr>
              <w:t>حِرْزٌ</w:t>
            </w:r>
          </w:p>
        </w:tc>
        <w:tc>
          <w:tcPr>
            <w:tcW w:w="3221" w:type="dxa"/>
            <w:vAlign w:val="center"/>
          </w:tcPr>
          <w:p w14:paraId="10E76E93"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1989B8AC"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يُتَحَصَّنُ</w:t>
            </w:r>
            <w:r w:rsidRPr="007D46FD">
              <w:rPr>
                <w:rtl/>
              </w:rPr>
              <w:t xml:space="preserve"> </w:t>
            </w:r>
            <w:r w:rsidRPr="007D46FD">
              <w:rPr>
                <w:rFonts w:hint="cs"/>
                <w:rtl/>
              </w:rPr>
              <w:t>بِهِ</w:t>
            </w:r>
          </w:p>
        </w:tc>
      </w:tr>
      <w:tr w:rsidR="00F7762F" w:rsidRPr="007D46FD" w14:paraId="3B4F2E48" w14:textId="77777777" w:rsidTr="00DB1C28">
        <w:tc>
          <w:tcPr>
            <w:tcW w:w="582" w:type="dxa"/>
          </w:tcPr>
          <w:p w14:paraId="34008F2A" w14:textId="77777777" w:rsidR="00393433" w:rsidRPr="007D46FD" w:rsidRDefault="00393433" w:rsidP="007D46FD">
            <w:pPr>
              <w:bidi/>
              <w:rPr>
                <w:lang w:bidi="dv-MV"/>
              </w:rPr>
            </w:pPr>
            <w:r w:rsidRPr="007D46FD">
              <w:rPr>
                <w:rtl/>
                <w:lang w:bidi="dv-MV"/>
              </w:rPr>
              <w:t>25</w:t>
            </w:r>
          </w:p>
        </w:tc>
        <w:tc>
          <w:tcPr>
            <w:tcW w:w="1336" w:type="dxa"/>
            <w:vAlign w:val="center"/>
          </w:tcPr>
          <w:p w14:paraId="14810D16" w14:textId="77777777" w:rsidR="00393433" w:rsidRPr="007D46FD" w:rsidRDefault="00393433" w:rsidP="007D46FD">
            <w:pPr>
              <w:bidi/>
              <w:rPr>
                <w:rtl/>
              </w:rPr>
            </w:pPr>
            <w:r w:rsidRPr="007D46FD">
              <w:rPr>
                <w:rStyle w:val="Strong"/>
                <w:rFonts w:ascii="Arial" w:hAnsi="Arial" w:hint="cs"/>
                <w:b w:val="0"/>
                <w:bCs/>
                <w:rtl/>
              </w:rPr>
              <w:t>الأَحْرَازُ</w:t>
            </w:r>
          </w:p>
        </w:tc>
        <w:tc>
          <w:tcPr>
            <w:tcW w:w="3221" w:type="dxa"/>
            <w:vAlign w:val="center"/>
          </w:tcPr>
          <w:p w14:paraId="35DFBBC4" w14:textId="77777777" w:rsidR="00393433" w:rsidRPr="007D46FD" w:rsidRDefault="00393433" w:rsidP="007D46FD">
            <w:pPr>
              <w:bidi/>
              <w:rPr>
                <w:rtl/>
              </w:rPr>
            </w:pPr>
            <w:r w:rsidRPr="007D46FD">
              <w:rPr>
                <w:rFonts w:hint="cs"/>
                <w:rtl/>
              </w:rPr>
              <w:t>جَمْعُ</w:t>
            </w:r>
            <w:r w:rsidRPr="007D46FD">
              <w:rPr>
                <w:rtl/>
              </w:rPr>
              <w:t xml:space="preserve"> </w:t>
            </w:r>
            <w:r w:rsidRPr="007D46FD">
              <w:rPr>
                <w:rFonts w:hint="cs"/>
                <w:rtl/>
              </w:rPr>
              <w:t>تَكْسِيرٍ</w:t>
            </w:r>
          </w:p>
        </w:tc>
        <w:tc>
          <w:tcPr>
            <w:tcW w:w="5224" w:type="dxa"/>
            <w:vAlign w:val="center"/>
          </w:tcPr>
          <w:p w14:paraId="63331F93" w14:textId="77777777" w:rsidR="00393433" w:rsidRPr="007D46FD" w:rsidRDefault="00393433" w:rsidP="007D46FD">
            <w:pPr>
              <w:bidi/>
              <w:rPr>
                <w:rtl/>
              </w:rPr>
            </w:pPr>
            <w:r w:rsidRPr="007D46FD">
              <w:rPr>
                <w:rFonts w:hint="cs"/>
                <w:rtl/>
              </w:rPr>
              <w:t>حُرُوزٌ</w:t>
            </w:r>
            <w:r w:rsidRPr="007D46FD">
              <w:rPr>
                <w:rtl/>
              </w:rPr>
              <w:t xml:space="preserve"> </w:t>
            </w:r>
            <w:r w:rsidRPr="007D46FD">
              <w:rPr>
                <w:rFonts w:hint="cs"/>
                <w:rtl/>
              </w:rPr>
              <w:t>وَتَعَاوِيذُ</w:t>
            </w:r>
          </w:p>
        </w:tc>
      </w:tr>
      <w:tr w:rsidR="00F7762F" w:rsidRPr="007D46FD" w14:paraId="29E90FDE" w14:textId="77777777" w:rsidTr="00DB1C28">
        <w:tc>
          <w:tcPr>
            <w:tcW w:w="582" w:type="dxa"/>
          </w:tcPr>
          <w:p w14:paraId="67AF5EDD" w14:textId="77777777" w:rsidR="00393433" w:rsidRPr="007D46FD" w:rsidRDefault="00393433" w:rsidP="007D46FD">
            <w:pPr>
              <w:bidi/>
              <w:rPr>
                <w:lang w:bidi="dv-MV"/>
              </w:rPr>
            </w:pPr>
            <w:r w:rsidRPr="007D46FD">
              <w:rPr>
                <w:lang w:bidi="dv-MV"/>
              </w:rPr>
              <w:t>26</w:t>
            </w:r>
          </w:p>
        </w:tc>
        <w:tc>
          <w:tcPr>
            <w:tcW w:w="1336" w:type="dxa"/>
            <w:vAlign w:val="center"/>
          </w:tcPr>
          <w:p w14:paraId="4DD734E7" w14:textId="77777777" w:rsidR="00393433" w:rsidRPr="007D46FD" w:rsidRDefault="00393433" w:rsidP="007D46FD">
            <w:pPr>
              <w:bidi/>
              <w:rPr>
                <w:rtl/>
              </w:rPr>
            </w:pPr>
            <w:r w:rsidRPr="007D46FD">
              <w:rPr>
                <w:rStyle w:val="Strong"/>
                <w:rFonts w:ascii="Arial" w:hAnsi="Arial" w:hint="cs"/>
                <w:b w:val="0"/>
                <w:bCs/>
                <w:rtl/>
              </w:rPr>
              <w:t>الجَامِعَةُ</w:t>
            </w:r>
          </w:p>
        </w:tc>
        <w:tc>
          <w:tcPr>
            <w:tcW w:w="3221" w:type="dxa"/>
            <w:vAlign w:val="center"/>
          </w:tcPr>
          <w:p w14:paraId="54155BFB"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527692C2" w14:textId="77777777" w:rsidR="00393433" w:rsidRPr="007D46FD" w:rsidRDefault="00393433" w:rsidP="007D46FD">
            <w:pPr>
              <w:bidi/>
              <w:rPr>
                <w:rtl/>
              </w:rPr>
            </w:pPr>
            <w:r w:rsidRPr="007D46FD">
              <w:rPr>
                <w:rFonts w:hint="cs"/>
                <w:rtl/>
              </w:rPr>
              <w:t>تَسْمِيَةٌ</w:t>
            </w:r>
            <w:r w:rsidRPr="007D46FD">
              <w:rPr>
                <w:rtl/>
              </w:rPr>
              <w:t xml:space="preserve"> </w:t>
            </w:r>
            <w:r w:rsidRPr="007D46FD">
              <w:rPr>
                <w:rFonts w:hint="cs"/>
                <w:rtl/>
              </w:rPr>
              <w:t>لِنَوْعٍ</w:t>
            </w:r>
            <w:r w:rsidRPr="007D46FD">
              <w:rPr>
                <w:rtl/>
              </w:rPr>
              <w:t xml:space="preserve"> </w:t>
            </w:r>
            <w:r w:rsidRPr="007D46FD">
              <w:rPr>
                <w:rFonts w:hint="cs"/>
                <w:rtl/>
              </w:rPr>
              <w:t>مِنَ</w:t>
            </w:r>
            <w:r w:rsidRPr="007D46FD">
              <w:rPr>
                <w:rtl/>
              </w:rPr>
              <w:t xml:space="preserve"> </w:t>
            </w:r>
            <w:r w:rsidRPr="007D46FD">
              <w:rPr>
                <w:rFonts w:hint="cs"/>
                <w:rtl/>
              </w:rPr>
              <w:t>التَّمَائِمِ</w:t>
            </w:r>
          </w:p>
        </w:tc>
      </w:tr>
      <w:tr w:rsidR="00F7762F" w:rsidRPr="007D46FD" w14:paraId="07C04CBF" w14:textId="77777777" w:rsidTr="00DB1C28">
        <w:tc>
          <w:tcPr>
            <w:tcW w:w="582" w:type="dxa"/>
          </w:tcPr>
          <w:p w14:paraId="6D1286FF" w14:textId="77777777" w:rsidR="00393433" w:rsidRPr="007D46FD" w:rsidRDefault="00393433" w:rsidP="007D46FD">
            <w:pPr>
              <w:bidi/>
              <w:rPr>
                <w:lang w:bidi="dv-MV"/>
              </w:rPr>
            </w:pPr>
            <w:r w:rsidRPr="007D46FD">
              <w:rPr>
                <w:lang w:bidi="dv-MV"/>
              </w:rPr>
              <w:t>27</w:t>
            </w:r>
          </w:p>
        </w:tc>
        <w:tc>
          <w:tcPr>
            <w:tcW w:w="1336" w:type="dxa"/>
            <w:vAlign w:val="center"/>
          </w:tcPr>
          <w:p w14:paraId="7AD1CC2F" w14:textId="77777777" w:rsidR="00393433" w:rsidRPr="007D46FD" w:rsidRDefault="00393433" w:rsidP="007D46FD">
            <w:pPr>
              <w:bidi/>
              <w:rPr>
                <w:rtl/>
              </w:rPr>
            </w:pPr>
            <w:r w:rsidRPr="007D46FD">
              <w:rPr>
                <w:rStyle w:val="Strong"/>
                <w:rFonts w:ascii="Arial" w:hAnsi="Arial" w:hint="cs"/>
                <w:b w:val="0"/>
                <w:bCs/>
                <w:rtl/>
              </w:rPr>
              <w:t>تَمَّ</w:t>
            </w:r>
          </w:p>
        </w:tc>
        <w:tc>
          <w:tcPr>
            <w:tcW w:w="3221" w:type="dxa"/>
            <w:vAlign w:val="center"/>
          </w:tcPr>
          <w:p w14:paraId="5D932879"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مَاضٍ</w:t>
            </w:r>
          </w:p>
        </w:tc>
        <w:tc>
          <w:tcPr>
            <w:tcW w:w="5224" w:type="dxa"/>
            <w:vAlign w:val="center"/>
          </w:tcPr>
          <w:p w14:paraId="71849E78" w14:textId="77777777" w:rsidR="00393433" w:rsidRPr="007D46FD" w:rsidRDefault="00393433" w:rsidP="007D46FD">
            <w:pPr>
              <w:bidi/>
              <w:rPr>
                <w:rtl/>
              </w:rPr>
            </w:pPr>
            <w:r w:rsidRPr="007D46FD">
              <w:rPr>
                <w:rFonts w:hint="cs"/>
                <w:rtl/>
              </w:rPr>
              <w:t>كَمُلَ</w:t>
            </w:r>
            <w:r w:rsidRPr="007D46FD">
              <w:rPr>
                <w:rtl/>
              </w:rPr>
              <w:t xml:space="preserve"> </w:t>
            </w:r>
            <w:r w:rsidRPr="007D46FD">
              <w:rPr>
                <w:rFonts w:hint="cs"/>
                <w:rtl/>
              </w:rPr>
              <w:t>وَانْتَهَى</w:t>
            </w:r>
          </w:p>
        </w:tc>
      </w:tr>
      <w:tr w:rsidR="00F7762F" w:rsidRPr="007D46FD" w14:paraId="087F60AD" w14:textId="77777777" w:rsidTr="00DB1C28">
        <w:tc>
          <w:tcPr>
            <w:tcW w:w="582" w:type="dxa"/>
          </w:tcPr>
          <w:p w14:paraId="774CE545" w14:textId="77777777" w:rsidR="00393433" w:rsidRPr="007D46FD" w:rsidRDefault="00393433" w:rsidP="007D46FD">
            <w:pPr>
              <w:bidi/>
              <w:rPr>
                <w:lang w:bidi="dv-MV"/>
              </w:rPr>
            </w:pPr>
            <w:r w:rsidRPr="007D46FD">
              <w:rPr>
                <w:lang w:bidi="dv-MV"/>
              </w:rPr>
              <w:t>28</w:t>
            </w:r>
          </w:p>
        </w:tc>
        <w:tc>
          <w:tcPr>
            <w:tcW w:w="1336" w:type="dxa"/>
            <w:vAlign w:val="center"/>
          </w:tcPr>
          <w:p w14:paraId="5C047682" w14:textId="77777777" w:rsidR="00393433" w:rsidRPr="007D46FD" w:rsidRDefault="00393433" w:rsidP="007D46FD">
            <w:pPr>
              <w:bidi/>
              <w:rPr>
                <w:rtl/>
              </w:rPr>
            </w:pPr>
            <w:r w:rsidRPr="007D46FD">
              <w:rPr>
                <w:rStyle w:val="Strong"/>
                <w:rFonts w:ascii="Arial" w:hAnsi="Arial" w:hint="cs"/>
                <w:b w:val="0"/>
                <w:bCs/>
                <w:rtl/>
              </w:rPr>
              <w:t>يَتِمُّ</w:t>
            </w:r>
          </w:p>
        </w:tc>
        <w:tc>
          <w:tcPr>
            <w:tcW w:w="3221" w:type="dxa"/>
            <w:vAlign w:val="center"/>
          </w:tcPr>
          <w:p w14:paraId="32434F8A"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مَرْفُوعٌ</w:t>
            </w:r>
          </w:p>
        </w:tc>
        <w:tc>
          <w:tcPr>
            <w:tcW w:w="5224" w:type="dxa"/>
            <w:vAlign w:val="center"/>
          </w:tcPr>
          <w:p w14:paraId="5B4F33B4" w14:textId="77777777" w:rsidR="00393433" w:rsidRPr="007D46FD" w:rsidRDefault="00393433" w:rsidP="007D46FD">
            <w:pPr>
              <w:bidi/>
              <w:rPr>
                <w:rtl/>
              </w:rPr>
            </w:pPr>
            <w:r w:rsidRPr="007D46FD">
              <w:rPr>
                <w:rFonts w:hint="cs"/>
                <w:rtl/>
              </w:rPr>
              <w:t>يَكْمُلُ</w:t>
            </w:r>
          </w:p>
        </w:tc>
      </w:tr>
      <w:tr w:rsidR="00F7762F" w:rsidRPr="007D46FD" w14:paraId="62FA4B94" w14:textId="77777777" w:rsidTr="00DB1C28">
        <w:tc>
          <w:tcPr>
            <w:tcW w:w="582" w:type="dxa"/>
          </w:tcPr>
          <w:p w14:paraId="19AC8FFC" w14:textId="77777777" w:rsidR="00393433" w:rsidRPr="007D46FD" w:rsidRDefault="00393433" w:rsidP="007D46FD">
            <w:pPr>
              <w:bidi/>
              <w:rPr>
                <w:lang w:bidi="dv-MV"/>
              </w:rPr>
            </w:pPr>
            <w:r w:rsidRPr="007D46FD">
              <w:rPr>
                <w:lang w:bidi="dv-MV"/>
              </w:rPr>
              <w:t>29</w:t>
            </w:r>
          </w:p>
        </w:tc>
        <w:tc>
          <w:tcPr>
            <w:tcW w:w="1336" w:type="dxa"/>
            <w:vAlign w:val="center"/>
          </w:tcPr>
          <w:p w14:paraId="0C1C86CC" w14:textId="77777777" w:rsidR="00393433" w:rsidRPr="007D46FD" w:rsidRDefault="00393433" w:rsidP="007D46FD">
            <w:pPr>
              <w:bidi/>
              <w:rPr>
                <w:rtl/>
              </w:rPr>
            </w:pPr>
            <w:r w:rsidRPr="007D46FD">
              <w:rPr>
                <w:rStyle w:val="Strong"/>
                <w:rFonts w:ascii="Arial" w:hAnsi="Arial" w:hint="cs"/>
                <w:b w:val="0"/>
                <w:bCs/>
                <w:rtl/>
              </w:rPr>
              <w:t>تَمَامٌ</w:t>
            </w:r>
          </w:p>
        </w:tc>
        <w:tc>
          <w:tcPr>
            <w:tcW w:w="3221" w:type="dxa"/>
            <w:vAlign w:val="center"/>
          </w:tcPr>
          <w:p w14:paraId="3D6C0831"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74830F99" w14:textId="77777777" w:rsidR="00393433" w:rsidRPr="007D46FD" w:rsidRDefault="00393433" w:rsidP="007D46FD">
            <w:pPr>
              <w:bidi/>
              <w:rPr>
                <w:rtl/>
              </w:rPr>
            </w:pPr>
            <w:r w:rsidRPr="007D46FD">
              <w:rPr>
                <w:rFonts w:hint="cs"/>
                <w:rtl/>
              </w:rPr>
              <w:t>الكَمَالُ</w:t>
            </w:r>
          </w:p>
        </w:tc>
      </w:tr>
      <w:tr w:rsidR="00F7762F" w:rsidRPr="007D46FD" w14:paraId="26CD3491" w14:textId="77777777" w:rsidTr="00DB1C28">
        <w:tc>
          <w:tcPr>
            <w:tcW w:w="582" w:type="dxa"/>
          </w:tcPr>
          <w:p w14:paraId="3732554B" w14:textId="77777777" w:rsidR="00393433" w:rsidRPr="007D46FD" w:rsidRDefault="00393433" w:rsidP="007D46FD">
            <w:pPr>
              <w:bidi/>
              <w:rPr>
                <w:lang w:bidi="dv-MV"/>
              </w:rPr>
            </w:pPr>
            <w:r w:rsidRPr="007D46FD">
              <w:rPr>
                <w:lang w:bidi="dv-MV"/>
              </w:rPr>
              <w:t>30</w:t>
            </w:r>
          </w:p>
        </w:tc>
        <w:tc>
          <w:tcPr>
            <w:tcW w:w="1336" w:type="dxa"/>
            <w:vAlign w:val="center"/>
          </w:tcPr>
          <w:p w14:paraId="20FEE0A3" w14:textId="77777777" w:rsidR="00393433" w:rsidRPr="007D46FD" w:rsidRDefault="00393433" w:rsidP="007D46FD">
            <w:pPr>
              <w:bidi/>
              <w:rPr>
                <w:rtl/>
              </w:rPr>
            </w:pPr>
            <w:r w:rsidRPr="007D46FD">
              <w:rPr>
                <w:rStyle w:val="Strong"/>
                <w:rFonts w:ascii="Arial" w:hAnsi="Arial" w:hint="cs"/>
                <w:b w:val="0"/>
                <w:bCs/>
                <w:rtl/>
              </w:rPr>
              <w:t>الإِتْمَامُ</w:t>
            </w:r>
          </w:p>
        </w:tc>
        <w:tc>
          <w:tcPr>
            <w:tcW w:w="3221" w:type="dxa"/>
            <w:vAlign w:val="center"/>
          </w:tcPr>
          <w:p w14:paraId="6CFC7E24"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2D801C5F" w14:textId="77777777" w:rsidR="00393433" w:rsidRPr="007D46FD" w:rsidRDefault="00393433" w:rsidP="007D46FD">
            <w:pPr>
              <w:bidi/>
              <w:rPr>
                <w:rtl/>
              </w:rPr>
            </w:pPr>
            <w:r w:rsidRPr="007D46FD">
              <w:rPr>
                <w:rFonts w:hint="cs"/>
                <w:rtl/>
              </w:rPr>
              <w:t>إِكْمَالُ</w:t>
            </w:r>
            <w:r w:rsidRPr="007D46FD">
              <w:rPr>
                <w:rtl/>
              </w:rPr>
              <w:t xml:space="preserve"> </w:t>
            </w:r>
            <w:r w:rsidRPr="007D46FD">
              <w:rPr>
                <w:rFonts w:hint="cs"/>
                <w:rtl/>
              </w:rPr>
              <w:t>الشَّيْءِ</w:t>
            </w:r>
          </w:p>
        </w:tc>
      </w:tr>
      <w:tr w:rsidR="00F7762F" w:rsidRPr="007D46FD" w14:paraId="6FC8639D" w14:textId="77777777" w:rsidTr="00DB1C28">
        <w:tc>
          <w:tcPr>
            <w:tcW w:w="582" w:type="dxa"/>
          </w:tcPr>
          <w:p w14:paraId="2966602A" w14:textId="77777777" w:rsidR="00393433" w:rsidRPr="007D46FD" w:rsidRDefault="00393433" w:rsidP="007D46FD">
            <w:pPr>
              <w:bidi/>
              <w:rPr>
                <w:lang w:bidi="dv-MV"/>
              </w:rPr>
            </w:pPr>
            <w:r w:rsidRPr="007D46FD">
              <w:rPr>
                <w:lang w:bidi="dv-MV"/>
              </w:rPr>
              <w:t>31</w:t>
            </w:r>
          </w:p>
        </w:tc>
        <w:tc>
          <w:tcPr>
            <w:tcW w:w="1336" w:type="dxa"/>
            <w:vAlign w:val="center"/>
          </w:tcPr>
          <w:p w14:paraId="5783FBA8" w14:textId="77777777" w:rsidR="00393433" w:rsidRPr="007D46FD" w:rsidRDefault="00393433" w:rsidP="007D46FD">
            <w:pPr>
              <w:bidi/>
              <w:rPr>
                <w:rtl/>
              </w:rPr>
            </w:pPr>
            <w:r w:rsidRPr="007D46FD">
              <w:rPr>
                <w:rStyle w:val="Strong"/>
                <w:rFonts w:ascii="Arial" w:hAnsi="Arial" w:hint="cs"/>
                <w:b w:val="0"/>
                <w:bCs/>
                <w:rtl/>
              </w:rPr>
              <w:t>أَتَمَّ</w:t>
            </w:r>
          </w:p>
        </w:tc>
        <w:tc>
          <w:tcPr>
            <w:tcW w:w="3221" w:type="dxa"/>
            <w:vAlign w:val="center"/>
          </w:tcPr>
          <w:p w14:paraId="7D5A320C"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مَاضٍ</w:t>
            </w:r>
            <w:r w:rsidRPr="007D46FD">
              <w:rPr>
                <w:rtl/>
              </w:rPr>
              <w:t xml:space="preserve"> </w:t>
            </w:r>
            <w:r w:rsidRPr="007D46FD">
              <w:rPr>
                <w:rFonts w:hint="cs"/>
                <w:rtl/>
              </w:rPr>
              <w:t>مَزِيدٌ</w:t>
            </w:r>
            <w:r w:rsidRPr="007D46FD">
              <w:rPr>
                <w:rtl/>
              </w:rPr>
              <w:t xml:space="preserve"> (</w:t>
            </w:r>
            <w:r w:rsidRPr="007D46FD">
              <w:rPr>
                <w:rFonts w:hint="cs"/>
                <w:rtl/>
              </w:rPr>
              <w:t>بَابُ</w:t>
            </w:r>
            <w:r w:rsidRPr="007D46FD">
              <w:rPr>
                <w:rtl/>
              </w:rPr>
              <w:t xml:space="preserve"> </w:t>
            </w:r>
            <w:r w:rsidRPr="007D46FD">
              <w:rPr>
                <w:rFonts w:hint="cs"/>
                <w:rtl/>
              </w:rPr>
              <w:t>الإِفْعَالِ</w:t>
            </w:r>
            <w:r w:rsidRPr="007D46FD">
              <w:rPr>
                <w:rtl/>
              </w:rPr>
              <w:t>)</w:t>
            </w:r>
          </w:p>
        </w:tc>
        <w:tc>
          <w:tcPr>
            <w:tcW w:w="5224" w:type="dxa"/>
            <w:vAlign w:val="center"/>
          </w:tcPr>
          <w:p w14:paraId="083EE448" w14:textId="77777777" w:rsidR="00393433" w:rsidRPr="007D46FD" w:rsidRDefault="00393433" w:rsidP="007D46FD">
            <w:pPr>
              <w:bidi/>
              <w:rPr>
                <w:rtl/>
              </w:rPr>
            </w:pPr>
            <w:r w:rsidRPr="007D46FD">
              <w:rPr>
                <w:rFonts w:hint="cs"/>
                <w:rtl/>
              </w:rPr>
              <w:t>أَكْمَلَ</w:t>
            </w:r>
          </w:p>
        </w:tc>
      </w:tr>
      <w:tr w:rsidR="00F7762F" w:rsidRPr="007D46FD" w14:paraId="689F23C4" w14:textId="77777777" w:rsidTr="00DB1C28">
        <w:tc>
          <w:tcPr>
            <w:tcW w:w="582" w:type="dxa"/>
          </w:tcPr>
          <w:p w14:paraId="75A2667B" w14:textId="77777777" w:rsidR="00393433" w:rsidRPr="007D46FD" w:rsidRDefault="00393433" w:rsidP="007D46FD">
            <w:pPr>
              <w:bidi/>
              <w:rPr>
                <w:lang w:bidi="dv-MV"/>
              </w:rPr>
            </w:pPr>
            <w:r w:rsidRPr="007D46FD">
              <w:rPr>
                <w:lang w:bidi="dv-MV"/>
              </w:rPr>
              <w:t>32</w:t>
            </w:r>
          </w:p>
        </w:tc>
        <w:tc>
          <w:tcPr>
            <w:tcW w:w="1336" w:type="dxa"/>
            <w:vAlign w:val="center"/>
          </w:tcPr>
          <w:p w14:paraId="724284FA" w14:textId="77777777" w:rsidR="00393433" w:rsidRPr="007D46FD" w:rsidRDefault="00393433" w:rsidP="007D46FD">
            <w:pPr>
              <w:bidi/>
              <w:rPr>
                <w:rtl/>
              </w:rPr>
            </w:pPr>
            <w:r w:rsidRPr="007D46FD">
              <w:rPr>
                <w:rStyle w:val="Strong"/>
                <w:rFonts w:ascii="Arial" w:hAnsi="Arial" w:hint="cs"/>
                <w:b w:val="0"/>
                <w:bCs/>
                <w:rtl/>
              </w:rPr>
              <w:t>يُتِمُّ</w:t>
            </w:r>
          </w:p>
        </w:tc>
        <w:tc>
          <w:tcPr>
            <w:tcW w:w="3221" w:type="dxa"/>
            <w:vAlign w:val="center"/>
          </w:tcPr>
          <w:p w14:paraId="7CF4543E"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مَرْفُوعٌ</w:t>
            </w:r>
          </w:p>
        </w:tc>
        <w:tc>
          <w:tcPr>
            <w:tcW w:w="5224" w:type="dxa"/>
            <w:vAlign w:val="center"/>
          </w:tcPr>
          <w:p w14:paraId="4450BE3E" w14:textId="77777777" w:rsidR="00393433" w:rsidRPr="007D46FD" w:rsidRDefault="00393433" w:rsidP="007D46FD">
            <w:pPr>
              <w:bidi/>
              <w:rPr>
                <w:rtl/>
              </w:rPr>
            </w:pPr>
            <w:r w:rsidRPr="007D46FD">
              <w:rPr>
                <w:rFonts w:hint="cs"/>
                <w:rtl/>
              </w:rPr>
              <w:t>يُكْمِلُ</w:t>
            </w:r>
          </w:p>
        </w:tc>
      </w:tr>
      <w:tr w:rsidR="00F7762F" w:rsidRPr="007D46FD" w14:paraId="20E184CD" w14:textId="77777777" w:rsidTr="00DB1C28">
        <w:tc>
          <w:tcPr>
            <w:tcW w:w="582" w:type="dxa"/>
          </w:tcPr>
          <w:p w14:paraId="3C2C0ED7" w14:textId="77777777" w:rsidR="00393433" w:rsidRPr="007D46FD" w:rsidRDefault="00393433" w:rsidP="007D46FD">
            <w:pPr>
              <w:bidi/>
              <w:rPr>
                <w:lang w:bidi="dv-MV"/>
              </w:rPr>
            </w:pPr>
            <w:r w:rsidRPr="007D46FD">
              <w:rPr>
                <w:lang w:bidi="dv-MV"/>
              </w:rPr>
              <w:t>33</w:t>
            </w:r>
          </w:p>
        </w:tc>
        <w:tc>
          <w:tcPr>
            <w:tcW w:w="1336" w:type="dxa"/>
            <w:vAlign w:val="center"/>
          </w:tcPr>
          <w:p w14:paraId="01421285" w14:textId="77777777" w:rsidR="00393433" w:rsidRPr="007D46FD" w:rsidRDefault="00393433" w:rsidP="007D46FD">
            <w:pPr>
              <w:bidi/>
              <w:rPr>
                <w:rtl/>
              </w:rPr>
            </w:pPr>
            <w:r w:rsidRPr="007D46FD">
              <w:rPr>
                <w:rStyle w:val="Strong"/>
                <w:rFonts w:ascii="Arial" w:hAnsi="Arial" w:hint="cs"/>
                <w:b w:val="0"/>
                <w:bCs/>
                <w:rtl/>
              </w:rPr>
              <w:t>تَامٌّ</w:t>
            </w:r>
          </w:p>
        </w:tc>
        <w:tc>
          <w:tcPr>
            <w:tcW w:w="3221" w:type="dxa"/>
            <w:vAlign w:val="center"/>
          </w:tcPr>
          <w:p w14:paraId="5ECD259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فَاعِلٍ</w:t>
            </w:r>
          </w:p>
        </w:tc>
        <w:tc>
          <w:tcPr>
            <w:tcW w:w="5224" w:type="dxa"/>
            <w:vAlign w:val="center"/>
          </w:tcPr>
          <w:p w14:paraId="7F274726" w14:textId="77777777" w:rsidR="00393433" w:rsidRPr="007D46FD" w:rsidRDefault="00393433" w:rsidP="007D46FD">
            <w:pPr>
              <w:bidi/>
              <w:rPr>
                <w:rtl/>
              </w:rPr>
            </w:pPr>
            <w:r w:rsidRPr="007D46FD">
              <w:rPr>
                <w:rFonts w:hint="cs"/>
                <w:rtl/>
              </w:rPr>
              <w:t>كَامِلٌ</w:t>
            </w:r>
          </w:p>
        </w:tc>
      </w:tr>
      <w:tr w:rsidR="00F7762F" w:rsidRPr="007D46FD" w14:paraId="4F722D7F" w14:textId="77777777" w:rsidTr="00DB1C28">
        <w:tc>
          <w:tcPr>
            <w:tcW w:w="582" w:type="dxa"/>
          </w:tcPr>
          <w:p w14:paraId="06B07A07" w14:textId="77777777" w:rsidR="00393433" w:rsidRPr="007D46FD" w:rsidRDefault="00393433" w:rsidP="007D46FD">
            <w:pPr>
              <w:bidi/>
              <w:rPr>
                <w:lang w:bidi="dv-MV"/>
              </w:rPr>
            </w:pPr>
            <w:r w:rsidRPr="007D46FD">
              <w:rPr>
                <w:lang w:bidi="dv-MV"/>
              </w:rPr>
              <w:t>34</w:t>
            </w:r>
          </w:p>
        </w:tc>
        <w:tc>
          <w:tcPr>
            <w:tcW w:w="1336" w:type="dxa"/>
            <w:vAlign w:val="center"/>
          </w:tcPr>
          <w:p w14:paraId="3B4611F2" w14:textId="77777777" w:rsidR="00393433" w:rsidRPr="007D46FD" w:rsidRDefault="00393433" w:rsidP="007D46FD">
            <w:pPr>
              <w:bidi/>
              <w:rPr>
                <w:rtl/>
              </w:rPr>
            </w:pPr>
            <w:r w:rsidRPr="007D46FD">
              <w:rPr>
                <w:rStyle w:val="Strong"/>
                <w:rFonts w:ascii="Arial" w:hAnsi="Arial" w:hint="cs"/>
                <w:b w:val="0"/>
                <w:bCs/>
                <w:rtl/>
              </w:rPr>
              <w:t>مُتِمٌّ</w:t>
            </w:r>
          </w:p>
        </w:tc>
        <w:tc>
          <w:tcPr>
            <w:tcW w:w="3221" w:type="dxa"/>
            <w:vAlign w:val="center"/>
          </w:tcPr>
          <w:p w14:paraId="0A2B3B9F"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فَاعِلٍ</w:t>
            </w:r>
          </w:p>
        </w:tc>
        <w:tc>
          <w:tcPr>
            <w:tcW w:w="5224" w:type="dxa"/>
            <w:vAlign w:val="center"/>
          </w:tcPr>
          <w:p w14:paraId="379AF9E9" w14:textId="77777777" w:rsidR="00393433" w:rsidRPr="007D46FD" w:rsidRDefault="00393433" w:rsidP="007D46FD">
            <w:pPr>
              <w:bidi/>
              <w:rPr>
                <w:rtl/>
              </w:rPr>
            </w:pPr>
            <w:r w:rsidRPr="007D46FD">
              <w:rPr>
                <w:rFonts w:hint="cs"/>
                <w:rtl/>
              </w:rPr>
              <w:t>جَاعِلُ</w:t>
            </w:r>
            <w:r w:rsidRPr="007D46FD">
              <w:rPr>
                <w:rtl/>
              </w:rPr>
              <w:t xml:space="preserve"> </w:t>
            </w:r>
            <w:r w:rsidRPr="007D46FD">
              <w:rPr>
                <w:rFonts w:hint="cs"/>
                <w:rtl/>
              </w:rPr>
              <w:t>الشَّيْءِ</w:t>
            </w:r>
            <w:r w:rsidRPr="007D46FD">
              <w:rPr>
                <w:rtl/>
              </w:rPr>
              <w:t xml:space="preserve"> </w:t>
            </w:r>
            <w:r w:rsidRPr="007D46FD">
              <w:rPr>
                <w:rFonts w:hint="cs"/>
                <w:rtl/>
              </w:rPr>
              <w:t>تَامًّا</w:t>
            </w:r>
          </w:p>
        </w:tc>
      </w:tr>
      <w:tr w:rsidR="00F7762F" w:rsidRPr="007D46FD" w14:paraId="1AB06BC6" w14:textId="77777777" w:rsidTr="00DB1C28">
        <w:tc>
          <w:tcPr>
            <w:tcW w:w="582" w:type="dxa"/>
          </w:tcPr>
          <w:p w14:paraId="6A483069" w14:textId="77777777" w:rsidR="00393433" w:rsidRPr="007D46FD" w:rsidRDefault="00393433" w:rsidP="007D46FD">
            <w:pPr>
              <w:bidi/>
              <w:rPr>
                <w:lang w:bidi="dv-MV"/>
              </w:rPr>
            </w:pPr>
            <w:r w:rsidRPr="007D46FD">
              <w:rPr>
                <w:lang w:bidi="dv-MV"/>
              </w:rPr>
              <w:t>35</w:t>
            </w:r>
          </w:p>
        </w:tc>
        <w:tc>
          <w:tcPr>
            <w:tcW w:w="1336" w:type="dxa"/>
            <w:vAlign w:val="center"/>
          </w:tcPr>
          <w:p w14:paraId="6E760CB9" w14:textId="77777777" w:rsidR="00393433" w:rsidRPr="007D46FD" w:rsidRDefault="00393433" w:rsidP="007D46FD">
            <w:pPr>
              <w:bidi/>
              <w:rPr>
                <w:rtl/>
              </w:rPr>
            </w:pPr>
            <w:r w:rsidRPr="007D46FD">
              <w:rPr>
                <w:rStyle w:val="Strong"/>
                <w:rFonts w:ascii="Arial" w:hAnsi="Arial" w:hint="cs"/>
                <w:b w:val="0"/>
                <w:bCs/>
                <w:rtl/>
              </w:rPr>
              <w:t>الرُّقْيَةُ</w:t>
            </w:r>
          </w:p>
        </w:tc>
        <w:tc>
          <w:tcPr>
            <w:tcW w:w="3221" w:type="dxa"/>
            <w:vAlign w:val="center"/>
          </w:tcPr>
          <w:p w14:paraId="41D31A94"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5AAF85E4" w14:textId="77777777" w:rsidR="00393433" w:rsidRPr="007D46FD" w:rsidRDefault="00393433" w:rsidP="007D46FD">
            <w:pPr>
              <w:bidi/>
              <w:rPr>
                <w:rtl/>
              </w:rPr>
            </w:pPr>
            <w:r w:rsidRPr="007D46FD">
              <w:rPr>
                <w:rFonts w:hint="cs"/>
                <w:rtl/>
              </w:rPr>
              <w:t>القِرَاءَةُ</w:t>
            </w:r>
            <w:r w:rsidRPr="007D46FD">
              <w:rPr>
                <w:rtl/>
              </w:rPr>
              <w:t xml:space="preserve"> </w:t>
            </w:r>
            <w:r w:rsidRPr="007D46FD">
              <w:rPr>
                <w:rFonts w:hint="cs"/>
                <w:rtl/>
              </w:rPr>
              <w:t>لِلعِلَاجِ</w:t>
            </w:r>
            <w:r w:rsidRPr="007D46FD">
              <w:rPr>
                <w:rtl/>
              </w:rPr>
              <w:t xml:space="preserve"> </w:t>
            </w:r>
            <w:r w:rsidRPr="007D46FD">
              <w:rPr>
                <w:rFonts w:hint="cs"/>
                <w:rtl/>
              </w:rPr>
              <w:t>وَالاسْتِشْفَاءِ</w:t>
            </w:r>
          </w:p>
        </w:tc>
      </w:tr>
      <w:tr w:rsidR="00F7762F" w:rsidRPr="007D46FD" w14:paraId="2495F1B7" w14:textId="77777777" w:rsidTr="00DB1C28">
        <w:tc>
          <w:tcPr>
            <w:tcW w:w="582" w:type="dxa"/>
          </w:tcPr>
          <w:p w14:paraId="7D234CA3" w14:textId="77777777" w:rsidR="00393433" w:rsidRPr="007D46FD" w:rsidRDefault="00393433" w:rsidP="007D46FD">
            <w:pPr>
              <w:bidi/>
              <w:rPr>
                <w:lang w:bidi="dv-MV"/>
              </w:rPr>
            </w:pPr>
            <w:r w:rsidRPr="007D46FD">
              <w:rPr>
                <w:lang w:bidi="dv-MV"/>
              </w:rPr>
              <w:t>36</w:t>
            </w:r>
          </w:p>
        </w:tc>
        <w:tc>
          <w:tcPr>
            <w:tcW w:w="1336" w:type="dxa"/>
            <w:vAlign w:val="center"/>
          </w:tcPr>
          <w:p w14:paraId="4E4014E1" w14:textId="77777777" w:rsidR="00393433" w:rsidRPr="007D46FD" w:rsidRDefault="00393433" w:rsidP="007D46FD">
            <w:pPr>
              <w:bidi/>
              <w:rPr>
                <w:rtl/>
              </w:rPr>
            </w:pPr>
            <w:r w:rsidRPr="007D46FD">
              <w:rPr>
                <w:rStyle w:val="Strong"/>
                <w:rFonts w:ascii="Arial" w:hAnsi="Arial" w:hint="cs"/>
                <w:b w:val="0"/>
                <w:bCs/>
                <w:rtl/>
              </w:rPr>
              <w:t>التَّوَسُّلُ</w:t>
            </w:r>
          </w:p>
        </w:tc>
        <w:tc>
          <w:tcPr>
            <w:tcW w:w="3221" w:type="dxa"/>
            <w:vAlign w:val="center"/>
          </w:tcPr>
          <w:p w14:paraId="0B6DEBC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12FA3A29" w14:textId="77777777" w:rsidR="00393433" w:rsidRPr="007D46FD" w:rsidRDefault="00393433" w:rsidP="007D46FD">
            <w:pPr>
              <w:bidi/>
              <w:rPr>
                <w:rtl/>
              </w:rPr>
            </w:pPr>
            <w:r w:rsidRPr="007D46FD">
              <w:rPr>
                <w:rFonts w:hint="cs"/>
                <w:rtl/>
              </w:rPr>
              <w:t>التَّقَرُّبُ</w:t>
            </w:r>
            <w:r w:rsidRPr="007D46FD">
              <w:rPr>
                <w:rtl/>
              </w:rPr>
              <w:t xml:space="preserve"> </w:t>
            </w:r>
            <w:r w:rsidRPr="007D46FD">
              <w:rPr>
                <w:rFonts w:hint="cs"/>
                <w:rtl/>
              </w:rPr>
              <w:t>وَاتِّخَاذُ</w:t>
            </w:r>
            <w:r w:rsidRPr="007D46FD">
              <w:rPr>
                <w:rtl/>
              </w:rPr>
              <w:t xml:space="preserve"> </w:t>
            </w:r>
            <w:r w:rsidRPr="007D46FD">
              <w:rPr>
                <w:rFonts w:hint="cs"/>
                <w:rtl/>
              </w:rPr>
              <w:t>سَبَبٍ</w:t>
            </w:r>
          </w:p>
        </w:tc>
      </w:tr>
      <w:tr w:rsidR="00F7762F" w:rsidRPr="007D46FD" w14:paraId="76FB4FC8" w14:textId="77777777" w:rsidTr="00DB1C28">
        <w:tc>
          <w:tcPr>
            <w:tcW w:w="582" w:type="dxa"/>
          </w:tcPr>
          <w:p w14:paraId="2766C383" w14:textId="77777777" w:rsidR="00393433" w:rsidRPr="007D46FD" w:rsidRDefault="00393433" w:rsidP="007D46FD">
            <w:pPr>
              <w:bidi/>
              <w:rPr>
                <w:lang w:bidi="dv-MV"/>
              </w:rPr>
            </w:pPr>
            <w:r w:rsidRPr="007D46FD">
              <w:rPr>
                <w:lang w:bidi="dv-MV"/>
              </w:rPr>
              <w:t>37</w:t>
            </w:r>
          </w:p>
        </w:tc>
        <w:tc>
          <w:tcPr>
            <w:tcW w:w="1336" w:type="dxa"/>
            <w:vAlign w:val="center"/>
          </w:tcPr>
          <w:p w14:paraId="2C673DC0" w14:textId="77777777" w:rsidR="00393433" w:rsidRPr="007D46FD" w:rsidRDefault="00393433" w:rsidP="007D46FD">
            <w:pPr>
              <w:bidi/>
              <w:rPr>
                <w:rtl/>
              </w:rPr>
            </w:pPr>
            <w:r w:rsidRPr="007D46FD">
              <w:rPr>
                <w:rStyle w:val="Strong"/>
                <w:rFonts w:ascii="Arial" w:hAnsi="Arial" w:hint="cs"/>
                <w:b w:val="0"/>
                <w:bCs/>
                <w:rtl/>
              </w:rPr>
              <w:t>سَبَبٌ</w:t>
            </w:r>
          </w:p>
        </w:tc>
        <w:tc>
          <w:tcPr>
            <w:tcW w:w="3221" w:type="dxa"/>
            <w:vAlign w:val="center"/>
          </w:tcPr>
          <w:p w14:paraId="0FB8BB54"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3CF7516B" w14:textId="77777777" w:rsidR="00393433" w:rsidRPr="007D46FD" w:rsidRDefault="00393433" w:rsidP="007D46FD">
            <w:pPr>
              <w:bidi/>
              <w:rPr>
                <w:rtl/>
              </w:rPr>
            </w:pPr>
            <w:r w:rsidRPr="007D46FD">
              <w:rPr>
                <w:rFonts w:hint="cs"/>
                <w:rtl/>
              </w:rPr>
              <w:t>وَسِيلَةٌ</w:t>
            </w:r>
            <w:r w:rsidRPr="007D46FD">
              <w:rPr>
                <w:rtl/>
              </w:rPr>
              <w:t xml:space="preserve"> </w:t>
            </w:r>
            <w:r w:rsidRPr="007D46FD">
              <w:rPr>
                <w:rFonts w:hint="cs"/>
                <w:rtl/>
              </w:rPr>
              <w:t>تُؤَدِّي</w:t>
            </w:r>
            <w:r w:rsidRPr="007D46FD">
              <w:rPr>
                <w:rtl/>
              </w:rPr>
              <w:t xml:space="preserve"> </w:t>
            </w:r>
            <w:r w:rsidRPr="007D46FD">
              <w:rPr>
                <w:rFonts w:hint="cs"/>
                <w:rtl/>
              </w:rPr>
              <w:t>إِلَى</w:t>
            </w:r>
            <w:r w:rsidRPr="007D46FD">
              <w:rPr>
                <w:rtl/>
              </w:rPr>
              <w:t xml:space="preserve"> </w:t>
            </w:r>
            <w:r w:rsidRPr="007D46FD">
              <w:rPr>
                <w:rFonts w:hint="cs"/>
                <w:rtl/>
              </w:rPr>
              <w:t>نَتِيجَةٍ</w:t>
            </w:r>
          </w:p>
        </w:tc>
      </w:tr>
      <w:tr w:rsidR="00F7762F" w:rsidRPr="007D46FD" w14:paraId="41F4FB9B" w14:textId="77777777" w:rsidTr="00DB1C28">
        <w:tc>
          <w:tcPr>
            <w:tcW w:w="582" w:type="dxa"/>
          </w:tcPr>
          <w:p w14:paraId="2230AAA9" w14:textId="77777777" w:rsidR="00393433" w:rsidRPr="007D46FD" w:rsidRDefault="00393433" w:rsidP="007D46FD">
            <w:pPr>
              <w:bidi/>
              <w:rPr>
                <w:lang w:bidi="dv-MV"/>
              </w:rPr>
            </w:pPr>
            <w:r w:rsidRPr="007D46FD">
              <w:rPr>
                <w:lang w:bidi="dv-MV"/>
              </w:rPr>
              <w:t>38</w:t>
            </w:r>
          </w:p>
        </w:tc>
        <w:tc>
          <w:tcPr>
            <w:tcW w:w="1336" w:type="dxa"/>
            <w:vAlign w:val="center"/>
          </w:tcPr>
          <w:p w14:paraId="400FEABD" w14:textId="77777777" w:rsidR="00393433" w:rsidRPr="007D46FD" w:rsidRDefault="00393433" w:rsidP="007D46FD">
            <w:pPr>
              <w:bidi/>
              <w:rPr>
                <w:rtl/>
              </w:rPr>
            </w:pPr>
            <w:r w:rsidRPr="007D46FD">
              <w:rPr>
                <w:rStyle w:val="Strong"/>
                <w:rFonts w:ascii="Arial" w:hAnsi="Arial" w:hint="cs"/>
                <w:b w:val="0"/>
                <w:bCs/>
                <w:rtl/>
              </w:rPr>
              <w:t>سَبَبٌ</w:t>
            </w:r>
            <w:r w:rsidRPr="007D46FD">
              <w:rPr>
                <w:rStyle w:val="Strong"/>
                <w:rFonts w:ascii="MV Utheemu" w:hAnsi="MV Utheemu"/>
                <w:b w:val="0"/>
                <w:bCs/>
                <w:rtl/>
              </w:rPr>
              <w:t xml:space="preserve"> </w:t>
            </w:r>
            <w:r w:rsidRPr="007D46FD">
              <w:rPr>
                <w:rStyle w:val="Strong"/>
                <w:rFonts w:ascii="Arial" w:hAnsi="Arial" w:hint="cs"/>
                <w:b w:val="0"/>
                <w:bCs/>
                <w:rtl/>
              </w:rPr>
              <w:t>شَرْعِيٌّ</w:t>
            </w:r>
          </w:p>
        </w:tc>
        <w:tc>
          <w:tcPr>
            <w:tcW w:w="3221" w:type="dxa"/>
            <w:vAlign w:val="center"/>
          </w:tcPr>
          <w:p w14:paraId="3DAD2A3B" w14:textId="77777777" w:rsidR="00393433" w:rsidRPr="007D46FD" w:rsidRDefault="00393433" w:rsidP="007D46FD">
            <w:pPr>
              <w:bidi/>
              <w:rPr>
                <w:rtl/>
              </w:rPr>
            </w:pPr>
            <w:r w:rsidRPr="007D46FD">
              <w:rPr>
                <w:rFonts w:hint="cs"/>
                <w:rtl/>
              </w:rPr>
              <w:t>مُرَكَّبٌ</w:t>
            </w:r>
            <w:r w:rsidRPr="007D46FD">
              <w:rPr>
                <w:rtl/>
              </w:rPr>
              <w:t xml:space="preserve"> </w:t>
            </w:r>
            <w:r w:rsidRPr="007D46FD">
              <w:rPr>
                <w:rFonts w:hint="cs"/>
                <w:rtl/>
              </w:rPr>
              <w:t>وَصْفِيٌّ</w:t>
            </w:r>
          </w:p>
        </w:tc>
        <w:tc>
          <w:tcPr>
            <w:tcW w:w="5224" w:type="dxa"/>
            <w:vAlign w:val="center"/>
          </w:tcPr>
          <w:p w14:paraId="3739DD8B" w14:textId="77777777" w:rsidR="00393433" w:rsidRPr="007D46FD" w:rsidRDefault="00393433" w:rsidP="007D46FD">
            <w:pPr>
              <w:bidi/>
              <w:rPr>
                <w:rtl/>
              </w:rPr>
            </w:pPr>
            <w:r w:rsidRPr="007D46FD">
              <w:rPr>
                <w:rFonts w:hint="cs"/>
                <w:rtl/>
              </w:rPr>
              <w:t>سَبَبٌ</w:t>
            </w:r>
            <w:r w:rsidRPr="007D46FD">
              <w:rPr>
                <w:rtl/>
              </w:rPr>
              <w:t xml:space="preserve"> </w:t>
            </w:r>
            <w:r w:rsidRPr="007D46FD">
              <w:rPr>
                <w:rFonts w:hint="cs"/>
                <w:rtl/>
              </w:rPr>
              <w:t>أَقَرَّهُ</w:t>
            </w:r>
            <w:r w:rsidRPr="007D46FD">
              <w:rPr>
                <w:rtl/>
              </w:rPr>
              <w:t xml:space="preserve"> </w:t>
            </w:r>
            <w:r w:rsidRPr="007D46FD">
              <w:rPr>
                <w:rFonts w:hint="cs"/>
                <w:rtl/>
              </w:rPr>
              <w:t>الشَّرْعُ</w:t>
            </w:r>
          </w:p>
        </w:tc>
      </w:tr>
      <w:tr w:rsidR="00F7762F" w:rsidRPr="007D46FD" w14:paraId="408DD112" w14:textId="77777777" w:rsidTr="00DB1C28">
        <w:tc>
          <w:tcPr>
            <w:tcW w:w="582" w:type="dxa"/>
          </w:tcPr>
          <w:p w14:paraId="6E65488A" w14:textId="77777777" w:rsidR="00393433" w:rsidRPr="007D46FD" w:rsidRDefault="00393433" w:rsidP="007D46FD">
            <w:pPr>
              <w:bidi/>
              <w:rPr>
                <w:lang w:bidi="dv-MV"/>
              </w:rPr>
            </w:pPr>
            <w:r w:rsidRPr="007D46FD">
              <w:rPr>
                <w:lang w:bidi="dv-MV"/>
              </w:rPr>
              <w:t>39</w:t>
            </w:r>
          </w:p>
        </w:tc>
        <w:tc>
          <w:tcPr>
            <w:tcW w:w="1336" w:type="dxa"/>
            <w:vAlign w:val="center"/>
          </w:tcPr>
          <w:p w14:paraId="3E9CD12A" w14:textId="77777777" w:rsidR="00393433" w:rsidRPr="007D46FD" w:rsidRDefault="00393433" w:rsidP="007D46FD">
            <w:pPr>
              <w:bidi/>
              <w:rPr>
                <w:rtl/>
              </w:rPr>
            </w:pPr>
            <w:r w:rsidRPr="007D46FD">
              <w:rPr>
                <w:rStyle w:val="Strong"/>
                <w:rFonts w:ascii="Arial" w:hAnsi="Arial" w:hint="cs"/>
                <w:b w:val="0"/>
                <w:bCs/>
                <w:rtl/>
              </w:rPr>
              <w:t>سَبَبٌ</w:t>
            </w:r>
            <w:r w:rsidRPr="007D46FD">
              <w:rPr>
                <w:rStyle w:val="Strong"/>
                <w:rFonts w:ascii="MV Utheemu" w:hAnsi="MV Utheemu"/>
                <w:b w:val="0"/>
                <w:bCs/>
                <w:rtl/>
              </w:rPr>
              <w:t xml:space="preserve"> </w:t>
            </w:r>
            <w:r w:rsidRPr="007D46FD">
              <w:rPr>
                <w:rStyle w:val="Strong"/>
                <w:rFonts w:ascii="Arial" w:hAnsi="Arial" w:hint="cs"/>
                <w:b w:val="0"/>
                <w:bCs/>
                <w:rtl/>
              </w:rPr>
              <w:t>قَدَرِيٌّ</w:t>
            </w:r>
          </w:p>
        </w:tc>
        <w:tc>
          <w:tcPr>
            <w:tcW w:w="3221" w:type="dxa"/>
            <w:vAlign w:val="center"/>
          </w:tcPr>
          <w:p w14:paraId="21111BFD" w14:textId="77777777" w:rsidR="00393433" w:rsidRPr="007D46FD" w:rsidRDefault="00393433" w:rsidP="007D46FD">
            <w:pPr>
              <w:bidi/>
              <w:rPr>
                <w:rtl/>
              </w:rPr>
            </w:pPr>
            <w:r w:rsidRPr="007D46FD">
              <w:rPr>
                <w:rFonts w:hint="cs"/>
                <w:rtl/>
              </w:rPr>
              <w:t>مُرَكَّبٌ</w:t>
            </w:r>
            <w:r w:rsidRPr="007D46FD">
              <w:rPr>
                <w:rtl/>
              </w:rPr>
              <w:t xml:space="preserve"> </w:t>
            </w:r>
            <w:r w:rsidRPr="007D46FD">
              <w:rPr>
                <w:rFonts w:hint="cs"/>
                <w:rtl/>
              </w:rPr>
              <w:t>وَصْفِيٌّ</w:t>
            </w:r>
          </w:p>
        </w:tc>
        <w:tc>
          <w:tcPr>
            <w:tcW w:w="5224" w:type="dxa"/>
            <w:vAlign w:val="center"/>
          </w:tcPr>
          <w:p w14:paraId="286B89AF" w14:textId="77777777" w:rsidR="00393433" w:rsidRPr="007D46FD" w:rsidRDefault="00393433" w:rsidP="007D46FD">
            <w:pPr>
              <w:bidi/>
              <w:rPr>
                <w:rtl/>
              </w:rPr>
            </w:pPr>
            <w:r w:rsidRPr="007D46FD">
              <w:rPr>
                <w:rFonts w:hint="cs"/>
                <w:rtl/>
              </w:rPr>
              <w:t>سَبَبٌ</w:t>
            </w:r>
            <w:r w:rsidRPr="007D46FD">
              <w:rPr>
                <w:rtl/>
              </w:rPr>
              <w:t xml:space="preserve"> </w:t>
            </w:r>
            <w:r w:rsidRPr="007D46FD">
              <w:rPr>
                <w:rFonts w:hint="cs"/>
                <w:rtl/>
              </w:rPr>
              <w:t>كَوْنِيٌّ</w:t>
            </w:r>
            <w:r w:rsidRPr="007D46FD">
              <w:rPr>
                <w:rtl/>
              </w:rPr>
              <w:t xml:space="preserve"> </w:t>
            </w:r>
            <w:r w:rsidRPr="007D46FD">
              <w:rPr>
                <w:rFonts w:hint="cs"/>
                <w:rtl/>
              </w:rPr>
              <w:t>مَحْسُوسٌ</w:t>
            </w:r>
          </w:p>
        </w:tc>
      </w:tr>
      <w:tr w:rsidR="00F7762F" w:rsidRPr="007D46FD" w14:paraId="16818A62" w14:textId="77777777" w:rsidTr="00DB1C28">
        <w:tc>
          <w:tcPr>
            <w:tcW w:w="582" w:type="dxa"/>
          </w:tcPr>
          <w:p w14:paraId="1B9A78DB" w14:textId="77777777" w:rsidR="00393433" w:rsidRPr="007D46FD" w:rsidRDefault="00393433" w:rsidP="007D46FD">
            <w:pPr>
              <w:bidi/>
              <w:rPr>
                <w:lang w:bidi="dv-MV"/>
              </w:rPr>
            </w:pPr>
            <w:r w:rsidRPr="007D46FD">
              <w:rPr>
                <w:lang w:bidi="dv-MV"/>
              </w:rPr>
              <w:t>40</w:t>
            </w:r>
          </w:p>
        </w:tc>
        <w:tc>
          <w:tcPr>
            <w:tcW w:w="1336" w:type="dxa"/>
            <w:vAlign w:val="center"/>
          </w:tcPr>
          <w:p w14:paraId="101B30D2" w14:textId="77777777" w:rsidR="00393433" w:rsidRPr="007D46FD" w:rsidRDefault="00393433" w:rsidP="007D46FD">
            <w:pPr>
              <w:bidi/>
              <w:rPr>
                <w:rtl/>
              </w:rPr>
            </w:pPr>
            <w:r w:rsidRPr="007D46FD">
              <w:rPr>
                <w:rStyle w:val="Strong"/>
                <w:rFonts w:ascii="Arial" w:hAnsi="Arial" w:hint="cs"/>
                <w:b w:val="0"/>
                <w:bCs/>
                <w:rtl/>
              </w:rPr>
              <w:t>سَبَبٌ</w:t>
            </w:r>
            <w:r w:rsidRPr="007D46FD">
              <w:rPr>
                <w:rStyle w:val="Strong"/>
                <w:rFonts w:ascii="MV Utheemu" w:hAnsi="MV Utheemu"/>
                <w:b w:val="0"/>
                <w:bCs/>
                <w:rtl/>
              </w:rPr>
              <w:t xml:space="preserve"> </w:t>
            </w:r>
            <w:r w:rsidRPr="007D46FD">
              <w:rPr>
                <w:rStyle w:val="Strong"/>
                <w:rFonts w:ascii="Arial" w:hAnsi="Arial" w:hint="cs"/>
                <w:b w:val="0"/>
                <w:bCs/>
                <w:rtl/>
              </w:rPr>
              <w:t>كَوْنِيٌّ</w:t>
            </w:r>
          </w:p>
        </w:tc>
        <w:tc>
          <w:tcPr>
            <w:tcW w:w="3221" w:type="dxa"/>
            <w:vAlign w:val="center"/>
          </w:tcPr>
          <w:p w14:paraId="7E2C91CC" w14:textId="77777777" w:rsidR="00393433" w:rsidRPr="007D46FD" w:rsidRDefault="00393433" w:rsidP="007D46FD">
            <w:pPr>
              <w:bidi/>
              <w:rPr>
                <w:rtl/>
              </w:rPr>
            </w:pPr>
            <w:r w:rsidRPr="007D46FD">
              <w:rPr>
                <w:rFonts w:hint="cs"/>
                <w:rtl/>
              </w:rPr>
              <w:t>مُرَكَّبٌ</w:t>
            </w:r>
            <w:r w:rsidRPr="007D46FD">
              <w:rPr>
                <w:rtl/>
              </w:rPr>
              <w:t xml:space="preserve"> </w:t>
            </w:r>
            <w:r w:rsidRPr="007D46FD">
              <w:rPr>
                <w:rFonts w:hint="cs"/>
                <w:rtl/>
              </w:rPr>
              <w:t>وَصْفِيٌّ</w:t>
            </w:r>
          </w:p>
        </w:tc>
        <w:tc>
          <w:tcPr>
            <w:tcW w:w="5224" w:type="dxa"/>
            <w:vAlign w:val="center"/>
          </w:tcPr>
          <w:p w14:paraId="0EE23114" w14:textId="77777777" w:rsidR="00393433" w:rsidRPr="007D46FD" w:rsidRDefault="00393433" w:rsidP="007D46FD">
            <w:pPr>
              <w:bidi/>
              <w:rPr>
                <w:rtl/>
              </w:rPr>
            </w:pPr>
            <w:r w:rsidRPr="007D46FD">
              <w:rPr>
                <w:rFonts w:hint="cs"/>
                <w:rtl/>
              </w:rPr>
              <w:t>سَبَبٌ</w:t>
            </w:r>
            <w:r w:rsidRPr="007D46FD">
              <w:rPr>
                <w:rtl/>
              </w:rPr>
              <w:t xml:space="preserve"> </w:t>
            </w:r>
            <w:r w:rsidRPr="007D46FD">
              <w:rPr>
                <w:rFonts w:hint="cs"/>
                <w:rtl/>
              </w:rPr>
              <w:t>مِنْ</w:t>
            </w:r>
            <w:r w:rsidRPr="007D46FD">
              <w:rPr>
                <w:rtl/>
              </w:rPr>
              <w:t xml:space="preserve"> </w:t>
            </w:r>
            <w:r w:rsidRPr="007D46FD">
              <w:rPr>
                <w:rFonts w:hint="cs"/>
                <w:rtl/>
              </w:rPr>
              <w:t>أَسْبَابِ</w:t>
            </w:r>
            <w:r w:rsidRPr="007D46FD">
              <w:rPr>
                <w:rtl/>
              </w:rPr>
              <w:t xml:space="preserve"> </w:t>
            </w:r>
            <w:r w:rsidRPr="007D46FD">
              <w:rPr>
                <w:rFonts w:hint="cs"/>
                <w:rtl/>
              </w:rPr>
              <w:t>الدُّنْيَا</w:t>
            </w:r>
          </w:p>
        </w:tc>
      </w:tr>
      <w:tr w:rsidR="00F7762F" w:rsidRPr="007D46FD" w14:paraId="0A5E54EB" w14:textId="77777777" w:rsidTr="00DB1C28">
        <w:tc>
          <w:tcPr>
            <w:tcW w:w="582" w:type="dxa"/>
          </w:tcPr>
          <w:p w14:paraId="02A69B56" w14:textId="77777777" w:rsidR="00393433" w:rsidRPr="007D46FD" w:rsidRDefault="00393433" w:rsidP="007D46FD">
            <w:pPr>
              <w:bidi/>
              <w:rPr>
                <w:lang w:bidi="dv-MV"/>
              </w:rPr>
            </w:pPr>
            <w:r w:rsidRPr="007D46FD">
              <w:rPr>
                <w:lang w:bidi="dv-MV"/>
              </w:rPr>
              <w:t>41</w:t>
            </w:r>
          </w:p>
        </w:tc>
        <w:tc>
          <w:tcPr>
            <w:tcW w:w="1336" w:type="dxa"/>
            <w:vAlign w:val="center"/>
          </w:tcPr>
          <w:p w14:paraId="4CA1DB87" w14:textId="77777777" w:rsidR="00393433" w:rsidRPr="007D46FD" w:rsidRDefault="00393433" w:rsidP="007D46FD">
            <w:pPr>
              <w:bidi/>
              <w:rPr>
                <w:rtl/>
              </w:rPr>
            </w:pPr>
            <w:r w:rsidRPr="007D46FD">
              <w:rPr>
                <w:rStyle w:val="Strong"/>
                <w:rFonts w:ascii="Arial" w:hAnsi="Arial" w:hint="cs"/>
                <w:b w:val="0"/>
                <w:bCs/>
                <w:rtl/>
              </w:rPr>
              <w:t>وَسَائِلُ</w:t>
            </w:r>
            <w:r w:rsidRPr="007D46FD">
              <w:rPr>
                <w:rStyle w:val="Strong"/>
                <w:rFonts w:ascii="MV Utheemu" w:hAnsi="MV Utheemu"/>
                <w:b w:val="0"/>
                <w:bCs/>
                <w:rtl/>
              </w:rPr>
              <w:t xml:space="preserve"> </w:t>
            </w:r>
            <w:r w:rsidRPr="007D46FD">
              <w:rPr>
                <w:rStyle w:val="Strong"/>
                <w:rFonts w:ascii="Arial" w:hAnsi="Arial" w:hint="cs"/>
                <w:b w:val="0"/>
                <w:bCs/>
                <w:rtl/>
              </w:rPr>
              <w:t>الشِّرْكِ</w:t>
            </w:r>
          </w:p>
        </w:tc>
        <w:tc>
          <w:tcPr>
            <w:tcW w:w="3221" w:type="dxa"/>
            <w:vAlign w:val="center"/>
          </w:tcPr>
          <w:p w14:paraId="786FA71A" w14:textId="77777777" w:rsidR="00393433" w:rsidRPr="007D46FD" w:rsidRDefault="00393433" w:rsidP="007D46FD">
            <w:pPr>
              <w:bidi/>
              <w:rPr>
                <w:rtl/>
              </w:rPr>
            </w:pPr>
            <w:r w:rsidRPr="007D46FD">
              <w:rPr>
                <w:rFonts w:hint="cs"/>
                <w:rtl/>
              </w:rPr>
              <w:t>جَمْعُ</w:t>
            </w:r>
            <w:r w:rsidRPr="007D46FD">
              <w:rPr>
                <w:rtl/>
              </w:rPr>
              <w:t xml:space="preserve"> </w:t>
            </w:r>
            <w:r w:rsidRPr="007D46FD">
              <w:rPr>
                <w:rFonts w:hint="cs"/>
                <w:rtl/>
              </w:rPr>
              <w:t>مُضَافٍ</w:t>
            </w:r>
          </w:p>
        </w:tc>
        <w:tc>
          <w:tcPr>
            <w:tcW w:w="5224" w:type="dxa"/>
            <w:vAlign w:val="center"/>
          </w:tcPr>
          <w:p w14:paraId="6E6A9836" w14:textId="77777777" w:rsidR="00393433" w:rsidRPr="007D46FD" w:rsidRDefault="00393433" w:rsidP="007D46FD">
            <w:pPr>
              <w:bidi/>
              <w:rPr>
                <w:rtl/>
              </w:rPr>
            </w:pPr>
            <w:r w:rsidRPr="007D46FD">
              <w:rPr>
                <w:rFonts w:hint="cs"/>
                <w:rtl/>
              </w:rPr>
              <w:t>أَسْبَابٌ</w:t>
            </w:r>
            <w:r w:rsidRPr="007D46FD">
              <w:rPr>
                <w:rtl/>
              </w:rPr>
              <w:t xml:space="preserve"> </w:t>
            </w:r>
            <w:r w:rsidRPr="007D46FD">
              <w:rPr>
                <w:rFonts w:hint="cs"/>
                <w:rtl/>
              </w:rPr>
              <w:t>تُؤَدِّي</w:t>
            </w:r>
            <w:r w:rsidRPr="007D46FD">
              <w:rPr>
                <w:rtl/>
              </w:rPr>
              <w:t xml:space="preserve"> </w:t>
            </w:r>
            <w:r w:rsidRPr="007D46FD">
              <w:rPr>
                <w:rFonts w:hint="cs"/>
                <w:rtl/>
              </w:rPr>
              <w:t>إِلَى</w:t>
            </w:r>
            <w:r w:rsidRPr="007D46FD">
              <w:rPr>
                <w:rtl/>
              </w:rPr>
              <w:t xml:space="preserve"> </w:t>
            </w:r>
            <w:r w:rsidRPr="007D46FD">
              <w:rPr>
                <w:rFonts w:hint="cs"/>
                <w:rtl/>
              </w:rPr>
              <w:t>الشِّرْكِ</w:t>
            </w:r>
          </w:p>
        </w:tc>
      </w:tr>
      <w:tr w:rsidR="00F7762F" w:rsidRPr="007D46FD" w14:paraId="0DD0AF6E" w14:textId="77777777" w:rsidTr="00DB1C28">
        <w:tc>
          <w:tcPr>
            <w:tcW w:w="582" w:type="dxa"/>
          </w:tcPr>
          <w:p w14:paraId="5FEC743D" w14:textId="77777777" w:rsidR="00393433" w:rsidRPr="007D46FD" w:rsidRDefault="00393433" w:rsidP="007D46FD">
            <w:pPr>
              <w:bidi/>
              <w:rPr>
                <w:lang w:bidi="dv-MV"/>
              </w:rPr>
            </w:pPr>
            <w:r w:rsidRPr="007D46FD">
              <w:rPr>
                <w:lang w:bidi="dv-MV"/>
              </w:rPr>
              <w:t>42</w:t>
            </w:r>
          </w:p>
        </w:tc>
        <w:tc>
          <w:tcPr>
            <w:tcW w:w="1336" w:type="dxa"/>
            <w:vAlign w:val="center"/>
          </w:tcPr>
          <w:p w14:paraId="0D344332" w14:textId="77777777" w:rsidR="00393433" w:rsidRPr="007D46FD" w:rsidRDefault="00393433" w:rsidP="007D46FD">
            <w:pPr>
              <w:bidi/>
              <w:rPr>
                <w:rtl/>
              </w:rPr>
            </w:pPr>
            <w:r w:rsidRPr="007D46FD">
              <w:rPr>
                <w:rStyle w:val="Strong"/>
                <w:rFonts w:ascii="Arial" w:hAnsi="Arial" w:hint="cs"/>
                <w:b w:val="0"/>
                <w:bCs/>
                <w:rtl/>
              </w:rPr>
              <w:t>الشِّرْكُ</w:t>
            </w:r>
          </w:p>
        </w:tc>
        <w:tc>
          <w:tcPr>
            <w:tcW w:w="3221" w:type="dxa"/>
            <w:vAlign w:val="center"/>
          </w:tcPr>
          <w:p w14:paraId="2902926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62B67C70" w14:textId="77777777" w:rsidR="00393433" w:rsidRPr="007D46FD" w:rsidRDefault="00393433" w:rsidP="007D46FD">
            <w:pPr>
              <w:bidi/>
              <w:rPr>
                <w:rtl/>
              </w:rPr>
            </w:pPr>
            <w:r w:rsidRPr="007D46FD">
              <w:rPr>
                <w:rFonts w:hint="cs"/>
                <w:rtl/>
              </w:rPr>
              <w:t>جَعْلُ</w:t>
            </w:r>
            <w:r w:rsidRPr="007D46FD">
              <w:rPr>
                <w:rtl/>
              </w:rPr>
              <w:t xml:space="preserve"> </w:t>
            </w:r>
            <w:r w:rsidRPr="007D46FD">
              <w:rPr>
                <w:rFonts w:hint="cs"/>
                <w:rtl/>
              </w:rPr>
              <w:t>شَرِيكٍ</w:t>
            </w:r>
            <w:r w:rsidRPr="007D46FD">
              <w:rPr>
                <w:rtl/>
              </w:rPr>
              <w:t xml:space="preserve"> </w:t>
            </w:r>
            <w:r w:rsidRPr="007D46FD">
              <w:rPr>
                <w:rFonts w:hint="cs"/>
                <w:rtl/>
              </w:rPr>
              <w:t>لِلَّهِ</w:t>
            </w:r>
          </w:p>
        </w:tc>
      </w:tr>
      <w:tr w:rsidR="00F7762F" w:rsidRPr="007D46FD" w14:paraId="3345CEF0" w14:textId="77777777" w:rsidTr="00DB1C28">
        <w:tc>
          <w:tcPr>
            <w:tcW w:w="582" w:type="dxa"/>
          </w:tcPr>
          <w:p w14:paraId="19E6C12A" w14:textId="77777777" w:rsidR="00393433" w:rsidRPr="007D46FD" w:rsidRDefault="00393433" w:rsidP="007D46FD">
            <w:pPr>
              <w:bidi/>
              <w:rPr>
                <w:lang w:bidi="dv-MV"/>
              </w:rPr>
            </w:pPr>
            <w:r w:rsidRPr="007D46FD">
              <w:rPr>
                <w:lang w:bidi="dv-MV"/>
              </w:rPr>
              <w:t>43</w:t>
            </w:r>
          </w:p>
        </w:tc>
        <w:tc>
          <w:tcPr>
            <w:tcW w:w="1336" w:type="dxa"/>
            <w:vAlign w:val="center"/>
          </w:tcPr>
          <w:p w14:paraId="448D368F" w14:textId="77777777" w:rsidR="00393433" w:rsidRPr="007D46FD" w:rsidRDefault="00393433" w:rsidP="007D46FD">
            <w:pPr>
              <w:bidi/>
              <w:rPr>
                <w:rtl/>
              </w:rPr>
            </w:pPr>
            <w:r w:rsidRPr="007D46FD">
              <w:rPr>
                <w:rStyle w:val="Strong"/>
                <w:rFonts w:ascii="Arial" w:hAnsi="Arial" w:hint="cs"/>
                <w:b w:val="0"/>
                <w:bCs/>
                <w:rtl/>
              </w:rPr>
              <w:t>أَشْرَكَ</w:t>
            </w:r>
          </w:p>
        </w:tc>
        <w:tc>
          <w:tcPr>
            <w:tcW w:w="3221" w:type="dxa"/>
            <w:vAlign w:val="center"/>
          </w:tcPr>
          <w:p w14:paraId="7872DEAB"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مَاضٍ</w:t>
            </w:r>
          </w:p>
        </w:tc>
        <w:tc>
          <w:tcPr>
            <w:tcW w:w="5224" w:type="dxa"/>
            <w:vAlign w:val="center"/>
          </w:tcPr>
          <w:p w14:paraId="69D53457" w14:textId="77777777" w:rsidR="00393433" w:rsidRPr="007D46FD" w:rsidRDefault="00393433" w:rsidP="007D46FD">
            <w:pPr>
              <w:bidi/>
              <w:rPr>
                <w:rtl/>
              </w:rPr>
            </w:pPr>
            <w:r w:rsidRPr="007D46FD">
              <w:rPr>
                <w:rFonts w:hint="cs"/>
                <w:rtl/>
              </w:rPr>
              <w:t>وَقَعَ</w:t>
            </w:r>
            <w:r w:rsidRPr="007D46FD">
              <w:rPr>
                <w:rtl/>
              </w:rPr>
              <w:t xml:space="preserve"> </w:t>
            </w:r>
            <w:r w:rsidRPr="007D46FD">
              <w:rPr>
                <w:rFonts w:hint="cs"/>
                <w:rtl/>
              </w:rPr>
              <w:t>فِي</w:t>
            </w:r>
            <w:r w:rsidRPr="007D46FD">
              <w:rPr>
                <w:rtl/>
              </w:rPr>
              <w:t xml:space="preserve"> </w:t>
            </w:r>
            <w:r w:rsidRPr="007D46FD">
              <w:rPr>
                <w:rFonts w:hint="cs"/>
                <w:rtl/>
              </w:rPr>
              <w:t>الشِّرْكِ</w:t>
            </w:r>
          </w:p>
        </w:tc>
      </w:tr>
      <w:tr w:rsidR="00F7762F" w:rsidRPr="007D46FD" w14:paraId="5CDB7430" w14:textId="77777777" w:rsidTr="00DB1C28">
        <w:tc>
          <w:tcPr>
            <w:tcW w:w="582" w:type="dxa"/>
          </w:tcPr>
          <w:p w14:paraId="1820A528" w14:textId="77777777" w:rsidR="00393433" w:rsidRPr="007D46FD" w:rsidRDefault="00393433" w:rsidP="007D46FD">
            <w:pPr>
              <w:bidi/>
              <w:rPr>
                <w:lang w:bidi="dv-MV"/>
              </w:rPr>
            </w:pPr>
            <w:r w:rsidRPr="007D46FD">
              <w:rPr>
                <w:lang w:bidi="dv-MV"/>
              </w:rPr>
              <w:t>44</w:t>
            </w:r>
          </w:p>
        </w:tc>
        <w:tc>
          <w:tcPr>
            <w:tcW w:w="1336" w:type="dxa"/>
            <w:vAlign w:val="center"/>
          </w:tcPr>
          <w:p w14:paraId="376CAC73" w14:textId="77777777" w:rsidR="00393433" w:rsidRPr="007D46FD" w:rsidRDefault="00393433" w:rsidP="007D46FD">
            <w:pPr>
              <w:bidi/>
              <w:rPr>
                <w:rtl/>
              </w:rPr>
            </w:pPr>
            <w:r w:rsidRPr="007D46FD">
              <w:rPr>
                <w:rStyle w:val="Strong"/>
                <w:rFonts w:ascii="Arial" w:hAnsi="Arial" w:hint="cs"/>
                <w:b w:val="0"/>
                <w:bCs/>
                <w:rtl/>
              </w:rPr>
              <w:t>حَبِطَ</w:t>
            </w:r>
          </w:p>
        </w:tc>
        <w:tc>
          <w:tcPr>
            <w:tcW w:w="3221" w:type="dxa"/>
            <w:vAlign w:val="center"/>
          </w:tcPr>
          <w:p w14:paraId="5F20851A"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مَاضٍ</w:t>
            </w:r>
          </w:p>
        </w:tc>
        <w:tc>
          <w:tcPr>
            <w:tcW w:w="5224" w:type="dxa"/>
            <w:vAlign w:val="center"/>
          </w:tcPr>
          <w:p w14:paraId="7D9F21AA" w14:textId="77777777" w:rsidR="00393433" w:rsidRPr="007D46FD" w:rsidRDefault="00393433" w:rsidP="007D46FD">
            <w:pPr>
              <w:bidi/>
              <w:rPr>
                <w:rtl/>
              </w:rPr>
            </w:pPr>
            <w:r w:rsidRPr="007D46FD">
              <w:rPr>
                <w:rFonts w:hint="cs"/>
                <w:rtl/>
              </w:rPr>
              <w:t>بَطَلَ</w:t>
            </w:r>
            <w:r w:rsidRPr="007D46FD">
              <w:rPr>
                <w:rtl/>
              </w:rPr>
              <w:t xml:space="preserve"> </w:t>
            </w:r>
            <w:r w:rsidRPr="007D46FD">
              <w:rPr>
                <w:rFonts w:hint="cs"/>
                <w:rtl/>
              </w:rPr>
              <w:t>وَفَسَدَ</w:t>
            </w:r>
          </w:p>
        </w:tc>
      </w:tr>
      <w:tr w:rsidR="00F7762F" w:rsidRPr="007D46FD" w14:paraId="6793C1F2" w14:textId="77777777" w:rsidTr="00DB1C28">
        <w:tc>
          <w:tcPr>
            <w:tcW w:w="582" w:type="dxa"/>
          </w:tcPr>
          <w:p w14:paraId="6A0531F9" w14:textId="77777777" w:rsidR="00393433" w:rsidRPr="007D46FD" w:rsidRDefault="00393433" w:rsidP="007D46FD">
            <w:pPr>
              <w:bidi/>
              <w:rPr>
                <w:lang w:bidi="dv-MV"/>
              </w:rPr>
            </w:pPr>
            <w:r w:rsidRPr="007D46FD">
              <w:rPr>
                <w:lang w:bidi="dv-MV"/>
              </w:rPr>
              <w:t>45</w:t>
            </w:r>
          </w:p>
        </w:tc>
        <w:tc>
          <w:tcPr>
            <w:tcW w:w="1336" w:type="dxa"/>
            <w:vAlign w:val="center"/>
          </w:tcPr>
          <w:p w14:paraId="645B03CF" w14:textId="77777777" w:rsidR="00393433" w:rsidRPr="007D46FD" w:rsidRDefault="00393433" w:rsidP="007D46FD">
            <w:pPr>
              <w:bidi/>
              <w:rPr>
                <w:rtl/>
              </w:rPr>
            </w:pPr>
            <w:r w:rsidRPr="007D46FD">
              <w:rPr>
                <w:rStyle w:val="Strong"/>
                <w:rFonts w:ascii="Arial" w:hAnsi="Arial" w:hint="cs"/>
                <w:b w:val="0"/>
                <w:bCs/>
                <w:rtl/>
              </w:rPr>
              <w:t>يَحْبَطَنَّ</w:t>
            </w:r>
          </w:p>
        </w:tc>
        <w:tc>
          <w:tcPr>
            <w:tcW w:w="3221" w:type="dxa"/>
            <w:vAlign w:val="center"/>
          </w:tcPr>
          <w:p w14:paraId="12ADFAB0"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مُؤَكَّدٌ</w:t>
            </w:r>
          </w:p>
        </w:tc>
        <w:tc>
          <w:tcPr>
            <w:tcW w:w="5224" w:type="dxa"/>
            <w:vAlign w:val="center"/>
          </w:tcPr>
          <w:p w14:paraId="3776E74A" w14:textId="77777777" w:rsidR="00393433" w:rsidRPr="007D46FD" w:rsidRDefault="00393433" w:rsidP="007D46FD">
            <w:pPr>
              <w:bidi/>
              <w:rPr>
                <w:rtl/>
              </w:rPr>
            </w:pPr>
            <w:r w:rsidRPr="007D46FD">
              <w:rPr>
                <w:rFonts w:hint="cs"/>
                <w:rtl/>
              </w:rPr>
              <w:t>لَيَبْطُلَنَّ</w:t>
            </w:r>
          </w:p>
        </w:tc>
      </w:tr>
      <w:tr w:rsidR="00F7762F" w:rsidRPr="007D46FD" w14:paraId="5DEE5375" w14:textId="77777777" w:rsidTr="00DB1C28">
        <w:tc>
          <w:tcPr>
            <w:tcW w:w="582" w:type="dxa"/>
          </w:tcPr>
          <w:p w14:paraId="2A84465E" w14:textId="77777777" w:rsidR="00393433" w:rsidRPr="007D46FD" w:rsidRDefault="00393433" w:rsidP="007D46FD">
            <w:pPr>
              <w:bidi/>
              <w:rPr>
                <w:lang w:bidi="dv-MV"/>
              </w:rPr>
            </w:pPr>
            <w:r w:rsidRPr="007D46FD">
              <w:rPr>
                <w:lang w:bidi="dv-MV"/>
              </w:rPr>
              <w:t>46</w:t>
            </w:r>
          </w:p>
        </w:tc>
        <w:tc>
          <w:tcPr>
            <w:tcW w:w="1336" w:type="dxa"/>
            <w:vAlign w:val="center"/>
          </w:tcPr>
          <w:p w14:paraId="2F8C5BBE" w14:textId="77777777" w:rsidR="00393433" w:rsidRPr="007D46FD" w:rsidRDefault="00393433" w:rsidP="007D46FD">
            <w:pPr>
              <w:bidi/>
              <w:rPr>
                <w:rtl/>
              </w:rPr>
            </w:pPr>
            <w:r w:rsidRPr="007D46FD">
              <w:rPr>
                <w:rStyle w:val="Strong"/>
                <w:rFonts w:ascii="Arial" w:hAnsi="Arial" w:hint="cs"/>
                <w:b w:val="0"/>
                <w:bCs/>
                <w:rtl/>
              </w:rPr>
              <w:t>مُبْطِلٌ</w:t>
            </w:r>
          </w:p>
        </w:tc>
        <w:tc>
          <w:tcPr>
            <w:tcW w:w="3221" w:type="dxa"/>
            <w:vAlign w:val="center"/>
          </w:tcPr>
          <w:p w14:paraId="36A84876"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فَاعِلٍ</w:t>
            </w:r>
            <w:r w:rsidRPr="007D46FD">
              <w:rPr>
                <w:rtl/>
              </w:rPr>
              <w:t xml:space="preserve"> </w:t>
            </w:r>
            <w:r w:rsidRPr="007D46FD">
              <w:rPr>
                <w:rFonts w:hint="cs"/>
                <w:rtl/>
              </w:rPr>
              <w:t>مُذَكَّرٌ</w:t>
            </w:r>
          </w:p>
        </w:tc>
        <w:tc>
          <w:tcPr>
            <w:tcW w:w="5224" w:type="dxa"/>
            <w:vAlign w:val="center"/>
          </w:tcPr>
          <w:p w14:paraId="70F0B8CC"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يُفْسِدُ</w:t>
            </w:r>
            <w:r w:rsidRPr="007D46FD">
              <w:rPr>
                <w:rtl/>
              </w:rPr>
              <w:t xml:space="preserve"> </w:t>
            </w:r>
            <w:r w:rsidRPr="007D46FD">
              <w:rPr>
                <w:rFonts w:hint="cs"/>
                <w:rtl/>
              </w:rPr>
              <w:t>وَيُنْقِضُ</w:t>
            </w:r>
          </w:p>
        </w:tc>
      </w:tr>
      <w:tr w:rsidR="00F7762F" w:rsidRPr="007D46FD" w14:paraId="46F31957" w14:textId="77777777" w:rsidTr="00DB1C28">
        <w:tc>
          <w:tcPr>
            <w:tcW w:w="582" w:type="dxa"/>
          </w:tcPr>
          <w:p w14:paraId="1B049855" w14:textId="77777777" w:rsidR="00393433" w:rsidRPr="007D46FD" w:rsidRDefault="00393433" w:rsidP="007D46FD">
            <w:pPr>
              <w:bidi/>
              <w:rPr>
                <w:lang w:bidi="dv-MV"/>
              </w:rPr>
            </w:pPr>
            <w:r w:rsidRPr="007D46FD">
              <w:rPr>
                <w:lang w:bidi="dv-MV"/>
              </w:rPr>
              <w:t>47</w:t>
            </w:r>
          </w:p>
        </w:tc>
        <w:tc>
          <w:tcPr>
            <w:tcW w:w="1336" w:type="dxa"/>
            <w:vAlign w:val="center"/>
          </w:tcPr>
          <w:p w14:paraId="1A54ACC7" w14:textId="77777777" w:rsidR="00393433" w:rsidRPr="007D46FD" w:rsidRDefault="00393433" w:rsidP="007D46FD">
            <w:pPr>
              <w:bidi/>
              <w:rPr>
                <w:rtl/>
              </w:rPr>
            </w:pPr>
            <w:r w:rsidRPr="007D46FD">
              <w:rPr>
                <w:rStyle w:val="Strong"/>
                <w:rFonts w:ascii="Arial" w:hAnsi="Arial" w:hint="cs"/>
                <w:b w:val="0"/>
                <w:bCs/>
                <w:rtl/>
              </w:rPr>
              <w:t>مُبْطِلَةٌ</w:t>
            </w:r>
          </w:p>
        </w:tc>
        <w:tc>
          <w:tcPr>
            <w:tcW w:w="3221" w:type="dxa"/>
            <w:vAlign w:val="center"/>
          </w:tcPr>
          <w:p w14:paraId="3D75151A"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فَاعِلٍ</w:t>
            </w:r>
            <w:r w:rsidRPr="007D46FD">
              <w:rPr>
                <w:rtl/>
              </w:rPr>
              <w:t xml:space="preserve"> </w:t>
            </w:r>
            <w:r w:rsidRPr="007D46FD">
              <w:rPr>
                <w:rFonts w:hint="cs"/>
                <w:rtl/>
              </w:rPr>
              <w:t>مُؤَنَّثٌ</w:t>
            </w:r>
          </w:p>
        </w:tc>
        <w:tc>
          <w:tcPr>
            <w:tcW w:w="5224" w:type="dxa"/>
            <w:vAlign w:val="center"/>
          </w:tcPr>
          <w:p w14:paraId="4FB752DF"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يُفْسِدُ</w:t>
            </w:r>
            <w:r w:rsidRPr="007D46FD">
              <w:rPr>
                <w:rtl/>
              </w:rPr>
              <w:t xml:space="preserve"> </w:t>
            </w:r>
            <w:r w:rsidRPr="007D46FD">
              <w:rPr>
                <w:rFonts w:hint="cs"/>
                <w:rtl/>
              </w:rPr>
              <w:t>وَيُنْقِضُ</w:t>
            </w:r>
          </w:p>
        </w:tc>
      </w:tr>
      <w:tr w:rsidR="00F7762F" w:rsidRPr="007D46FD" w14:paraId="03A7CD9F" w14:textId="77777777" w:rsidTr="00DB1C28">
        <w:tc>
          <w:tcPr>
            <w:tcW w:w="582" w:type="dxa"/>
          </w:tcPr>
          <w:p w14:paraId="772000C2" w14:textId="77777777" w:rsidR="00393433" w:rsidRPr="007D46FD" w:rsidRDefault="00393433" w:rsidP="007D46FD">
            <w:pPr>
              <w:bidi/>
              <w:rPr>
                <w:lang w:bidi="dv-MV"/>
              </w:rPr>
            </w:pPr>
            <w:r w:rsidRPr="007D46FD">
              <w:rPr>
                <w:lang w:bidi="dv-MV"/>
              </w:rPr>
              <w:t>48</w:t>
            </w:r>
          </w:p>
        </w:tc>
        <w:tc>
          <w:tcPr>
            <w:tcW w:w="1336" w:type="dxa"/>
            <w:vAlign w:val="center"/>
          </w:tcPr>
          <w:p w14:paraId="21CA10BC" w14:textId="77777777" w:rsidR="00393433" w:rsidRPr="007D46FD" w:rsidRDefault="00393433" w:rsidP="007D46FD">
            <w:pPr>
              <w:bidi/>
              <w:rPr>
                <w:rtl/>
              </w:rPr>
            </w:pPr>
            <w:r w:rsidRPr="007D46FD">
              <w:rPr>
                <w:rStyle w:val="Strong"/>
                <w:rFonts w:ascii="Arial" w:hAnsi="Arial" w:hint="cs"/>
                <w:b w:val="0"/>
                <w:bCs/>
                <w:rtl/>
              </w:rPr>
              <w:t>بَاطِلٌ</w:t>
            </w:r>
          </w:p>
        </w:tc>
        <w:tc>
          <w:tcPr>
            <w:tcW w:w="3221" w:type="dxa"/>
            <w:vAlign w:val="center"/>
          </w:tcPr>
          <w:p w14:paraId="5FF0B25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2FF5CC35" w14:textId="77777777" w:rsidR="00393433" w:rsidRPr="007D46FD" w:rsidRDefault="00393433" w:rsidP="007D46FD">
            <w:pPr>
              <w:bidi/>
              <w:rPr>
                <w:rtl/>
              </w:rPr>
            </w:pPr>
            <w:r w:rsidRPr="007D46FD">
              <w:rPr>
                <w:rFonts w:hint="cs"/>
                <w:rtl/>
              </w:rPr>
              <w:t>غَيْرُ</w:t>
            </w:r>
            <w:r w:rsidRPr="007D46FD">
              <w:rPr>
                <w:rtl/>
              </w:rPr>
              <w:t xml:space="preserve"> </w:t>
            </w:r>
            <w:r w:rsidRPr="007D46FD">
              <w:rPr>
                <w:rFonts w:hint="cs"/>
                <w:rtl/>
              </w:rPr>
              <w:t>صَحِيحٍ</w:t>
            </w:r>
          </w:p>
        </w:tc>
      </w:tr>
      <w:tr w:rsidR="00F7762F" w:rsidRPr="007D46FD" w14:paraId="1001AA09" w14:textId="77777777" w:rsidTr="00DB1C28">
        <w:tc>
          <w:tcPr>
            <w:tcW w:w="582" w:type="dxa"/>
          </w:tcPr>
          <w:p w14:paraId="5788015C" w14:textId="77777777" w:rsidR="00393433" w:rsidRPr="007D46FD" w:rsidRDefault="00393433" w:rsidP="007D46FD">
            <w:pPr>
              <w:bidi/>
              <w:rPr>
                <w:lang w:bidi="dv-MV"/>
              </w:rPr>
            </w:pPr>
            <w:r w:rsidRPr="007D46FD">
              <w:rPr>
                <w:lang w:bidi="dv-MV"/>
              </w:rPr>
              <w:t>49</w:t>
            </w:r>
          </w:p>
        </w:tc>
        <w:tc>
          <w:tcPr>
            <w:tcW w:w="1336" w:type="dxa"/>
            <w:vAlign w:val="center"/>
          </w:tcPr>
          <w:p w14:paraId="17A913E5" w14:textId="77777777" w:rsidR="00393433" w:rsidRPr="007D46FD" w:rsidRDefault="00393433" w:rsidP="007D46FD">
            <w:pPr>
              <w:bidi/>
              <w:rPr>
                <w:rtl/>
              </w:rPr>
            </w:pPr>
            <w:r w:rsidRPr="007D46FD">
              <w:rPr>
                <w:rStyle w:val="Strong"/>
                <w:rFonts w:ascii="Arial" w:hAnsi="Arial" w:hint="cs"/>
                <w:b w:val="0"/>
                <w:bCs/>
                <w:rtl/>
              </w:rPr>
              <w:t>الخُسْرَانُ</w:t>
            </w:r>
          </w:p>
        </w:tc>
        <w:tc>
          <w:tcPr>
            <w:tcW w:w="3221" w:type="dxa"/>
            <w:vAlign w:val="center"/>
          </w:tcPr>
          <w:p w14:paraId="4C6CFA21"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0BC497D6" w14:textId="77777777" w:rsidR="00393433" w:rsidRPr="007D46FD" w:rsidRDefault="00393433" w:rsidP="007D46FD">
            <w:pPr>
              <w:bidi/>
              <w:rPr>
                <w:rtl/>
              </w:rPr>
            </w:pPr>
            <w:r w:rsidRPr="007D46FD">
              <w:rPr>
                <w:rFonts w:hint="cs"/>
                <w:rtl/>
              </w:rPr>
              <w:t>الذَّهَابُ</w:t>
            </w:r>
            <w:r w:rsidRPr="007D46FD">
              <w:rPr>
                <w:rtl/>
              </w:rPr>
              <w:t xml:space="preserve"> </w:t>
            </w:r>
            <w:r w:rsidRPr="007D46FD">
              <w:rPr>
                <w:rFonts w:hint="cs"/>
                <w:rtl/>
              </w:rPr>
              <w:t>وَالضَّيَاعُ</w:t>
            </w:r>
          </w:p>
        </w:tc>
      </w:tr>
      <w:tr w:rsidR="00F7762F" w:rsidRPr="007D46FD" w14:paraId="0AEAA598" w14:textId="77777777" w:rsidTr="00DB1C28">
        <w:tc>
          <w:tcPr>
            <w:tcW w:w="582" w:type="dxa"/>
          </w:tcPr>
          <w:p w14:paraId="2AE4E513" w14:textId="77777777" w:rsidR="00393433" w:rsidRPr="007D46FD" w:rsidRDefault="00393433" w:rsidP="007D46FD">
            <w:pPr>
              <w:bidi/>
              <w:rPr>
                <w:lang w:bidi="dv-MV"/>
              </w:rPr>
            </w:pPr>
            <w:r w:rsidRPr="007D46FD">
              <w:rPr>
                <w:lang w:bidi="dv-MV"/>
              </w:rPr>
              <w:t>50</w:t>
            </w:r>
          </w:p>
        </w:tc>
        <w:tc>
          <w:tcPr>
            <w:tcW w:w="1336" w:type="dxa"/>
            <w:vAlign w:val="center"/>
          </w:tcPr>
          <w:p w14:paraId="2A34E085" w14:textId="77777777" w:rsidR="00393433" w:rsidRPr="007D46FD" w:rsidRDefault="00393433" w:rsidP="007D46FD">
            <w:pPr>
              <w:bidi/>
              <w:rPr>
                <w:rtl/>
              </w:rPr>
            </w:pPr>
            <w:r w:rsidRPr="007D46FD">
              <w:rPr>
                <w:rStyle w:val="Strong"/>
                <w:rFonts w:ascii="Arial" w:hAnsi="Arial" w:hint="cs"/>
                <w:b w:val="0"/>
                <w:bCs/>
                <w:rtl/>
              </w:rPr>
              <w:t>سِحْرٌ</w:t>
            </w:r>
          </w:p>
        </w:tc>
        <w:tc>
          <w:tcPr>
            <w:tcW w:w="3221" w:type="dxa"/>
            <w:vAlign w:val="center"/>
          </w:tcPr>
          <w:p w14:paraId="4996274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206CD9C2" w14:textId="77777777" w:rsidR="00393433" w:rsidRPr="007D46FD" w:rsidRDefault="00393433" w:rsidP="007D46FD">
            <w:pPr>
              <w:bidi/>
              <w:rPr>
                <w:rtl/>
              </w:rPr>
            </w:pPr>
            <w:r w:rsidRPr="007D46FD">
              <w:rPr>
                <w:rFonts w:hint="cs"/>
                <w:rtl/>
              </w:rPr>
              <w:t>عَمَلٌ</w:t>
            </w:r>
            <w:r w:rsidRPr="007D46FD">
              <w:rPr>
                <w:rtl/>
              </w:rPr>
              <w:t xml:space="preserve"> </w:t>
            </w:r>
            <w:r w:rsidRPr="007D46FD">
              <w:rPr>
                <w:rFonts w:hint="cs"/>
                <w:rtl/>
              </w:rPr>
              <w:t>شَيْطَانِيٌّ</w:t>
            </w:r>
            <w:r w:rsidRPr="007D46FD">
              <w:rPr>
                <w:rtl/>
              </w:rPr>
              <w:t xml:space="preserve"> </w:t>
            </w:r>
            <w:r w:rsidRPr="007D46FD">
              <w:rPr>
                <w:rFonts w:hint="cs"/>
                <w:rtl/>
              </w:rPr>
              <w:t>مُحَرَّمٌ</w:t>
            </w:r>
          </w:p>
        </w:tc>
      </w:tr>
      <w:tr w:rsidR="00F7762F" w:rsidRPr="007D46FD" w14:paraId="30E9B59C" w14:textId="77777777" w:rsidTr="00DB1C28">
        <w:tc>
          <w:tcPr>
            <w:tcW w:w="582" w:type="dxa"/>
          </w:tcPr>
          <w:p w14:paraId="66DF81F2" w14:textId="77777777" w:rsidR="00393433" w:rsidRPr="007D46FD" w:rsidRDefault="00393433" w:rsidP="007D46FD">
            <w:pPr>
              <w:bidi/>
              <w:rPr>
                <w:lang w:bidi="dv-MV"/>
              </w:rPr>
            </w:pPr>
            <w:r w:rsidRPr="007D46FD">
              <w:rPr>
                <w:lang w:bidi="dv-MV"/>
              </w:rPr>
              <w:t>51</w:t>
            </w:r>
          </w:p>
        </w:tc>
        <w:tc>
          <w:tcPr>
            <w:tcW w:w="1336" w:type="dxa"/>
            <w:vAlign w:val="center"/>
          </w:tcPr>
          <w:p w14:paraId="278916EE" w14:textId="77777777" w:rsidR="00393433" w:rsidRPr="007D46FD" w:rsidRDefault="00393433" w:rsidP="007D46FD">
            <w:pPr>
              <w:bidi/>
              <w:rPr>
                <w:rtl/>
              </w:rPr>
            </w:pPr>
            <w:r w:rsidRPr="007D46FD">
              <w:rPr>
                <w:rStyle w:val="Strong"/>
                <w:rFonts w:ascii="Arial" w:hAnsi="Arial" w:hint="cs"/>
                <w:b w:val="0"/>
                <w:bCs/>
                <w:rtl/>
              </w:rPr>
              <w:t>العَيْنُ</w:t>
            </w:r>
          </w:p>
        </w:tc>
        <w:tc>
          <w:tcPr>
            <w:tcW w:w="3221" w:type="dxa"/>
            <w:vAlign w:val="center"/>
          </w:tcPr>
          <w:p w14:paraId="51415F28"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53EC724C" w14:textId="77777777" w:rsidR="00393433" w:rsidRPr="007D46FD" w:rsidRDefault="00393433" w:rsidP="007D46FD">
            <w:pPr>
              <w:bidi/>
              <w:rPr>
                <w:rtl/>
              </w:rPr>
            </w:pPr>
            <w:r w:rsidRPr="007D46FD">
              <w:rPr>
                <w:rFonts w:hint="cs"/>
                <w:rtl/>
              </w:rPr>
              <w:t>الإِصَابَةُ</w:t>
            </w:r>
            <w:r w:rsidRPr="007D46FD">
              <w:rPr>
                <w:rtl/>
              </w:rPr>
              <w:t xml:space="preserve"> </w:t>
            </w:r>
            <w:r w:rsidRPr="007D46FD">
              <w:rPr>
                <w:rFonts w:hint="cs"/>
                <w:rtl/>
              </w:rPr>
              <w:t>بِالحَسَدِ</w:t>
            </w:r>
          </w:p>
        </w:tc>
      </w:tr>
      <w:tr w:rsidR="00F7762F" w:rsidRPr="007D46FD" w14:paraId="334DD3CA" w14:textId="77777777" w:rsidTr="00DB1C28">
        <w:tc>
          <w:tcPr>
            <w:tcW w:w="582" w:type="dxa"/>
          </w:tcPr>
          <w:p w14:paraId="10E90003" w14:textId="77777777" w:rsidR="00393433" w:rsidRPr="007D46FD" w:rsidRDefault="00393433" w:rsidP="007D46FD">
            <w:pPr>
              <w:bidi/>
              <w:rPr>
                <w:lang w:bidi="dv-MV"/>
              </w:rPr>
            </w:pPr>
            <w:r w:rsidRPr="007D46FD">
              <w:rPr>
                <w:lang w:bidi="dv-MV"/>
              </w:rPr>
              <w:t>52</w:t>
            </w:r>
          </w:p>
        </w:tc>
        <w:tc>
          <w:tcPr>
            <w:tcW w:w="1336" w:type="dxa"/>
            <w:vAlign w:val="center"/>
          </w:tcPr>
          <w:p w14:paraId="55B21A80" w14:textId="77777777" w:rsidR="00393433" w:rsidRPr="007D46FD" w:rsidRDefault="00393433" w:rsidP="007D46FD">
            <w:pPr>
              <w:bidi/>
              <w:rPr>
                <w:rtl/>
              </w:rPr>
            </w:pPr>
            <w:r w:rsidRPr="007D46FD">
              <w:rPr>
                <w:rStyle w:val="Strong"/>
                <w:rFonts w:ascii="Arial" w:hAnsi="Arial" w:hint="cs"/>
                <w:b w:val="0"/>
                <w:bCs/>
                <w:rtl/>
              </w:rPr>
              <w:t>الجِنُّ</w:t>
            </w:r>
          </w:p>
        </w:tc>
        <w:tc>
          <w:tcPr>
            <w:tcW w:w="3221" w:type="dxa"/>
            <w:vAlign w:val="center"/>
          </w:tcPr>
          <w:p w14:paraId="2CAF8F2C"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جِنْسٍ</w:t>
            </w:r>
            <w:r w:rsidRPr="007D46FD">
              <w:rPr>
                <w:rtl/>
              </w:rPr>
              <w:t xml:space="preserve"> </w:t>
            </w:r>
            <w:r w:rsidRPr="007D46FD">
              <w:rPr>
                <w:rFonts w:hint="cs"/>
                <w:rtl/>
              </w:rPr>
              <w:t>جَمْعِيٌّ</w:t>
            </w:r>
          </w:p>
        </w:tc>
        <w:tc>
          <w:tcPr>
            <w:tcW w:w="5224" w:type="dxa"/>
            <w:vAlign w:val="center"/>
          </w:tcPr>
          <w:p w14:paraId="66144953" w14:textId="77777777" w:rsidR="00393433" w:rsidRPr="007D46FD" w:rsidRDefault="00393433" w:rsidP="007D46FD">
            <w:pPr>
              <w:bidi/>
              <w:rPr>
                <w:rtl/>
              </w:rPr>
            </w:pPr>
            <w:r w:rsidRPr="007D46FD">
              <w:rPr>
                <w:rFonts w:hint="cs"/>
                <w:rtl/>
              </w:rPr>
              <w:t>مَخْلُوقَاتٌ</w:t>
            </w:r>
            <w:r w:rsidRPr="007D46FD">
              <w:rPr>
                <w:rtl/>
              </w:rPr>
              <w:t xml:space="preserve"> </w:t>
            </w:r>
            <w:r w:rsidRPr="007D46FD">
              <w:rPr>
                <w:rFonts w:hint="cs"/>
                <w:rtl/>
              </w:rPr>
              <w:t>غَيْبِيَّةٌ</w:t>
            </w:r>
          </w:p>
        </w:tc>
      </w:tr>
      <w:tr w:rsidR="00F7762F" w:rsidRPr="007D46FD" w14:paraId="489BD83D" w14:textId="77777777" w:rsidTr="00DB1C28">
        <w:tc>
          <w:tcPr>
            <w:tcW w:w="582" w:type="dxa"/>
          </w:tcPr>
          <w:p w14:paraId="4BC2AFAB" w14:textId="77777777" w:rsidR="00393433" w:rsidRPr="007D46FD" w:rsidRDefault="00393433" w:rsidP="007D46FD">
            <w:pPr>
              <w:bidi/>
              <w:rPr>
                <w:lang w:bidi="dv-MV"/>
              </w:rPr>
            </w:pPr>
            <w:r w:rsidRPr="007D46FD">
              <w:rPr>
                <w:lang w:bidi="dv-MV"/>
              </w:rPr>
              <w:t>53</w:t>
            </w:r>
          </w:p>
        </w:tc>
        <w:tc>
          <w:tcPr>
            <w:tcW w:w="1336" w:type="dxa"/>
            <w:vAlign w:val="center"/>
          </w:tcPr>
          <w:p w14:paraId="06DA114F" w14:textId="77777777" w:rsidR="00393433" w:rsidRPr="007D46FD" w:rsidRDefault="00393433" w:rsidP="007D46FD">
            <w:pPr>
              <w:bidi/>
              <w:rPr>
                <w:rtl/>
              </w:rPr>
            </w:pPr>
            <w:r w:rsidRPr="007D46FD">
              <w:rPr>
                <w:rStyle w:val="Strong"/>
                <w:rFonts w:ascii="Arial" w:hAnsi="Arial" w:hint="cs"/>
                <w:b w:val="0"/>
                <w:bCs/>
                <w:rtl/>
              </w:rPr>
              <w:t>هَامَّةٌ</w:t>
            </w:r>
          </w:p>
        </w:tc>
        <w:tc>
          <w:tcPr>
            <w:tcW w:w="3221" w:type="dxa"/>
            <w:vAlign w:val="center"/>
          </w:tcPr>
          <w:p w14:paraId="76D6C389"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281855AF" w14:textId="77777777" w:rsidR="00393433" w:rsidRPr="007D46FD" w:rsidRDefault="00393433" w:rsidP="007D46FD">
            <w:pPr>
              <w:bidi/>
              <w:rPr>
                <w:rtl/>
              </w:rPr>
            </w:pPr>
            <w:r w:rsidRPr="007D46FD">
              <w:rPr>
                <w:rFonts w:hint="cs"/>
                <w:rtl/>
              </w:rPr>
              <w:t>ذَوَاتُ</w:t>
            </w:r>
            <w:r w:rsidRPr="007D46FD">
              <w:rPr>
                <w:rtl/>
              </w:rPr>
              <w:t xml:space="preserve"> </w:t>
            </w:r>
            <w:r w:rsidRPr="007D46FD">
              <w:rPr>
                <w:rFonts w:hint="cs"/>
                <w:rtl/>
              </w:rPr>
              <w:t>السُّمُومِ</w:t>
            </w:r>
            <w:r w:rsidRPr="007D46FD">
              <w:rPr>
                <w:rtl/>
              </w:rPr>
              <w:t xml:space="preserve"> </w:t>
            </w:r>
            <w:r w:rsidRPr="007D46FD">
              <w:rPr>
                <w:rFonts w:hint="cs"/>
                <w:rtl/>
              </w:rPr>
              <w:t>وَالحَشَرَاتُ</w:t>
            </w:r>
          </w:p>
        </w:tc>
      </w:tr>
      <w:tr w:rsidR="00F7762F" w:rsidRPr="007D46FD" w14:paraId="5114CE51" w14:textId="77777777" w:rsidTr="00DB1C28">
        <w:tc>
          <w:tcPr>
            <w:tcW w:w="582" w:type="dxa"/>
          </w:tcPr>
          <w:p w14:paraId="1DC388CF" w14:textId="77777777" w:rsidR="00393433" w:rsidRPr="007D46FD" w:rsidRDefault="00393433" w:rsidP="007D46FD">
            <w:pPr>
              <w:bidi/>
              <w:rPr>
                <w:lang w:bidi="dv-MV"/>
              </w:rPr>
            </w:pPr>
            <w:r w:rsidRPr="007D46FD">
              <w:rPr>
                <w:lang w:bidi="dv-MV"/>
              </w:rPr>
              <w:t>54</w:t>
            </w:r>
          </w:p>
        </w:tc>
        <w:tc>
          <w:tcPr>
            <w:tcW w:w="1336" w:type="dxa"/>
            <w:vAlign w:val="center"/>
          </w:tcPr>
          <w:p w14:paraId="71642F35" w14:textId="77777777" w:rsidR="00393433" w:rsidRPr="007D46FD" w:rsidRDefault="00393433" w:rsidP="007D46FD">
            <w:pPr>
              <w:bidi/>
              <w:rPr>
                <w:rtl/>
              </w:rPr>
            </w:pPr>
            <w:r w:rsidRPr="007D46FD">
              <w:rPr>
                <w:rStyle w:val="Strong"/>
                <w:rFonts w:ascii="Arial" w:hAnsi="Arial" w:hint="cs"/>
                <w:b w:val="0"/>
                <w:bCs/>
                <w:rtl/>
              </w:rPr>
              <w:t>عَيْنٍ</w:t>
            </w:r>
            <w:r w:rsidRPr="007D46FD">
              <w:rPr>
                <w:rStyle w:val="Strong"/>
                <w:rFonts w:ascii="MV Utheemu" w:hAnsi="MV Utheemu"/>
                <w:b w:val="0"/>
                <w:bCs/>
                <w:rtl/>
              </w:rPr>
              <w:t xml:space="preserve"> </w:t>
            </w:r>
            <w:r w:rsidRPr="007D46FD">
              <w:rPr>
                <w:rStyle w:val="Strong"/>
                <w:rFonts w:ascii="Arial" w:hAnsi="Arial" w:hint="cs"/>
                <w:b w:val="0"/>
                <w:bCs/>
                <w:rtl/>
              </w:rPr>
              <w:t>لَامَّةٍ</w:t>
            </w:r>
          </w:p>
        </w:tc>
        <w:tc>
          <w:tcPr>
            <w:tcW w:w="3221" w:type="dxa"/>
            <w:vAlign w:val="center"/>
          </w:tcPr>
          <w:p w14:paraId="2B74056F" w14:textId="77777777" w:rsidR="00393433" w:rsidRPr="007D46FD" w:rsidRDefault="00393433" w:rsidP="007D46FD">
            <w:pPr>
              <w:bidi/>
              <w:rPr>
                <w:rtl/>
              </w:rPr>
            </w:pPr>
            <w:r w:rsidRPr="007D46FD">
              <w:rPr>
                <w:rFonts w:hint="cs"/>
                <w:rtl/>
              </w:rPr>
              <w:t>مُرَكَّبٌ</w:t>
            </w:r>
            <w:r w:rsidRPr="007D46FD">
              <w:rPr>
                <w:rtl/>
              </w:rPr>
              <w:t xml:space="preserve"> </w:t>
            </w:r>
            <w:r w:rsidRPr="007D46FD">
              <w:rPr>
                <w:rFonts w:hint="cs"/>
                <w:rtl/>
              </w:rPr>
              <w:t>وَصْفِيٌّ</w:t>
            </w:r>
          </w:p>
        </w:tc>
        <w:tc>
          <w:tcPr>
            <w:tcW w:w="5224" w:type="dxa"/>
            <w:vAlign w:val="center"/>
          </w:tcPr>
          <w:p w14:paraId="1D012C7F" w14:textId="77777777" w:rsidR="00393433" w:rsidRPr="007D46FD" w:rsidRDefault="00393433" w:rsidP="007D46FD">
            <w:pPr>
              <w:bidi/>
              <w:rPr>
                <w:rtl/>
              </w:rPr>
            </w:pPr>
            <w:r w:rsidRPr="007D46FD">
              <w:rPr>
                <w:rFonts w:hint="cs"/>
                <w:rtl/>
              </w:rPr>
              <w:t>عَيْنٌ</w:t>
            </w:r>
            <w:r w:rsidRPr="007D46FD">
              <w:rPr>
                <w:rtl/>
              </w:rPr>
              <w:t xml:space="preserve"> </w:t>
            </w:r>
            <w:r w:rsidRPr="007D46FD">
              <w:rPr>
                <w:rFonts w:hint="cs"/>
                <w:rtl/>
              </w:rPr>
              <w:t>مُؤْذِيَةٌ</w:t>
            </w:r>
            <w:r w:rsidRPr="007D46FD">
              <w:rPr>
                <w:rtl/>
              </w:rPr>
              <w:t xml:space="preserve"> </w:t>
            </w:r>
            <w:r w:rsidRPr="007D46FD">
              <w:rPr>
                <w:rFonts w:hint="cs"/>
                <w:rtl/>
              </w:rPr>
              <w:t>مُصِيبَةٌ</w:t>
            </w:r>
          </w:p>
        </w:tc>
      </w:tr>
      <w:tr w:rsidR="00F7762F" w:rsidRPr="007D46FD" w14:paraId="7F206E00" w14:textId="77777777" w:rsidTr="00DB1C28">
        <w:tc>
          <w:tcPr>
            <w:tcW w:w="582" w:type="dxa"/>
          </w:tcPr>
          <w:p w14:paraId="263BCC86" w14:textId="77777777" w:rsidR="00393433" w:rsidRPr="007D46FD" w:rsidRDefault="00393433" w:rsidP="007D46FD">
            <w:pPr>
              <w:bidi/>
              <w:rPr>
                <w:lang w:bidi="dv-MV"/>
              </w:rPr>
            </w:pPr>
            <w:r w:rsidRPr="007D46FD">
              <w:rPr>
                <w:lang w:bidi="dv-MV"/>
              </w:rPr>
              <w:t>55</w:t>
            </w:r>
          </w:p>
        </w:tc>
        <w:tc>
          <w:tcPr>
            <w:tcW w:w="1336" w:type="dxa"/>
            <w:vAlign w:val="center"/>
          </w:tcPr>
          <w:p w14:paraId="5F21F503" w14:textId="77777777" w:rsidR="00393433" w:rsidRPr="007D46FD" w:rsidRDefault="00393433" w:rsidP="007D46FD">
            <w:pPr>
              <w:bidi/>
              <w:rPr>
                <w:rtl/>
              </w:rPr>
            </w:pPr>
            <w:r w:rsidRPr="007D46FD">
              <w:rPr>
                <w:rStyle w:val="Strong"/>
                <w:rFonts w:ascii="Arial" w:hAnsi="Arial" w:hint="cs"/>
                <w:b w:val="0"/>
                <w:bCs/>
                <w:rtl/>
              </w:rPr>
              <w:t>يُقْرَأُ</w:t>
            </w:r>
          </w:p>
        </w:tc>
        <w:tc>
          <w:tcPr>
            <w:tcW w:w="3221" w:type="dxa"/>
            <w:vAlign w:val="center"/>
          </w:tcPr>
          <w:p w14:paraId="34C1671B"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مَبْنِيٌّ</w:t>
            </w:r>
            <w:r w:rsidRPr="007D46FD">
              <w:rPr>
                <w:rtl/>
              </w:rPr>
              <w:t xml:space="preserve"> </w:t>
            </w:r>
            <w:r w:rsidRPr="007D46FD">
              <w:rPr>
                <w:rFonts w:hint="cs"/>
                <w:rtl/>
              </w:rPr>
              <w:t>لِلْمَجْهُولِ</w:t>
            </w:r>
          </w:p>
        </w:tc>
        <w:tc>
          <w:tcPr>
            <w:tcW w:w="5224" w:type="dxa"/>
            <w:vAlign w:val="center"/>
          </w:tcPr>
          <w:p w14:paraId="7A9D49AD" w14:textId="77777777" w:rsidR="00393433" w:rsidRPr="007D46FD" w:rsidRDefault="00393433" w:rsidP="007D46FD">
            <w:pPr>
              <w:bidi/>
              <w:rPr>
                <w:rtl/>
              </w:rPr>
            </w:pPr>
            <w:r w:rsidRPr="007D46FD">
              <w:rPr>
                <w:rFonts w:hint="cs"/>
                <w:rtl/>
              </w:rPr>
              <w:t>يُتْلَى</w:t>
            </w:r>
          </w:p>
        </w:tc>
      </w:tr>
      <w:tr w:rsidR="00F7762F" w:rsidRPr="007D46FD" w14:paraId="785821A9" w14:textId="77777777" w:rsidTr="00DB1C28">
        <w:tc>
          <w:tcPr>
            <w:tcW w:w="582" w:type="dxa"/>
          </w:tcPr>
          <w:p w14:paraId="1A28F575" w14:textId="77777777" w:rsidR="00393433" w:rsidRPr="007D46FD" w:rsidRDefault="00393433" w:rsidP="007D46FD">
            <w:pPr>
              <w:bidi/>
              <w:rPr>
                <w:lang w:bidi="dv-MV"/>
              </w:rPr>
            </w:pPr>
            <w:r w:rsidRPr="007D46FD">
              <w:rPr>
                <w:lang w:bidi="dv-MV"/>
              </w:rPr>
              <w:t>56</w:t>
            </w:r>
          </w:p>
        </w:tc>
        <w:tc>
          <w:tcPr>
            <w:tcW w:w="1336" w:type="dxa"/>
            <w:vAlign w:val="center"/>
          </w:tcPr>
          <w:p w14:paraId="305D3BEF" w14:textId="77777777" w:rsidR="00393433" w:rsidRPr="007D46FD" w:rsidRDefault="00393433" w:rsidP="007D46FD">
            <w:pPr>
              <w:bidi/>
              <w:rPr>
                <w:rtl/>
              </w:rPr>
            </w:pPr>
            <w:r w:rsidRPr="007D46FD">
              <w:rPr>
                <w:rStyle w:val="Strong"/>
                <w:rFonts w:ascii="Arial" w:hAnsi="Arial" w:hint="cs"/>
                <w:b w:val="0"/>
                <w:bCs/>
                <w:rtl/>
              </w:rPr>
              <w:t>يُعَلَّقُ</w:t>
            </w:r>
          </w:p>
        </w:tc>
        <w:tc>
          <w:tcPr>
            <w:tcW w:w="3221" w:type="dxa"/>
            <w:vAlign w:val="center"/>
          </w:tcPr>
          <w:p w14:paraId="03D0FCAC" w14:textId="77777777" w:rsidR="00393433" w:rsidRPr="007D46FD" w:rsidRDefault="00393433" w:rsidP="007D46FD">
            <w:pPr>
              <w:bidi/>
              <w:rPr>
                <w:rtl/>
              </w:rPr>
            </w:pPr>
            <w:r w:rsidRPr="007D46FD">
              <w:rPr>
                <w:rFonts w:hint="cs"/>
                <w:rtl/>
              </w:rPr>
              <w:t>فِعْلٌ</w:t>
            </w:r>
            <w:r w:rsidRPr="007D46FD">
              <w:rPr>
                <w:rtl/>
              </w:rPr>
              <w:t xml:space="preserve"> </w:t>
            </w:r>
            <w:r w:rsidRPr="007D46FD">
              <w:rPr>
                <w:rFonts w:hint="cs"/>
                <w:rtl/>
              </w:rPr>
              <w:t>مُضَارِعٌ</w:t>
            </w:r>
            <w:r w:rsidRPr="007D46FD">
              <w:rPr>
                <w:rtl/>
              </w:rPr>
              <w:t xml:space="preserve"> </w:t>
            </w:r>
            <w:r w:rsidRPr="007D46FD">
              <w:rPr>
                <w:rFonts w:hint="cs"/>
                <w:rtl/>
              </w:rPr>
              <w:t>مَبْنِيٌّ</w:t>
            </w:r>
            <w:r w:rsidRPr="007D46FD">
              <w:rPr>
                <w:rtl/>
              </w:rPr>
              <w:t xml:space="preserve"> </w:t>
            </w:r>
            <w:r w:rsidRPr="007D46FD">
              <w:rPr>
                <w:rFonts w:hint="cs"/>
                <w:rtl/>
              </w:rPr>
              <w:t>لِلْمَجْهُولِ</w:t>
            </w:r>
          </w:p>
        </w:tc>
        <w:tc>
          <w:tcPr>
            <w:tcW w:w="5224" w:type="dxa"/>
            <w:vAlign w:val="center"/>
          </w:tcPr>
          <w:p w14:paraId="0379F27C" w14:textId="77777777" w:rsidR="00393433" w:rsidRPr="007D46FD" w:rsidRDefault="00393433" w:rsidP="007D46FD">
            <w:pPr>
              <w:bidi/>
              <w:rPr>
                <w:rtl/>
              </w:rPr>
            </w:pPr>
            <w:r w:rsidRPr="007D46FD">
              <w:rPr>
                <w:rFonts w:hint="cs"/>
                <w:rtl/>
              </w:rPr>
              <w:t>يُوضَعُ</w:t>
            </w:r>
            <w:r w:rsidRPr="007D46FD">
              <w:rPr>
                <w:rtl/>
              </w:rPr>
              <w:t xml:space="preserve"> </w:t>
            </w:r>
            <w:r w:rsidRPr="007D46FD">
              <w:rPr>
                <w:rFonts w:hint="cs"/>
                <w:rtl/>
              </w:rPr>
              <w:t>أَوْ</w:t>
            </w:r>
            <w:r w:rsidRPr="007D46FD">
              <w:rPr>
                <w:rtl/>
              </w:rPr>
              <w:t xml:space="preserve"> </w:t>
            </w:r>
            <w:r w:rsidRPr="007D46FD">
              <w:rPr>
                <w:rFonts w:hint="cs"/>
                <w:rtl/>
              </w:rPr>
              <w:t>يُلْبَسُ</w:t>
            </w:r>
          </w:p>
        </w:tc>
      </w:tr>
      <w:tr w:rsidR="00F7762F" w:rsidRPr="007D46FD" w14:paraId="4A9CA550" w14:textId="77777777" w:rsidTr="00DB1C28">
        <w:tc>
          <w:tcPr>
            <w:tcW w:w="582" w:type="dxa"/>
          </w:tcPr>
          <w:p w14:paraId="68104D73" w14:textId="77777777" w:rsidR="00393433" w:rsidRPr="007D46FD" w:rsidRDefault="00393433" w:rsidP="007D46FD">
            <w:pPr>
              <w:bidi/>
              <w:rPr>
                <w:lang w:bidi="dv-MV"/>
              </w:rPr>
            </w:pPr>
            <w:r w:rsidRPr="007D46FD">
              <w:rPr>
                <w:lang w:bidi="dv-MV"/>
              </w:rPr>
              <w:t>57</w:t>
            </w:r>
          </w:p>
        </w:tc>
        <w:tc>
          <w:tcPr>
            <w:tcW w:w="1336" w:type="dxa"/>
            <w:vAlign w:val="center"/>
          </w:tcPr>
          <w:p w14:paraId="547814C2" w14:textId="77777777" w:rsidR="00393433" w:rsidRPr="007D46FD" w:rsidRDefault="00393433" w:rsidP="007D46FD">
            <w:pPr>
              <w:bidi/>
              <w:rPr>
                <w:rtl/>
              </w:rPr>
            </w:pPr>
            <w:r w:rsidRPr="007D46FD">
              <w:rPr>
                <w:rStyle w:val="Strong"/>
                <w:rFonts w:ascii="Arial" w:hAnsi="Arial" w:hint="cs"/>
                <w:b w:val="0"/>
                <w:bCs/>
                <w:rtl/>
              </w:rPr>
              <w:t>لَبْسُ</w:t>
            </w:r>
          </w:p>
        </w:tc>
        <w:tc>
          <w:tcPr>
            <w:tcW w:w="3221" w:type="dxa"/>
            <w:vAlign w:val="center"/>
          </w:tcPr>
          <w:p w14:paraId="1DC14A78"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1B5297F7" w14:textId="77777777" w:rsidR="00393433" w:rsidRPr="007D46FD" w:rsidRDefault="00393433" w:rsidP="007D46FD">
            <w:pPr>
              <w:bidi/>
              <w:rPr>
                <w:rtl/>
              </w:rPr>
            </w:pPr>
            <w:r w:rsidRPr="007D46FD">
              <w:rPr>
                <w:rFonts w:hint="cs"/>
                <w:rtl/>
              </w:rPr>
              <w:t>الِارْتِدَاءُ</w:t>
            </w:r>
          </w:p>
        </w:tc>
      </w:tr>
      <w:tr w:rsidR="00F7762F" w:rsidRPr="007D46FD" w14:paraId="5E93C115" w14:textId="77777777" w:rsidTr="00DB1C28">
        <w:tc>
          <w:tcPr>
            <w:tcW w:w="582" w:type="dxa"/>
          </w:tcPr>
          <w:p w14:paraId="767ECBF2" w14:textId="77777777" w:rsidR="00393433" w:rsidRPr="007D46FD" w:rsidRDefault="00393433" w:rsidP="007D46FD">
            <w:pPr>
              <w:bidi/>
              <w:rPr>
                <w:lang w:bidi="dv-MV"/>
              </w:rPr>
            </w:pPr>
            <w:r w:rsidRPr="007D46FD">
              <w:rPr>
                <w:lang w:bidi="dv-MV"/>
              </w:rPr>
              <w:t>58</w:t>
            </w:r>
          </w:p>
        </w:tc>
        <w:tc>
          <w:tcPr>
            <w:tcW w:w="1336" w:type="dxa"/>
            <w:vAlign w:val="center"/>
          </w:tcPr>
          <w:p w14:paraId="7962F39A" w14:textId="77777777" w:rsidR="00393433" w:rsidRPr="007D46FD" w:rsidRDefault="00393433" w:rsidP="007D46FD">
            <w:pPr>
              <w:bidi/>
              <w:rPr>
                <w:rtl/>
              </w:rPr>
            </w:pPr>
            <w:r w:rsidRPr="007D46FD">
              <w:rPr>
                <w:rStyle w:val="Strong"/>
                <w:rFonts w:ascii="Arial" w:hAnsi="Arial" w:hint="cs"/>
                <w:b w:val="0"/>
                <w:bCs/>
                <w:rtl/>
              </w:rPr>
              <w:t>اعْتِقَادٌ</w:t>
            </w:r>
          </w:p>
        </w:tc>
        <w:tc>
          <w:tcPr>
            <w:tcW w:w="3221" w:type="dxa"/>
            <w:vAlign w:val="center"/>
          </w:tcPr>
          <w:p w14:paraId="64286257"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7C518622"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يَسْتَقِرُّ</w:t>
            </w:r>
            <w:r w:rsidRPr="007D46FD">
              <w:rPr>
                <w:rtl/>
              </w:rPr>
              <w:t xml:space="preserve"> </w:t>
            </w:r>
            <w:r w:rsidRPr="007D46FD">
              <w:rPr>
                <w:rFonts w:hint="cs"/>
                <w:rtl/>
              </w:rPr>
              <w:t>فِي</w:t>
            </w:r>
            <w:r w:rsidRPr="007D46FD">
              <w:rPr>
                <w:rtl/>
              </w:rPr>
              <w:t xml:space="preserve"> </w:t>
            </w:r>
            <w:r w:rsidRPr="007D46FD">
              <w:rPr>
                <w:rFonts w:hint="cs"/>
                <w:rtl/>
              </w:rPr>
              <w:t>القَلْبِ</w:t>
            </w:r>
          </w:p>
        </w:tc>
      </w:tr>
      <w:tr w:rsidR="00F7762F" w:rsidRPr="007D46FD" w14:paraId="5C97A908" w14:textId="77777777" w:rsidTr="00DB1C28">
        <w:tc>
          <w:tcPr>
            <w:tcW w:w="582" w:type="dxa"/>
          </w:tcPr>
          <w:p w14:paraId="656330D9" w14:textId="77777777" w:rsidR="00393433" w:rsidRPr="007D46FD" w:rsidRDefault="00393433" w:rsidP="007D46FD">
            <w:pPr>
              <w:bidi/>
              <w:rPr>
                <w:lang w:bidi="dv-MV"/>
              </w:rPr>
            </w:pPr>
            <w:r w:rsidRPr="007D46FD">
              <w:rPr>
                <w:lang w:bidi="dv-MV"/>
              </w:rPr>
              <w:t>59</w:t>
            </w:r>
          </w:p>
        </w:tc>
        <w:tc>
          <w:tcPr>
            <w:tcW w:w="1336" w:type="dxa"/>
            <w:vAlign w:val="center"/>
          </w:tcPr>
          <w:p w14:paraId="2955D617" w14:textId="77777777" w:rsidR="00393433" w:rsidRPr="007D46FD" w:rsidRDefault="00393433" w:rsidP="007D46FD">
            <w:pPr>
              <w:bidi/>
              <w:rPr>
                <w:rtl/>
              </w:rPr>
            </w:pPr>
            <w:r w:rsidRPr="007D46FD">
              <w:rPr>
                <w:rFonts w:hint="cs"/>
                <w:rtl/>
              </w:rPr>
              <w:t>اللفظ</w:t>
            </w:r>
          </w:p>
        </w:tc>
        <w:tc>
          <w:tcPr>
            <w:tcW w:w="3221" w:type="dxa"/>
            <w:vAlign w:val="center"/>
          </w:tcPr>
          <w:p w14:paraId="5D03015A" w14:textId="77777777" w:rsidR="00393433" w:rsidRPr="007D46FD" w:rsidRDefault="00393433" w:rsidP="007D46FD">
            <w:pPr>
              <w:bidi/>
              <w:rPr>
                <w:rtl/>
              </w:rPr>
            </w:pPr>
            <w:r w:rsidRPr="007D46FD">
              <w:rPr>
                <w:rFonts w:hint="cs"/>
                <w:rtl/>
              </w:rPr>
              <w:t>النوع</w:t>
            </w:r>
            <w:r w:rsidRPr="007D46FD">
              <w:rPr>
                <w:rtl/>
              </w:rPr>
              <w:t xml:space="preserve"> </w:t>
            </w:r>
            <w:r w:rsidRPr="007D46FD">
              <w:rPr>
                <w:rFonts w:hint="cs"/>
                <w:rtl/>
              </w:rPr>
              <w:t>النحوي</w:t>
            </w:r>
          </w:p>
        </w:tc>
        <w:tc>
          <w:tcPr>
            <w:tcW w:w="5224" w:type="dxa"/>
            <w:vAlign w:val="center"/>
          </w:tcPr>
          <w:p w14:paraId="5757C118" w14:textId="77777777" w:rsidR="00393433" w:rsidRPr="007D46FD" w:rsidRDefault="00393433" w:rsidP="007D46FD">
            <w:pPr>
              <w:bidi/>
              <w:rPr>
                <w:rtl/>
              </w:rPr>
            </w:pPr>
            <w:r w:rsidRPr="007D46FD">
              <w:rPr>
                <w:rFonts w:hint="cs"/>
                <w:rtl/>
              </w:rPr>
              <w:t>المعنى</w:t>
            </w:r>
            <w:r w:rsidRPr="007D46FD">
              <w:rPr>
                <w:rtl/>
              </w:rPr>
              <w:t xml:space="preserve"> </w:t>
            </w:r>
            <w:r w:rsidRPr="007D46FD">
              <w:rPr>
                <w:rFonts w:hint="cs"/>
                <w:rtl/>
              </w:rPr>
              <w:t>المختصر</w:t>
            </w:r>
          </w:p>
        </w:tc>
      </w:tr>
      <w:tr w:rsidR="00F7762F" w:rsidRPr="007D46FD" w14:paraId="6D1BBCA7" w14:textId="77777777" w:rsidTr="00DB1C28">
        <w:tc>
          <w:tcPr>
            <w:tcW w:w="582" w:type="dxa"/>
          </w:tcPr>
          <w:p w14:paraId="413C86A7" w14:textId="77777777" w:rsidR="00393433" w:rsidRPr="007D46FD" w:rsidRDefault="00393433" w:rsidP="007D46FD">
            <w:pPr>
              <w:bidi/>
              <w:rPr>
                <w:lang w:bidi="dv-MV"/>
              </w:rPr>
            </w:pPr>
            <w:r w:rsidRPr="007D46FD">
              <w:rPr>
                <w:lang w:bidi="dv-MV"/>
              </w:rPr>
              <w:t>60</w:t>
            </w:r>
          </w:p>
        </w:tc>
        <w:tc>
          <w:tcPr>
            <w:tcW w:w="1336" w:type="dxa"/>
            <w:vAlign w:val="center"/>
          </w:tcPr>
          <w:p w14:paraId="4A0679FA" w14:textId="77777777" w:rsidR="00393433" w:rsidRPr="007D46FD" w:rsidRDefault="00393433" w:rsidP="007D46FD">
            <w:pPr>
              <w:bidi/>
              <w:rPr>
                <w:rtl/>
              </w:rPr>
            </w:pPr>
            <w:r w:rsidRPr="007D46FD">
              <w:rPr>
                <w:rStyle w:val="Strong"/>
                <w:rFonts w:ascii="Arial" w:hAnsi="Arial" w:hint="cs"/>
                <w:b w:val="0"/>
                <w:bCs/>
                <w:rtl/>
              </w:rPr>
              <w:t>التَّحَصُّنُ</w:t>
            </w:r>
          </w:p>
        </w:tc>
        <w:tc>
          <w:tcPr>
            <w:tcW w:w="3221" w:type="dxa"/>
            <w:vAlign w:val="center"/>
          </w:tcPr>
          <w:p w14:paraId="75824655"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21D114E8" w14:textId="77777777" w:rsidR="00393433" w:rsidRPr="007D46FD" w:rsidRDefault="00393433" w:rsidP="007D46FD">
            <w:pPr>
              <w:bidi/>
              <w:rPr>
                <w:rtl/>
              </w:rPr>
            </w:pPr>
            <w:r w:rsidRPr="007D46FD">
              <w:rPr>
                <w:rFonts w:hint="cs"/>
                <w:rtl/>
              </w:rPr>
              <w:t>الِاحْتِمَاءُ</w:t>
            </w:r>
            <w:r w:rsidRPr="007D46FD">
              <w:rPr>
                <w:rtl/>
              </w:rPr>
              <w:t xml:space="preserve"> </w:t>
            </w:r>
            <w:r w:rsidRPr="007D46FD">
              <w:rPr>
                <w:rFonts w:hint="cs"/>
                <w:rtl/>
              </w:rPr>
              <w:t>وَالْوِقَايَةُ</w:t>
            </w:r>
          </w:p>
        </w:tc>
      </w:tr>
      <w:tr w:rsidR="00F7762F" w:rsidRPr="007D46FD" w14:paraId="092B02E5" w14:textId="77777777" w:rsidTr="00DB1C28">
        <w:tc>
          <w:tcPr>
            <w:tcW w:w="582" w:type="dxa"/>
          </w:tcPr>
          <w:p w14:paraId="5C215198" w14:textId="77777777" w:rsidR="00393433" w:rsidRPr="007D46FD" w:rsidRDefault="00393433" w:rsidP="007D46FD">
            <w:pPr>
              <w:bidi/>
              <w:rPr>
                <w:lang w:bidi="dv-MV"/>
              </w:rPr>
            </w:pPr>
            <w:r w:rsidRPr="007D46FD">
              <w:rPr>
                <w:lang w:bidi="dv-MV"/>
              </w:rPr>
              <w:t>61</w:t>
            </w:r>
          </w:p>
        </w:tc>
        <w:tc>
          <w:tcPr>
            <w:tcW w:w="1336" w:type="dxa"/>
            <w:vAlign w:val="center"/>
          </w:tcPr>
          <w:p w14:paraId="05442909" w14:textId="77777777" w:rsidR="00393433" w:rsidRPr="007D46FD" w:rsidRDefault="00393433" w:rsidP="007D46FD">
            <w:pPr>
              <w:bidi/>
              <w:rPr>
                <w:rtl/>
              </w:rPr>
            </w:pPr>
            <w:r w:rsidRPr="007D46FD">
              <w:rPr>
                <w:rStyle w:val="Strong"/>
                <w:rFonts w:ascii="Arial" w:hAnsi="Arial" w:hint="cs"/>
                <w:b w:val="0"/>
                <w:bCs/>
                <w:rtl/>
              </w:rPr>
              <w:t>التَّحْصِينُ</w:t>
            </w:r>
          </w:p>
        </w:tc>
        <w:tc>
          <w:tcPr>
            <w:tcW w:w="3221" w:type="dxa"/>
            <w:vAlign w:val="center"/>
          </w:tcPr>
          <w:p w14:paraId="22E6F891"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11DA924B" w14:textId="77777777" w:rsidR="00393433" w:rsidRPr="007D46FD" w:rsidRDefault="00393433" w:rsidP="007D46FD">
            <w:pPr>
              <w:bidi/>
              <w:rPr>
                <w:rtl/>
              </w:rPr>
            </w:pPr>
            <w:r w:rsidRPr="007D46FD">
              <w:rPr>
                <w:rFonts w:hint="cs"/>
                <w:rtl/>
              </w:rPr>
              <w:t>جَعْلُ</w:t>
            </w:r>
            <w:r w:rsidRPr="007D46FD">
              <w:rPr>
                <w:rtl/>
              </w:rPr>
              <w:t xml:space="preserve"> </w:t>
            </w:r>
            <w:r w:rsidRPr="007D46FD">
              <w:rPr>
                <w:rFonts w:hint="cs"/>
                <w:rtl/>
              </w:rPr>
              <w:t>الشَّيْءِ</w:t>
            </w:r>
            <w:r w:rsidRPr="007D46FD">
              <w:rPr>
                <w:rtl/>
              </w:rPr>
              <w:t xml:space="preserve"> </w:t>
            </w:r>
            <w:r w:rsidRPr="007D46FD">
              <w:rPr>
                <w:rFonts w:hint="cs"/>
                <w:rtl/>
              </w:rPr>
              <w:t>فِي</w:t>
            </w:r>
            <w:r w:rsidRPr="007D46FD">
              <w:rPr>
                <w:rtl/>
              </w:rPr>
              <w:t xml:space="preserve"> </w:t>
            </w:r>
            <w:r w:rsidRPr="007D46FD">
              <w:rPr>
                <w:rFonts w:hint="cs"/>
                <w:rtl/>
              </w:rPr>
              <w:t>حِفْظٍ</w:t>
            </w:r>
          </w:p>
        </w:tc>
      </w:tr>
      <w:tr w:rsidR="00F7762F" w:rsidRPr="007D46FD" w14:paraId="208E6B14" w14:textId="77777777" w:rsidTr="00DB1C28">
        <w:tc>
          <w:tcPr>
            <w:tcW w:w="582" w:type="dxa"/>
          </w:tcPr>
          <w:p w14:paraId="521AAEC8" w14:textId="77777777" w:rsidR="00393433" w:rsidRPr="007D46FD" w:rsidRDefault="00393433" w:rsidP="007D46FD">
            <w:pPr>
              <w:bidi/>
              <w:rPr>
                <w:lang w:bidi="dv-MV"/>
              </w:rPr>
            </w:pPr>
            <w:r w:rsidRPr="007D46FD">
              <w:rPr>
                <w:lang w:bidi="dv-MV"/>
              </w:rPr>
              <w:t>62</w:t>
            </w:r>
          </w:p>
        </w:tc>
        <w:tc>
          <w:tcPr>
            <w:tcW w:w="1336" w:type="dxa"/>
            <w:vAlign w:val="center"/>
          </w:tcPr>
          <w:p w14:paraId="64B01335" w14:textId="77777777" w:rsidR="00393433" w:rsidRPr="007D46FD" w:rsidRDefault="00393433" w:rsidP="007D46FD">
            <w:pPr>
              <w:bidi/>
              <w:rPr>
                <w:rtl/>
              </w:rPr>
            </w:pPr>
            <w:r w:rsidRPr="007D46FD">
              <w:rPr>
                <w:rStyle w:val="Strong"/>
                <w:rFonts w:ascii="Arial" w:hAnsi="Arial" w:hint="cs"/>
                <w:b w:val="0"/>
                <w:bCs/>
                <w:rtl/>
              </w:rPr>
              <w:t>الحِمَايَةُ</w:t>
            </w:r>
          </w:p>
        </w:tc>
        <w:tc>
          <w:tcPr>
            <w:tcW w:w="3221" w:type="dxa"/>
            <w:vAlign w:val="center"/>
          </w:tcPr>
          <w:p w14:paraId="51DDCF50"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مُؤَنَّثٌ</w:t>
            </w:r>
          </w:p>
        </w:tc>
        <w:tc>
          <w:tcPr>
            <w:tcW w:w="5224" w:type="dxa"/>
            <w:vAlign w:val="center"/>
          </w:tcPr>
          <w:p w14:paraId="456721F4" w14:textId="77777777" w:rsidR="00393433" w:rsidRPr="007D46FD" w:rsidRDefault="00393433" w:rsidP="007D46FD">
            <w:pPr>
              <w:bidi/>
              <w:rPr>
                <w:rtl/>
              </w:rPr>
            </w:pPr>
            <w:r w:rsidRPr="007D46FD">
              <w:rPr>
                <w:rFonts w:hint="cs"/>
                <w:rtl/>
              </w:rPr>
              <w:t>الوِقَايَةُ</w:t>
            </w:r>
            <w:r w:rsidRPr="007D46FD">
              <w:rPr>
                <w:rtl/>
              </w:rPr>
              <w:t xml:space="preserve"> </w:t>
            </w:r>
            <w:r w:rsidRPr="007D46FD">
              <w:rPr>
                <w:rFonts w:hint="cs"/>
                <w:rtl/>
              </w:rPr>
              <w:t>وَالدِّفَاعُ</w:t>
            </w:r>
          </w:p>
        </w:tc>
      </w:tr>
      <w:tr w:rsidR="00F7762F" w:rsidRPr="007D46FD" w14:paraId="38F6A163" w14:textId="77777777" w:rsidTr="00DB1C28">
        <w:tc>
          <w:tcPr>
            <w:tcW w:w="582" w:type="dxa"/>
          </w:tcPr>
          <w:p w14:paraId="12AEA527" w14:textId="77777777" w:rsidR="00393433" w:rsidRPr="007D46FD" w:rsidRDefault="00393433" w:rsidP="007D46FD">
            <w:pPr>
              <w:bidi/>
              <w:rPr>
                <w:lang w:bidi="dv-MV"/>
              </w:rPr>
            </w:pPr>
            <w:r w:rsidRPr="007D46FD">
              <w:rPr>
                <w:lang w:bidi="dv-MV"/>
              </w:rPr>
              <w:t>63</w:t>
            </w:r>
          </w:p>
        </w:tc>
        <w:tc>
          <w:tcPr>
            <w:tcW w:w="1336" w:type="dxa"/>
            <w:vAlign w:val="center"/>
          </w:tcPr>
          <w:p w14:paraId="51027633" w14:textId="77777777" w:rsidR="00393433" w:rsidRPr="007D46FD" w:rsidRDefault="00393433" w:rsidP="007D46FD">
            <w:pPr>
              <w:bidi/>
              <w:rPr>
                <w:rtl/>
              </w:rPr>
            </w:pPr>
            <w:r w:rsidRPr="007D46FD">
              <w:rPr>
                <w:rStyle w:val="Strong"/>
                <w:rFonts w:ascii="Arial" w:hAnsi="Arial" w:hint="cs"/>
                <w:b w:val="0"/>
                <w:bCs/>
                <w:rtl/>
              </w:rPr>
              <w:t>الدِّفَاعُ</w:t>
            </w:r>
          </w:p>
        </w:tc>
        <w:tc>
          <w:tcPr>
            <w:tcW w:w="3221" w:type="dxa"/>
            <w:vAlign w:val="center"/>
          </w:tcPr>
          <w:p w14:paraId="667D62BC"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7341A8D3" w14:textId="77777777" w:rsidR="00393433" w:rsidRPr="007D46FD" w:rsidRDefault="00393433" w:rsidP="007D46FD">
            <w:pPr>
              <w:bidi/>
              <w:rPr>
                <w:rtl/>
              </w:rPr>
            </w:pPr>
            <w:r w:rsidRPr="007D46FD">
              <w:rPr>
                <w:rFonts w:hint="cs"/>
                <w:rtl/>
              </w:rPr>
              <w:t>رَدُّ</w:t>
            </w:r>
            <w:r w:rsidRPr="007D46FD">
              <w:rPr>
                <w:rtl/>
              </w:rPr>
              <w:t xml:space="preserve"> </w:t>
            </w:r>
            <w:r w:rsidRPr="007D46FD">
              <w:rPr>
                <w:rFonts w:hint="cs"/>
                <w:rtl/>
              </w:rPr>
              <w:t>الأَذَى</w:t>
            </w:r>
          </w:p>
        </w:tc>
      </w:tr>
      <w:tr w:rsidR="00F7762F" w:rsidRPr="007D46FD" w14:paraId="2832BC31" w14:textId="77777777" w:rsidTr="00DB1C28">
        <w:tc>
          <w:tcPr>
            <w:tcW w:w="582" w:type="dxa"/>
          </w:tcPr>
          <w:p w14:paraId="689A1AD2" w14:textId="77777777" w:rsidR="00393433" w:rsidRPr="007D46FD" w:rsidRDefault="00393433" w:rsidP="007D46FD">
            <w:pPr>
              <w:bidi/>
              <w:rPr>
                <w:lang w:bidi="dv-MV"/>
              </w:rPr>
            </w:pPr>
            <w:r w:rsidRPr="007D46FD">
              <w:rPr>
                <w:lang w:bidi="dv-MV"/>
              </w:rPr>
              <w:t>64</w:t>
            </w:r>
          </w:p>
        </w:tc>
        <w:tc>
          <w:tcPr>
            <w:tcW w:w="1336" w:type="dxa"/>
            <w:vAlign w:val="center"/>
          </w:tcPr>
          <w:p w14:paraId="7B03CB8B" w14:textId="77777777" w:rsidR="00393433" w:rsidRPr="007D46FD" w:rsidRDefault="00393433" w:rsidP="007D46FD">
            <w:pPr>
              <w:bidi/>
              <w:rPr>
                <w:rtl/>
              </w:rPr>
            </w:pPr>
            <w:r w:rsidRPr="007D46FD">
              <w:rPr>
                <w:rStyle w:val="Strong"/>
                <w:rFonts w:ascii="Arial" w:hAnsi="Arial" w:hint="cs"/>
                <w:b w:val="0"/>
                <w:bCs/>
                <w:rtl/>
              </w:rPr>
              <w:t>الضَّرَرُ</w:t>
            </w:r>
          </w:p>
        </w:tc>
        <w:tc>
          <w:tcPr>
            <w:tcW w:w="3221" w:type="dxa"/>
            <w:vAlign w:val="center"/>
          </w:tcPr>
          <w:p w14:paraId="5BA48ADB"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526FDB09" w14:textId="77777777" w:rsidR="00393433" w:rsidRPr="007D46FD" w:rsidRDefault="00393433" w:rsidP="007D46FD">
            <w:pPr>
              <w:bidi/>
              <w:rPr>
                <w:rtl/>
              </w:rPr>
            </w:pPr>
            <w:r w:rsidRPr="007D46FD">
              <w:rPr>
                <w:rFonts w:hint="cs"/>
                <w:rtl/>
              </w:rPr>
              <w:t>الأَذَى</w:t>
            </w:r>
            <w:r w:rsidRPr="007D46FD">
              <w:rPr>
                <w:rtl/>
              </w:rPr>
              <w:t xml:space="preserve"> </w:t>
            </w:r>
            <w:r w:rsidRPr="007D46FD">
              <w:rPr>
                <w:rFonts w:hint="cs"/>
                <w:rtl/>
              </w:rPr>
              <w:t>الشَّدِيدُ</w:t>
            </w:r>
          </w:p>
        </w:tc>
      </w:tr>
      <w:tr w:rsidR="00F7762F" w:rsidRPr="007D46FD" w14:paraId="0E5F9352" w14:textId="77777777" w:rsidTr="00DB1C28">
        <w:tc>
          <w:tcPr>
            <w:tcW w:w="582" w:type="dxa"/>
          </w:tcPr>
          <w:p w14:paraId="3D6A6810" w14:textId="77777777" w:rsidR="00393433" w:rsidRPr="007D46FD" w:rsidRDefault="00393433" w:rsidP="007D46FD">
            <w:pPr>
              <w:bidi/>
              <w:rPr>
                <w:lang w:bidi="dv-MV"/>
              </w:rPr>
            </w:pPr>
            <w:r w:rsidRPr="007D46FD">
              <w:rPr>
                <w:lang w:bidi="dv-MV"/>
              </w:rPr>
              <w:t>65</w:t>
            </w:r>
          </w:p>
        </w:tc>
        <w:tc>
          <w:tcPr>
            <w:tcW w:w="1336" w:type="dxa"/>
            <w:vAlign w:val="center"/>
          </w:tcPr>
          <w:p w14:paraId="3626F37F" w14:textId="77777777" w:rsidR="00393433" w:rsidRPr="007D46FD" w:rsidRDefault="00393433" w:rsidP="007D46FD">
            <w:pPr>
              <w:bidi/>
              <w:rPr>
                <w:rtl/>
              </w:rPr>
            </w:pPr>
            <w:r w:rsidRPr="007D46FD">
              <w:rPr>
                <w:rStyle w:val="Strong"/>
                <w:rFonts w:ascii="Arial" w:hAnsi="Arial" w:hint="cs"/>
                <w:b w:val="0"/>
                <w:bCs/>
                <w:rtl/>
              </w:rPr>
              <w:t>النَّفْعُ</w:t>
            </w:r>
          </w:p>
        </w:tc>
        <w:tc>
          <w:tcPr>
            <w:tcW w:w="3221" w:type="dxa"/>
            <w:vAlign w:val="center"/>
          </w:tcPr>
          <w:p w14:paraId="0F58262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43BB9568" w14:textId="77777777" w:rsidR="00393433" w:rsidRPr="007D46FD" w:rsidRDefault="00393433" w:rsidP="007D46FD">
            <w:pPr>
              <w:bidi/>
              <w:rPr>
                <w:rtl/>
              </w:rPr>
            </w:pPr>
            <w:r w:rsidRPr="007D46FD">
              <w:rPr>
                <w:rFonts w:hint="cs"/>
                <w:rtl/>
              </w:rPr>
              <w:t>الفَائِدَةُ</w:t>
            </w:r>
          </w:p>
        </w:tc>
      </w:tr>
      <w:tr w:rsidR="00F7762F" w:rsidRPr="007D46FD" w14:paraId="337D04D6" w14:textId="77777777" w:rsidTr="00DB1C28">
        <w:tc>
          <w:tcPr>
            <w:tcW w:w="582" w:type="dxa"/>
          </w:tcPr>
          <w:p w14:paraId="03A370C8" w14:textId="77777777" w:rsidR="00393433" w:rsidRPr="007D46FD" w:rsidRDefault="00393433" w:rsidP="007D46FD">
            <w:pPr>
              <w:bidi/>
              <w:rPr>
                <w:lang w:bidi="dv-MV"/>
              </w:rPr>
            </w:pPr>
            <w:r w:rsidRPr="007D46FD">
              <w:rPr>
                <w:lang w:bidi="dv-MV"/>
              </w:rPr>
              <w:t>67</w:t>
            </w:r>
          </w:p>
        </w:tc>
        <w:tc>
          <w:tcPr>
            <w:tcW w:w="1336" w:type="dxa"/>
            <w:vAlign w:val="center"/>
          </w:tcPr>
          <w:p w14:paraId="302A60C7" w14:textId="77777777" w:rsidR="00393433" w:rsidRPr="007D46FD" w:rsidRDefault="00393433" w:rsidP="007D46FD">
            <w:pPr>
              <w:bidi/>
              <w:rPr>
                <w:rtl/>
              </w:rPr>
            </w:pPr>
            <w:r w:rsidRPr="007D46FD">
              <w:rPr>
                <w:rStyle w:val="Strong"/>
                <w:rFonts w:ascii="Arial" w:hAnsi="Arial" w:hint="cs"/>
                <w:b w:val="0"/>
                <w:bCs/>
                <w:rtl/>
              </w:rPr>
              <w:t>النَّفْعُ</w:t>
            </w:r>
            <w:r w:rsidRPr="007D46FD">
              <w:rPr>
                <w:rStyle w:val="Strong"/>
                <w:rFonts w:ascii="MV Utheemu" w:hAnsi="MV Utheemu"/>
                <w:b w:val="0"/>
                <w:bCs/>
                <w:rtl/>
              </w:rPr>
              <w:t xml:space="preserve"> </w:t>
            </w:r>
            <w:r w:rsidRPr="007D46FD">
              <w:rPr>
                <w:rStyle w:val="Strong"/>
                <w:rFonts w:ascii="Arial" w:hAnsi="Arial" w:hint="cs"/>
                <w:b w:val="0"/>
                <w:bCs/>
                <w:rtl/>
              </w:rPr>
              <w:t>وَالضَّرَرُ</w:t>
            </w:r>
          </w:p>
        </w:tc>
        <w:tc>
          <w:tcPr>
            <w:tcW w:w="3221" w:type="dxa"/>
            <w:vAlign w:val="center"/>
          </w:tcPr>
          <w:p w14:paraId="64CF8E01" w14:textId="77777777" w:rsidR="00393433" w:rsidRPr="007D46FD" w:rsidRDefault="00393433" w:rsidP="007D46FD">
            <w:pPr>
              <w:bidi/>
              <w:rPr>
                <w:rtl/>
              </w:rPr>
            </w:pPr>
            <w:r w:rsidRPr="007D46FD">
              <w:rPr>
                <w:rFonts w:hint="cs"/>
                <w:rtl/>
              </w:rPr>
              <w:t>مُرَكَّبٌ</w:t>
            </w:r>
          </w:p>
        </w:tc>
        <w:tc>
          <w:tcPr>
            <w:tcW w:w="5224" w:type="dxa"/>
            <w:vAlign w:val="center"/>
          </w:tcPr>
          <w:p w14:paraId="0987A2CB" w14:textId="77777777" w:rsidR="00393433" w:rsidRPr="007D46FD" w:rsidRDefault="00393433" w:rsidP="007D46FD">
            <w:pPr>
              <w:bidi/>
              <w:rPr>
                <w:rtl/>
              </w:rPr>
            </w:pPr>
            <w:r w:rsidRPr="007D46FD">
              <w:rPr>
                <w:rFonts w:hint="cs"/>
                <w:rtl/>
              </w:rPr>
              <w:t>مَا</w:t>
            </w:r>
            <w:r w:rsidRPr="007D46FD">
              <w:rPr>
                <w:rtl/>
              </w:rPr>
              <w:t xml:space="preserve"> </w:t>
            </w:r>
            <w:r w:rsidRPr="007D46FD">
              <w:rPr>
                <w:rFonts w:hint="cs"/>
                <w:rtl/>
              </w:rPr>
              <w:t>يَجْلِبُ</w:t>
            </w:r>
            <w:r w:rsidRPr="007D46FD">
              <w:rPr>
                <w:rtl/>
              </w:rPr>
              <w:t xml:space="preserve"> </w:t>
            </w:r>
            <w:r w:rsidRPr="007D46FD">
              <w:rPr>
                <w:rFonts w:hint="cs"/>
                <w:rtl/>
              </w:rPr>
              <w:t>فَائِدَةً</w:t>
            </w:r>
            <w:r w:rsidRPr="007D46FD">
              <w:rPr>
                <w:rtl/>
              </w:rPr>
              <w:t xml:space="preserve"> </w:t>
            </w:r>
            <w:r w:rsidRPr="007D46FD">
              <w:rPr>
                <w:rFonts w:hint="cs"/>
                <w:rtl/>
              </w:rPr>
              <w:t>أَوْ</w:t>
            </w:r>
            <w:r w:rsidRPr="007D46FD">
              <w:rPr>
                <w:rtl/>
              </w:rPr>
              <w:t xml:space="preserve"> </w:t>
            </w:r>
            <w:r w:rsidRPr="007D46FD">
              <w:rPr>
                <w:rFonts w:hint="cs"/>
                <w:rtl/>
              </w:rPr>
              <w:t>أَذًى</w:t>
            </w:r>
          </w:p>
        </w:tc>
      </w:tr>
      <w:tr w:rsidR="00F7762F" w:rsidRPr="007D46FD" w14:paraId="02BD0D47" w14:textId="77777777" w:rsidTr="00DB1C28">
        <w:tc>
          <w:tcPr>
            <w:tcW w:w="582" w:type="dxa"/>
          </w:tcPr>
          <w:p w14:paraId="5E2F5D55" w14:textId="77777777" w:rsidR="00393433" w:rsidRPr="007D46FD" w:rsidRDefault="00393433" w:rsidP="007D46FD">
            <w:pPr>
              <w:bidi/>
              <w:rPr>
                <w:lang w:bidi="dv-MV"/>
              </w:rPr>
            </w:pPr>
            <w:r w:rsidRPr="007D46FD">
              <w:rPr>
                <w:lang w:bidi="dv-MV"/>
              </w:rPr>
              <w:t>68</w:t>
            </w:r>
          </w:p>
        </w:tc>
        <w:tc>
          <w:tcPr>
            <w:tcW w:w="1336" w:type="dxa"/>
            <w:vAlign w:val="center"/>
          </w:tcPr>
          <w:p w14:paraId="5A1C6CAE" w14:textId="77777777" w:rsidR="00393433" w:rsidRPr="007D46FD" w:rsidRDefault="00393433" w:rsidP="007D46FD">
            <w:pPr>
              <w:bidi/>
              <w:rPr>
                <w:rtl/>
              </w:rPr>
            </w:pPr>
            <w:r w:rsidRPr="007D46FD">
              <w:rPr>
                <w:rStyle w:val="Strong"/>
                <w:rFonts w:ascii="Arial" w:hAnsi="Arial" w:hint="cs"/>
                <w:b w:val="0"/>
                <w:bCs/>
                <w:rtl/>
              </w:rPr>
              <w:t>الاعْتِصَامُ</w:t>
            </w:r>
          </w:p>
        </w:tc>
        <w:tc>
          <w:tcPr>
            <w:tcW w:w="3221" w:type="dxa"/>
            <w:vAlign w:val="center"/>
          </w:tcPr>
          <w:p w14:paraId="0F823125"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10A41B6E" w14:textId="77777777" w:rsidR="00393433" w:rsidRPr="007D46FD" w:rsidRDefault="00393433" w:rsidP="007D46FD">
            <w:pPr>
              <w:bidi/>
              <w:rPr>
                <w:rtl/>
              </w:rPr>
            </w:pPr>
            <w:r w:rsidRPr="007D46FD">
              <w:rPr>
                <w:rFonts w:hint="cs"/>
                <w:rtl/>
              </w:rPr>
              <w:t>التَّمَسُّكُ</w:t>
            </w:r>
            <w:r w:rsidRPr="007D46FD">
              <w:rPr>
                <w:rtl/>
              </w:rPr>
              <w:t xml:space="preserve"> </w:t>
            </w:r>
            <w:r w:rsidRPr="007D46FD">
              <w:rPr>
                <w:rFonts w:hint="cs"/>
                <w:rtl/>
              </w:rPr>
              <w:t>وَاللُّجُوءُ</w:t>
            </w:r>
          </w:p>
        </w:tc>
      </w:tr>
      <w:tr w:rsidR="00F7762F" w:rsidRPr="007D46FD" w14:paraId="4ED67E9A" w14:textId="77777777" w:rsidTr="00DB1C28">
        <w:tc>
          <w:tcPr>
            <w:tcW w:w="582" w:type="dxa"/>
          </w:tcPr>
          <w:p w14:paraId="29B306C1" w14:textId="77777777" w:rsidR="00393433" w:rsidRPr="007D46FD" w:rsidRDefault="00393433" w:rsidP="007D46FD">
            <w:pPr>
              <w:bidi/>
              <w:rPr>
                <w:lang w:bidi="dv-MV"/>
              </w:rPr>
            </w:pPr>
            <w:r w:rsidRPr="007D46FD">
              <w:rPr>
                <w:lang w:bidi="dv-MV"/>
              </w:rPr>
              <w:t>69</w:t>
            </w:r>
          </w:p>
        </w:tc>
        <w:tc>
          <w:tcPr>
            <w:tcW w:w="1336" w:type="dxa"/>
            <w:vAlign w:val="center"/>
          </w:tcPr>
          <w:p w14:paraId="5416E92A" w14:textId="77777777" w:rsidR="00393433" w:rsidRPr="007D46FD" w:rsidRDefault="00393433" w:rsidP="007D46FD">
            <w:pPr>
              <w:bidi/>
              <w:rPr>
                <w:rtl/>
              </w:rPr>
            </w:pPr>
            <w:r w:rsidRPr="007D46FD">
              <w:rPr>
                <w:rStyle w:val="Strong"/>
                <w:rFonts w:ascii="Arial" w:hAnsi="Arial" w:hint="cs"/>
                <w:b w:val="0"/>
                <w:bCs/>
                <w:rtl/>
              </w:rPr>
              <w:t>اللُّجُوءُ</w:t>
            </w:r>
          </w:p>
        </w:tc>
        <w:tc>
          <w:tcPr>
            <w:tcW w:w="3221" w:type="dxa"/>
            <w:vAlign w:val="center"/>
          </w:tcPr>
          <w:p w14:paraId="0DFBD2F1"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10D8237F" w14:textId="77777777" w:rsidR="00393433" w:rsidRPr="007D46FD" w:rsidRDefault="00393433" w:rsidP="007D46FD">
            <w:pPr>
              <w:bidi/>
              <w:rPr>
                <w:rtl/>
              </w:rPr>
            </w:pPr>
            <w:r w:rsidRPr="007D46FD">
              <w:rPr>
                <w:rFonts w:hint="cs"/>
                <w:rtl/>
              </w:rPr>
              <w:t>الطَّلَبُ</w:t>
            </w:r>
            <w:r w:rsidRPr="007D46FD">
              <w:rPr>
                <w:rtl/>
              </w:rPr>
              <w:t xml:space="preserve"> </w:t>
            </w:r>
            <w:r w:rsidRPr="007D46FD">
              <w:rPr>
                <w:rFonts w:hint="cs"/>
                <w:rtl/>
              </w:rPr>
              <w:t>وَالِالْتِجَاءُ</w:t>
            </w:r>
          </w:p>
        </w:tc>
      </w:tr>
      <w:tr w:rsidR="00F7762F" w:rsidRPr="007D46FD" w14:paraId="59AF2D62" w14:textId="77777777" w:rsidTr="00DB1C28">
        <w:tc>
          <w:tcPr>
            <w:tcW w:w="582" w:type="dxa"/>
          </w:tcPr>
          <w:p w14:paraId="15C3AE05" w14:textId="77777777" w:rsidR="00393433" w:rsidRPr="007D46FD" w:rsidRDefault="00393433" w:rsidP="007D46FD">
            <w:pPr>
              <w:bidi/>
              <w:rPr>
                <w:lang w:bidi="dv-MV"/>
              </w:rPr>
            </w:pPr>
            <w:r w:rsidRPr="007D46FD">
              <w:rPr>
                <w:lang w:bidi="dv-MV"/>
              </w:rPr>
              <w:t>70</w:t>
            </w:r>
          </w:p>
        </w:tc>
        <w:tc>
          <w:tcPr>
            <w:tcW w:w="1336" w:type="dxa"/>
            <w:vAlign w:val="center"/>
          </w:tcPr>
          <w:p w14:paraId="0EF7A1A7" w14:textId="77777777" w:rsidR="00393433" w:rsidRPr="007D46FD" w:rsidRDefault="00393433" w:rsidP="007D46FD">
            <w:pPr>
              <w:bidi/>
              <w:rPr>
                <w:rtl/>
              </w:rPr>
            </w:pPr>
            <w:r w:rsidRPr="007D46FD">
              <w:rPr>
                <w:rStyle w:val="Strong"/>
                <w:rFonts w:ascii="Arial" w:hAnsi="Arial" w:hint="cs"/>
                <w:b w:val="0"/>
                <w:bCs/>
                <w:rtl/>
              </w:rPr>
              <w:t>الخَوْفُ</w:t>
            </w:r>
          </w:p>
        </w:tc>
        <w:tc>
          <w:tcPr>
            <w:tcW w:w="3221" w:type="dxa"/>
            <w:vAlign w:val="center"/>
          </w:tcPr>
          <w:p w14:paraId="4D01411C"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442BA6EA" w14:textId="77777777" w:rsidR="00393433" w:rsidRPr="007D46FD" w:rsidRDefault="00393433" w:rsidP="007D46FD">
            <w:pPr>
              <w:bidi/>
              <w:rPr>
                <w:rtl/>
              </w:rPr>
            </w:pPr>
            <w:r w:rsidRPr="007D46FD">
              <w:rPr>
                <w:rFonts w:hint="cs"/>
                <w:rtl/>
              </w:rPr>
              <w:t>الفَزَعُ</w:t>
            </w:r>
          </w:p>
        </w:tc>
      </w:tr>
      <w:tr w:rsidR="00F7762F" w:rsidRPr="007D46FD" w14:paraId="09B2F538" w14:textId="77777777" w:rsidTr="00DB1C28">
        <w:tc>
          <w:tcPr>
            <w:tcW w:w="582" w:type="dxa"/>
          </w:tcPr>
          <w:p w14:paraId="306CE24B" w14:textId="77777777" w:rsidR="00393433" w:rsidRPr="007D46FD" w:rsidRDefault="00393433" w:rsidP="007D46FD">
            <w:pPr>
              <w:bidi/>
              <w:rPr>
                <w:lang w:bidi="dv-MV"/>
              </w:rPr>
            </w:pPr>
            <w:r w:rsidRPr="007D46FD">
              <w:rPr>
                <w:lang w:bidi="dv-MV"/>
              </w:rPr>
              <w:t>71</w:t>
            </w:r>
          </w:p>
        </w:tc>
        <w:tc>
          <w:tcPr>
            <w:tcW w:w="1336" w:type="dxa"/>
            <w:vAlign w:val="center"/>
          </w:tcPr>
          <w:p w14:paraId="5C321AFB" w14:textId="77777777" w:rsidR="00393433" w:rsidRPr="007D46FD" w:rsidRDefault="00393433" w:rsidP="007D46FD">
            <w:pPr>
              <w:bidi/>
              <w:rPr>
                <w:rtl/>
              </w:rPr>
            </w:pPr>
            <w:r w:rsidRPr="007D46FD">
              <w:rPr>
                <w:rStyle w:val="Strong"/>
                <w:rFonts w:ascii="Arial" w:hAnsi="Arial" w:hint="cs"/>
                <w:b w:val="0"/>
                <w:bCs/>
                <w:rtl/>
              </w:rPr>
              <w:t>الأَمْنُ</w:t>
            </w:r>
          </w:p>
        </w:tc>
        <w:tc>
          <w:tcPr>
            <w:tcW w:w="3221" w:type="dxa"/>
            <w:vAlign w:val="center"/>
          </w:tcPr>
          <w:p w14:paraId="0941F0D2"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41C04F67" w14:textId="77777777" w:rsidR="00393433" w:rsidRPr="007D46FD" w:rsidRDefault="00393433" w:rsidP="007D46FD">
            <w:pPr>
              <w:bidi/>
              <w:rPr>
                <w:rtl/>
              </w:rPr>
            </w:pPr>
            <w:r w:rsidRPr="007D46FD">
              <w:rPr>
                <w:rFonts w:hint="cs"/>
                <w:rtl/>
              </w:rPr>
              <w:t>السَّلَامَةُ</w:t>
            </w:r>
          </w:p>
        </w:tc>
      </w:tr>
      <w:tr w:rsidR="00F7762F" w:rsidRPr="007D46FD" w14:paraId="6A9F64E6" w14:textId="77777777" w:rsidTr="00DB1C28">
        <w:tc>
          <w:tcPr>
            <w:tcW w:w="582" w:type="dxa"/>
          </w:tcPr>
          <w:p w14:paraId="31760DCE" w14:textId="77777777" w:rsidR="00393433" w:rsidRPr="007D46FD" w:rsidRDefault="00393433" w:rsidP="007D46FD">
            <w:pPr>
              <w:bidi/>
              <w:rPr>
                <w:lang w:bidi="dv-MV"/>
              </w:rPr>
            </w:pPr>
            <w:r w:rsidRPr="007D46FD">
              <w:rPr>
                <w:lang w:bidi="dv-MV"/>
              </w:rPr>
              <w:t>72</w:t>
            </w:r>
          </w:p>
        </w:tc>
        <w:tc>
          <w:tcPr>
            <w:tcW w:w="1336" w:type="dxa"/>
            <w:vAlign w:val="center"/>
          </w:tcPr>
          <w:p w14:paraId="18FC74F9" w14:textId="77777777" w:rsidR="00393433" w:rsidRPr="007D46FD" w:rsidRDefault="00393433" w:rsidP="007D46FD">
            <w:pPr>
              <w:bidi/>
              <w:rPr>
                <w:rtl/>
              </w:rPr>
            </w:pPr>
            <w:r w:rsidRPr="007D46FD">
              <w:rPr>
                <w:rStyle w:val="Strong"/>
                <w:rFonts w:ascii="Arial" w:hAnsi="Arial" w:hint="cs"/>
                <w:b w:val="0"/>
                <w:bCs/>
                <w:rtl/>
              </w:rPr>
              <w:t>الطِّيَرَةُ</w:t>
            </w:r>
          </w:p>
        </w:tc>
        <w:tc>
          <w:tcPr>
            <w:tcW w:w="3221" w:type="dxa"/>
            <w:vAlign w:val="center"/>
          </w:tcPr>
          <w:p w14:paraId="282045D5"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7923B9E4" w14:textId="77777777" w:rsidR="00393433" w:rsidRPr="007D46FD" w:rsidRDefault="00393433" w:rsidP="007D46FD">
            <w:pPr>
              <w:bidi/>
              <w:rPr>
                <w:rtl/>
              </w:rPr>
            </w:pPr>
            <w:r w:rsidRPr="007D46FD">
              <w:rPr>
                <w:rFonts w:hint="cs"/>
                <w:rtl/>
              </w:rPr>
              <w:t>التَّشَاؤُمُ</w:t>
            </w:r>
            <w:r w:rsidRPr="007D46FD">
              <w:rPr>
                <w:rtl/>
              </w:rPr>
              <w:t xml:space="preserve"> (</w:t>
            </w:r>
            <w:r w:rsidRPr="007D46FD">
              <w:rPr>
                <w:rFonts w:hint="cs"/>
                <w:rtl/>
              </w:rPr>
              <w:t>مِنْ</w:t>
            </w:r>
            <w:r w:rsidRPr="007D46FD">
              <w:rPr>
                <w:rtl/>
              </w:rPr>
              <w:t xml:space="preserve"> </w:t>
            </w:r>
            <w:r w:rsidRPr="007D46FD">
              <w:rPr>
                <w:rFonts w:hint="cs"/>
                <w:rtl/>
              </w:rPr>
              <w:t>أَعْمَالِ</w:t>
            </w:r>
            <w:r w:rsidRPr="007D46FD">
              <w:rPr>
                <w:rtl/>
              </w:rPr>
              <w:t xml:space="preserve"> </w:t>
            </w:r>
            <w:r w:rsidRPr="007D46FD">
              <w:rPr>
                <w:rFonts w:hint="cs"/>
                <w:rtl/>
              </w:rPr>
              <w:t>الجَاهِلِيَّةِ</w:t>
            </w:r>
            <w:r w:rsidRPr="007D46FD">
              <w:rPr>
                <w:rtl/>
              </w:rPr>
              <w:t>)</w:t>
            </w:r>
          </w:p>
        </w:tc>
      </w:tr>
      <w:tr w:rsidR="00F7762F" w:rsidRPr="007D46FD" w14:paraId="29618D1D" w14:textId="77777777" w:rsidTr="00DB1C28">
        <w:tc>
          <w:tcPr>
            <w:tcW w:w="582" w:type="dxa"/>
          </w:tcPr>
          <w:p w14:paraId="7FEEBC2B" w14:textId="77777777" w:rsidR="00393433" w:rsidRPr="007D46FD" w:rsidRDefault="00393433" w:rsidP="007D46FD">
            <w:pPr>
              <w:bidi/>
              <w:rPr>
                <w:lang w:bidi="dv-MV"/>
              </w:rPr>
            </w:pPr>
            <w:r w:rsidRPr="007D46FD">
              <w:rPr>
                <w:lang w:bidi="dv-MV"/>
              </w:rPr>
              <w:t>73</w:t>
            </w:r>
          </w:p>
        </w:tc>
        <w:tc>
          <w:tcPr>
            <w:tcW w:w="1336" w:type="dxa"/>
            <w:vAlign w:val="center"/>
          </w:tcPr>
          <w:p w14:paraId="04B5BE0D" w14:textId="77777777" w:rsidR="00393433" w:rsidRPr="007D46FD" w:rsidRDefault="00393433" w:rsidP="007D46FD">
            <w:pPr>
              <w:bidi/>
              <w:rPr>
                <w:rtl/>
              </w:rPr>
            </w:pPr>
            <w:r w:rsidRPr="007D46FD">
              <w:rPr>
                <w:rStyle w:val="Strong"/>
                <w:rFonts w:ascii="Arial" w:hAnsi="Arial" w:hint="cs"/>
                <w:b w:val="0"/>
                <w:bCs/>
                <w:rtl/>
              </w:rPr>
              <w:t>التَّشَاؤُمُ</w:t>
            </w:r>
          </w:p>
        </w:tc>
        <w:tc>
          <w:tcPr>
            <w:tcW w:w="3221" w:type="dxa"/>
            <w:vAlign w:val="center"/>
          </w:tcPr>
          <w:p w14:paraId="4B48B916"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3FF15BF5" w14:textId="77777777" w:rsidR="00393433" w:rsidRPr="007D46FD" w:rsidRDefault="00393433" w:rsidP="007D46FD">
            <w:pPr>
              <w:bidi/>
              <w:rPr>
                <w:rtl/>
              </w:rPr>
            </w:pPr>
            <w:r w:rsidRPr="007D46FD">
              <w:rPr>
                <w:rFonts w:hint="cs"/>
                <w:rtl/>
              </w:rPr>
              <w:t>تَوَقُّعُ</w:t>
            </w:r>
            <w:r w:rsidRPr="007D46FD">
              <w:rPr>
                <w:rtl/>
              </w:rPr>
              <w:t xml:space="preserve"> </w:t>
            </w:r>
            <w:r w:rsidRPr="007D46FD">
              <w:rPr>
                <w:rFonts w:hint="cs"/>
                <w:rtl/>
              </w:rPr>
              <w:t>السُّوءِ</w:t>
            </w:r>
          </w:p>
        </w:tc>
      </w:tr>
      <w:tr w:rsidR="00F7762F" w:rsidRPr="007D46FD" w14:paraId="2712395D" w14:textId="77777777" w:rsidTr="00DB1C28">
        <w:tc>
          <w:tcPr>
            <w:tcW w:w="582" w:type="dxa"/>
          </w:tcPr>
          <w:p w14:paraId="1E6F5379" w14:textId="77777777" w:rsidR="00393433" w:rsidRPr="007D46FD" w:rsidRDefault="00393433" w:rsidP="007D46FD">
            <w:pPr>
              <w:bidi/>
              <w:rPr>
                <w:lang w:bidi="dv-MV"/>
              </w:rPr>
            </w:pPr>
            <w:r w:rsidRPr="007D46FD">
              <w:rPr>
                <w:lang w:bidi="dv-MV"/>
              </w:rPr>
              <w:t>74</w:t>
            </w:r>
          </w:p>
        </w:tc>
        <w:tc>
          <w:tcPr>
            <w:tcW w:w="1336" w:type="dxa"/>
            <w:vAlign w:val="center"/>
          </w:tcPr>
          <w:p w14:paraId="2FE21CCE" w14:textId="77777777" w:rsidR="00393433" w:rsidRPr="007D46FD" w:rsidRDefault="00393433" w:rsidP="007D46FD">
            <w:pPr>
              <w:bidi/>
              <w:rPr>
                <w:rtl/>
              </w:rPr>
            </w:pPr>
            <w:r w:rsidRPr="007D46FD">
              <w:rPr>
                <w:rStyle w:val="Strong"/>
                <w:rFonts w:ascii="Arial" w:hAnsi="Arial" w:hint="cs"/>
                <w:b w:val="0"/>
                <w:bCs/>
                <w:rtl/>
              </w:rPr>
              <w:t>التَّبَرُّكُ</w:t>
            </w:r>
          </w:p>
        </w:tc>
        <w:tc>
          <w:tcPr>
            <w:tcW w:w="3221" w:type="dxa"/>
            <w:vAlign w:val="center"/>
          </w:tcPr>
          <w:p w14:paraId="1077C821"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5E4563CB" w14:textId="77777777" w:rsidR="00393433" w:rsidRPr="007D46FD" w:rsidRDefault="00393433" w:rsidP="007D46FD">
            <w:pPr>
              <w:bidi/>
              <w:rPr>
                <w:rtl/>
              </w:rPr>
            </w:pPr>
            <w:r w:rsidRPr="007D46FD">
              <w:rPr>
                <w:rFonts w:hint="cs"/>
                <w:rtl/>
              </w:rPr>
              <w:t>طَلَبُ</w:t>
            </w:r>
            <w:r w:rsidRPr="007D46FD">
              <w:rPr>
                <w:rtl/>
              </w:rPr>
              <w:t xml:space="preserve"> </w:t>
            </w:r>
            <w:r w:rsidRPr="007D46FD">
              <w:rPr>
                <w:rFonts w:hint="cs"/>
                <w:rtl/>
              </w:rPr>
              <w:t>البَرَكَةِ</w:t>
            </w:r>
          </w:p>
        </w:tc>
      </w:tr>
      <w:tr w:rsidR="00F7762F" w:rsidRPr="007D46FD" w14:paraId="0A3C3302" w14:textId="77777777" w:rsidTr="00DB1C28">
        <w:tc>
          <w:tcPr>
            <w:tcW w:w="582" w:type="dxa"/>
          </w:tcPr>
          <w:p w14:paraId="012F7DBB" w14:textId="77777777" w:rsidR="00393433" w:rsidRPr="007D46FD" w:rsidRDefault="00393433" w:rsidP="007D46FD">
            <w:pPr>
              <w:bidi/>
              <w:rPr>
                <w:lang w:bidi="dv-MV"/>
              </w:rPr>
            </w:pPr>
            <w:r w:rsidRPr="007D46FD">
              <w:rPr>
                <w:lang w:bidi="dv-MV"/>
              </w:rPr>
              <w:t>75</w:t>
            </w:r>
          </w:p>
        </w:tc>
        <w:tc>
          <w:tcPr>
            <w:tcW w:w="1336" w:type="dxa"/>
            <w:vAlign w:val="center"/>
          </w:tcPr>
          <w:p w14:paraId="15F7135A" w14:textId="77777777" w:rsidR="00393433" w:rsidRPr="007D46FD" w:rsidRDefault="00393433" w:rsidP="007D46FD">
            <w:pPr>
              <w:bidi/>
              <w:rPr>
                <w:rtl/>
              </w:rPr>
            </w:pPr>
            <w:r w:rsidRPr="007D46FD">
              <w:rPr>
                <w:rStyle w:val="Strong"/>
                <w:rFonts w:ascii="Arial" w:hAnsi="Arial" w:hint="cs"/>
                <w:b w:val="0"/>
                <w:bCs/>
                <w:rtl/>
              </w:rPr>
              <w:t>الْوَهْمُ</w:t>
            </w:r>
          </w:p>
        </w:tc>
        <w:tc>
          <w:tcPr>
            <w:tcW w:w="3221" w:type="dxa"/>
            <w:vAlign w:val="center"/>
          </w:tcPr>
          <w:p w14:paraId="42AE21D0"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مُذَكَّرٌ</w:t>
            </w:r>
          </w:p>
        </w:tc>
        <w:tc>
          <w:tcPr>
            <w:tcW w:w="5224" w:type="dxa"/>
            <w:vAlign w:val="center"/>
          </w:tcPr>
          <w:p w14:paraId="2D53FDCB" w14:textId="77777777" w:rsidR="00393433" w:rsidRPr="007D46FD" w:rsidRDefault="00393433" w:rsidP="007D46FD">
            <w:pPr>
              <w:bidi/>
              <w:rPr>
                <w:rtl/>
              </w:rPr>
            </w:pPr>
            <w:r w:rsidRPr="007D46FD">
              <w:rPr>
                <w:rFonts w:hint="cs"/>
                <w:rtl/>
              </w:rPr>
              <w:t>اعْتِقَادٌ</w:t>
            </w:r>
            <w:r w:rsidRPr="007D46FD">
              <w:rPr>
                <w:rtl/>
              </w:rPr>
              <w:t xml:space="preserve"> </w:t>
            </w:r>
            <w:r w:rsidRPr="007D46FD">
              <w:rPr>
                <w:rFonts w:hint="cs"/>
                <w:rtl/>
              </w:rPr>
              <w:t>بَاطِلٌ</w:t>
            </w:r>
          </w:p>
        </w:tc>
      </w:tr>
      <w:tr w:rsidR="00F7762F" w:rsidRPr="007D46FD" w14:paraId="78CEA959" w14:textId="77777777" w:rsidTr="00DB1C28">
        <w:tc>
          <w:tcPr>
            <w:tcW w:w="582" w:type="dxa"/>
          </w:tcPr>
          <w:p w14:paraId="427D9A89" w14:textId="77777777" w:rsidR="00393433" w:rsidRPr="007D46FD" w:rsidRDefault="00393433" w:rsidP="007D46FD">
            <w:pPr>
              <w:bidi/>
              <w:rPr>
                <w:lang w:bidi="dv-MV"/>
              </w:rPr>
            </w:pPr>
            <w:r w:rsidRPr="007D46FD">
              <w:rPr>
                <w:lang w:bidi="dv-MV"/>
              </w:rPr>
              <w:t>76</w:t>
            </w:r>
          </w:p>
        </w:tc>
        <w:tc>
          <w:tcPr>
            <w:tcW w:w="1336" w:type="dxa"/>
            <w:vAlign w:val="center"/>
          </w:tcPr>
          <w:p w14:paraId="679E4632" w14:textId="77777777" w:rsidR="00393433" w:rsidRPr="007D46FD" w:rsidRDefault="00393433" w:rsidP="007D46FD">
            <w:pPr>
              <w:bidi/>
              <w:rPr>
                <w:rtl/>
              </w:rPr>
            </w:pPr>
            <w:r w:rsidRPr="007D46FD">
              <w:rPr>
                <w:rStyle w:val="Strong"/>
                <w:rFonts w:ascii="Arial" w:hAnsi="Arial" w:hint="cs"/>
                <w:b w:val="0"/>
                <w:bCs/>
                <w:rtl/>
              </w:rPr>
              <w:t>الْخُرَافَةُ</w:t>
            </w:r>
          </w:p>
        </w:tc>
        <w:tc>
          <w:tcPr>
            <w:tcW w:w="3221" w:type="dxa"/>
            <w:vAlign w:val="center"/>
          </w:tcPr>
          <w:p w14:paraId="3DF7D07E"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مُفْرَدٌ</w:t>
            </w:r>
            <w:r w:rsidRPr="007D46FD">
              <w:rPr>
                <w:rtl/>
              </w:rPr>
              <w:t xml:space="preserve"> </w:t>
            </w:r>
            <w:r w:rsidRPr="007D46FD">
              <w:rPr>
                <w:rFonts w:hint="cs"/>
                <w:rtl/>
              </w:rPr>
              <w:t>مُؤَنَّثٌ</w:t>
            </w:r>
          </w:p>
        </w:tc>
        <w:tc>
          <w:tcPr>
            <w:tcW w:w="5224" w:type="dxa"/>
            <w:vAlign w:val="center"/>
          </w:tcPr>
          <w:p w14:paraId="670653ED" w14:textId="77777777" w:rsidR="00393433" w:rsidRPr="007D46FD" w:rsidRDefault="00393433" w:rsidP="007D46FD">
            <w:pPr>
              <w:bidi/>
              <w:rPr>
                <w:rtl/>
              </w:rPr>
            </w:pPr>
            <w:r w:rsidRPr="007D46FD">
              <w:rPr>
                <w:rFonts w:hint="cs"/>
                <w:rtl/>
              </w:rPr>
              <w:t>أَمْرٌ</w:t>
            </w:r>
            <w:r w:rsidRPr="007D46FD">
              <w:rPr>
                <w:rtl/>
              </w:rPr>
              <w:t xml:space="preserve"> </w:t>
            </w:r>
            <w:r w:rsidRPr="007D46FD">
              <w:rPr>
                <w:rFonts w:hint="cs"/>
                <w:rtl/>
              </w:rPr>
              <w:t>بِلَا</w:t>
            </w:r>
            <w:r w:rsidRPr="007D46FD">
              <w:rPr>
                <w:rtl/>
              </w:rPr>
              <w:t xml:space="preserve"> </w:t>
            </w:r>
            <w:r w:rsidRPr="007D46FD">
              <w:rPr>
                <w:rFonts w:hint="cs"/>
                <w:rtl/>
              </w:rPr>
              <w:t>أَصْلٍ</w:t>
            </w:r>
          </w:p>
        </w:tc>
      </w:tr>
      <w:tr w:rsidR="00F7762F" w:rsidRPr="007D46FD" w14:paraId="1B704BBA" w14:textId="77777777" w:rsidTr="00DB1C28">
        <w:tc>
          <w:tcPr>
            <w:tcW w:w="582" w:type="dxa"/>
          </w:tcPr>
          <w:p w14:paraId="2B43BE02" w14:textId="77777777" w:rsidR="00393433" w:rsidRPr="007D46FD" w:rsidRDefault="00393433" w:rsidP="007D46FD">
            <w:pPr>
              <w:bidi/>
              <w:rPr>
                <w:lang w:bidi="dv-MV"/>
              </w:rPr>
            </w:pPr>
            <w:r w:rsidRPr="007D46FD">
              <w:rPr>
                <w:lang w:bidi="dv-MV"/>
              </w:rPr>
              <w:t>77</w:t>
            </w:r>
          </w:p>
        </w:tc>
        <w:tc>
          <w:tcPr>
            <w:tcW w:w="1336" w:type="dxa"/>
            <w:vAlign w:val="center"/>
          </w:tcPr>
          <w:p w14:paraId="60DD242C" w14:textId="77777777" w:rsidR="00393433" w:rsidRPr="007D46FD" w:rsidRDefault="00393433" w:rsidP="007D46FD">
            <w:pPr>
              <w:bidi/>
              <w:rPr>
                <w:rtl/>
              </w:rPr>
            </w:pPr>
            <w:r w:rsidRPr="007D46FD">
              <w:rPr>
                <w:rStyle w:val="Strong"/>
                <w:rFonts w:ascii="Arial" w:hAnsi="Arial" w:hint="cs"/>
                <w:b w:val="0"/>
                <w:bCs/>
                <w:rtl/>
              </w:rPr>
              <w:t>التَّعَلُّقُ</w:t>
            </w:r>
          </w:p>
        </w:tc>
        <w:tc>
          <w:tcPr>
            <w:tcW w:w="3221" w:type="dxa"/>
            <w:vAlign w:val="center"/>
          </w:tcPr>
          <w:p w14:paraId="1EC196D6"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03C443F9" w14:textId="77777777" w:rsidR="00393433" w:rsidRPr="007D46FD" w:rsidRDefault="00393433" w:rsidP="007D46FD">
            <w:pPr>
              <w:bidi/>
              <w:rPr>
                <w:rtl/>
              </w:rPr>
            </w:pPr>
            <w:r w:rsidRPr="007D46FD">
              <w:rPr>
                <w:rFonts w:hint="cs"/>
                <w:rtl/>
              </w:rPr>
              <w:t>الِارْتِبَاطُ</w:t>
            </w:r>
            <w:r w:rsidRPr="007D46FD">
              <w:rPr>
                <w:rtl/>
              </w:rPr>
              <w:t xml:space="preserve"> </w:t>
            </w:r>
            <w:r w:rsidRPr="007D46FD">
              <w:rPr>
                <w:rFonts w:hint="cs"/>
                <w:rtl/>
              </w:rPr>
              <w:t>القَلْبِيُّ</w:t>
            </w:r>
          </w:p>
        </w:tc>
      </w:tr>
      <w:tr w:rsidR="00F7762F" w:rsidRPr="007D46FD" w14:paraId="5B829A42" w14:textId="77777777" w:rsidTr="00DB1C28">
        <w:tc>
          <w:tcPr>
            <w:tcW w:w="582" w:type="dxa"/>
          </w:tcPr>
          <w:p w14:paraId="3E15CEC0" w14:textId="77777777" w:rsidR="00393433" w:rsidRPr="007D46FD" w:rsidRDefault="00393433" w:rsidP="007D46FD">
            <w:pPr>
              <w:bidi/>
              <w:rPr>
                <w:lang w:bidi="dv-MV"/>
              </w:rPr>
            </w:pPr>
            <w:r w:rsidRPr="007D46FD">
              <w:rPr>
                <w:lang w:bidi="dv-MV"/>
              </w:rPr>
              <w:t>78</w:t>
            </w:r>
          </w:p>
        </w:tc>
        <w:tc>
          <w:tcPr>
            <w:tcW w:w="1336" w:type="dxa"/>
            <w:vAlign w:val="center"/>
          </w:tcPr>
          <w:p w14:paraId="65A96DB8" w14:textId="77777777" w:rsidR="00393433" w:rsidRPr="007D46FD" w:rsidRDefault="00393433" w:rsidP="007D46FD">
            <w:pPr>
              <w:bidi/>
              <w:rPr>
                <w:rtl/>
              </w:rPr>
            </w:pPr>
            <w:r w:rsidRPr="007D46FD">
              <w:rPr>
                <w:rStyle w:val="Strong"/>
                <w:rFonts w:ascii="Arial" w:hAnsi="Arial" w:hint="cs"/>
                <w:b w:val="0"/>
                <w:bCs/>
                <w:rtl/>
              </w:rPr>
              <w:t>قَطْعُ</w:t>
            </w:r>
            <w:r w:rsidRPr="007D46FD">
              <w:rPr>
                <w:rStyle w:val="Strong"/>
                <w:rFonts w:ascii="MV Utheemu" w:hAnsi="MV Utheemu"/>
                <w:b w:val="0"/>
                <w:bCs/>
                <w:rtl/>
              </w:rPr>
              <w:t xml:space="preserve"> </w:t>
            </w:r>
            <w:r w:rsidRPr="007D46FD">
              <w:rPr>
                <w:rStyle w:val="Strong"/>
                <w:rFonts w:ascii="Arial" w:hAnsi="Arial" w:hint="cs"/>
                <w:b w:val="0"/>
                <w:bCs/>
                <w:rtl/>
              </w:rPr>
              <w:t>التَّعَلُّقِ</w:t>
            </w:r>
          </w:p>
        </w:tc>
        <w:tc>
          <w:tcPr>
            <w:tcW w:w="3221" w:type="dxa"/>
            <w:vAlign w:val="center"/>
          </w:tcPr>
          <w:p w14:paraId="2FE3211C" w14:textId="77777777" w:rsidR="00393433" w:rsidRPr="007D46FD" w:rsidRDefault="00393433" w:rsidP="007D46FD">
            <w:pPr>
              <w:bidi/>
              <w:rPr>
                <w:rtl/>
              </w:rPr>
            </w:pPr>
            <w:r w:rsidRPr="007D46FD">
              <w:rPr>
                <w:rFonts w:hint="cs"/>
                <w:rtl/>
              </w:rPr>
              <w:t>مُرَكَّبٌ</w:t>
            </w:r>
          </w:p>
        </w:tc>
        <w:tc>
          <w:tcPr>
            <w:tcW w:w="5224" w:type="dxa"/>
            <w:vAlign w:val="center"/>
          </w:tcPr>
          <w:p w14:paraId="3779ECEA" w14:textId="77777777" w:rsidR="00393433" w:rsidRPr="007D46FD" w:rsidRDefault="00393433" w:rsidP="007D46FD">
            <w:pPr>
              <w:bidi/>
              <w:rPr>
                <w:rtl/>
              </w:rPr>
            </w:pPr>
            <w:r w:rsidRPr="007D46FD">
              <w:rPr>
                <w:rFonts w:hint="cs"/>
                <w:rtl/>
              </w:rPr>
              <w:t>تَرْكُ</w:t>
            </w:r>
            <w:r w:rsidRPr="007D46FD">
              <w:rPr>
                <w:rtl/>
              </w:rPr>
              <w:t xml:space="preserve"> </w:t>
            </w:r>
            <w:r w:rsidRPr="007D46FD">
              <w:rPr>
                <w:rFonts w:hint="cs"/>
                <w:rtl/>
              </w:rPr>
              <w:t>الِاعْتِمَادِ</w:t>
            </w:r>
            <w:r w:rsidRPr="007D46FD">
              <w:rPr>
                <w:rtl/>
              </w:rPr>
              <w:t xml:space="preserve"> </w:t>
            </w:r>
            <w:r w:rsidRPr="007D46FD">
              <w:rPr>
                <w:rFonts w:hint="cs"/>
                <w:rtl/>
              </w:rPr>
              <w:t>عَلَى</w:t>
            </w:r>
            <w:r w:rsidRPr="007D46FD">
              <w:rPr>
                <w:rtl/>
              </w:rPr>
              <w:t xml:space="preserve"> </w:t>
            </w:r>
            <w:r w:rsidRPr="007D46FD">
              <w:rPr>
                <w:rFonts w:hint="cs"/>
                <w:rtl/>
              </w:rPr>
              <w:t>غَيْرِ</w:t>
            </w:r>
            <w:r w:rsidRPr="007D46FD">
              <w:rPr>
                <w:rtl/>
              </w:rPr>
              <w:t xml:space="preserve"> </w:t>
            </w:r>
            <w:r w:rsidRPr="007D46FD">
              <w:rPr>
                <w:rFonts w:hint="cs"/>
                <w:rtl/>
              </w:rPr>
              <w:t>اللَّهِ</w:t>
            </w:r>
          </w:p>
        </w:tc>
      </w:tr>
      <w:tr w:rsidR="00F7762F" w:rsidRPr="007D46FD" w14:paraId="0539DF9F" w14:textId="77777777" w:rsidTr="00DB1C28">
        <w:tc>
          <w:tcPr>
            <w:tcW w:w="582" w:type="dxa"/>
          </w:tcPr>
          <w:p w14:paraId="3C64BA3B" w14:textId="77777777" w:rsidR="00393433" w:rsidRPr="007D46FD" w:rsidRDefault="00393433" w:rsidP="007D46FD">
            <w:pPr>
              <w:bidi/>
              <w:rPr>
                <w:lang w:bidi="dv-MV"/>
              </w:rPr>
            </w:pPr>
            <w:r w:rsidRPr="007D46FD">
              <w:rPr>
                <w:lang w:bidi="dv-MV"/>
              </w:rPr>
              <w:t>79</w:t>
            </w:r>
          </w:p>
        </w:tc>
        <w:tc>
          <w:tcPr>
            <w:tcW w:w="1336" w:type="dxa"/>
            <w:vAlign w:val="center"/>
          </w:tcPr>
          <w:p w14:paraId="7F49449E" w14:textId="77777777" w:rsidR="00393433" w:rsidRPr="007D46FD" w:rsidRDefault="00393433" w:rsidP="007D46FD">
            <w:pPr>
              <w:bidi/>
              <w:rPr>
                <w:rtl/>
              </w:rPr>
            </w:pPr>
            <w:r w:rsidRPr="007D46FD">
              <w:rPr>
                <w:rStyle w:val="Strong"/>
                <w:rFonts w:ascii="Arial" w:hAnsi="Arial" w:hint="cs"/>
                <w:b w:val="0"/>
                <w:bCs/>
                <w:rtl/>
              </w:rPr>
              <w:t>التَّوَكُّلُ</w:t>
            </w:r>
          </w:p>
        </w:tc>
        <w:tc>
          <w:tcPr>
            <w:tcW w:w="3221" w:type="dxa"/>
            <w:vAlign w:val="center"/>
          </w:tcPr>
          <w:p w14:paraId="38DA63C6" w14:textId="77777777" w:rsidR="00393433" w:rsidRPr="007D46FD" w:rsidRDefault="00393433" w:rsidP="007D46FD">
            <w:pPr>
              <w:bidi/>
              <w:rPr>
                <w:rtl/>
              </w:rPr>
            </w:pPr>
            <w:r w:rsidRPr="007D46FD">
              <w:rPr>
                <w:rFonts w:hint="cs"/>
                <w:rtl/>
              </w:rPr>
              <w:t>اِسْمُ</w:t>
            </w:r>
            <w:r w:rsidRPr="007D46FD">
              <w:rPr>
                <w:rtl/>
              </w:rPr>
              <w:t xml:space="preserve"> </w:t>
            </w:r>
            <w:r w:rsidRPr="007D46FD">
              <w:rPr>
                <w:rFonts w:hint="cs"/>
                <w:rtl/>
              </w:rPr>
              <w:t>مَصْدَرٍ</w:t>
            </w:r>
          </w:p>
        </w:tc>
        <w:tc>
          <w:tcPr>
            <w:tcW w:w="5224" w:type="dxa"/>
            <w:vAlign w:val="center"/>
          </w:tcPr>
          <w:p w14:paraId="2D327EDE" w14:textId="77777777" w:rsidR="00393433" w:rsidRPr="007D46FD" w:rsidRDefault="00393433" w:rsidP="007D46FD">
            <w:pPr>
              <w:bidi/>
              <w:rPr>
                <w:rtl/>
              </w:rPr>
            </w:pPr>
            <w:r w:rsidRPr="007D46FD">
              <w:rPr>
                <w:rFonts w:hint="cs"/>
                <w:rtl/>
              </w:rPr>
              <w:t>الِاعْتِمَادُ</w:t>
            </w:r>
            <w:r w:rsidRPr="007D46FD">
              <w:rPr>
                <w:rtl/>
              </w:rPr>
              <w:t xml:space="preserve"> </w:t>
            </w:r>
            <w:r w:rsidRPr="007D46FD">
              <w:rPr>
                <w:rFonts w:hint="cs"/>
                <w:rtl/>
              </w:rPr>
              <w:t>عَلَى</w:t>
            </w:r>
            <w:r w:rsidRPr="007D46FD">
              <w:rPr>
                <w:rtl/>
              </w:rPr>
              <w:t xml:space="preserve"> </w:t>
            </w:r>
            <w:r w:rsidRPr="007D46FD">
              <w:rPr>
                <w:rFonts w:hint="cs"/>
                <w:rtl/>
              </w:rPr>
              <w:t>اللَّهِ</w:t>
            </w:r>
          </w:p>
        </w:tc>
      </w:tr>
      <w:tr w:rsidR="00F7762F" w:rsidRPr="007D46FD" w14:paraId="5FBF4BCF" w14:textId="77777777" w:rsidTr="00DB1C28">
        <w:trPr>
          <w:trHeight w:val="710"/>
        </w:trPr>
        <w:tc>
          <w:tcPr>
            <w:tcW w:w="582" w:type="dxa"/>
          </w:tcPr>
          <w:p w14:paraId="1844897E" w14:textId="77777777" w:rsidR="00393433" w:rsidRPr="007D46FD" w:rsidRDefault="00393433" w:rsidP="007D46FD">
            <w:pPr>
              <w:bidi/>
              <w:rPr>
                <w:lang w:bidi="dv-MV"/>
              </w:rPr>
            </w:pPr>
            <w:r w:rsidRPr="007D46FD">
              <w:rPr>
                <w:lang w:bidi="dv-MV"/>
              </w:rPr>
              <w:t>80</w:t>
            </w:r>
          </w:p>
        </w:tc>
        <w:tc>
          <w:tcPr>
            <w:tcW w:w="1336" w:type="dxa"/>
            <w:vAlign w:val="center"/>
          </w:tcPr>
          <w:p w14:paraId="185B5921" w14:textId="77777777" w:rsidR="00393433" w:rsidRPr="007D46FD" w:rsidRDefault="00393433" w:rsidP="007D46FD">
            <w:pPr>
              <w:bidi/>
              <w:rPr>
                <w:rtl/>
              </w:rPr>
            </w:pPr>
            <w:r w:rsidRPr="007D46FD">
              <w:rPr>
                <w:rStyle w:val="Strong"/>
                <w:rFonts w:ascii="Arial" w:hAnsi="Arial" w:hint="cs"/>
                <w:b w:val="0"/>
                <w:bCs/>
                <w:rtl/>
              </w:rPr>
              <w:t>صِدْقُ</w:t>
            </w:r>
            <w:r w:rsidRPr="007D46FD">
              <w:rPr>
                <w:rStyle w:val="Strong"/>
                <w:rFonts w:ascii="MV Utheemu" w:hAnsi="MV Utheemu"/>
                <w:b w:val="0"/>
                <w:bCs/>
                <w:rtl/>
              </w:rPr>
              <w:t xml:space="preserve"> </w:t>
            </w:r>
            <w:r w:rsidRPr="007D46FD">
              <w:rPr>
                <w:rStyle w:val="Strong"/>
                <w:rFonts w:ascii="Arial" w:hAnsi="Arial" w:hint="cs"/>
                <w:b w:val="0"/>
                <w:bCs/>
                <w:rtl/>
              </w:rPr>
              <w:t>التَّوَكُّلِ</w:t>
            </w:r>
          </w:p>
        </w:tc>
        <w:tc>
          <w:tcPr>
            <w:tcW w:w="3221" w:type="dxa"/>
            <w:vAlign w:val="center"/>
          </w:tcPr>
          <w:p w14:paraId="0376FCDE" w14:textId="77777777" w:rsidR="00393433" w:rsidRPr="007D46FD" w:rsidRDefault="00393433" w:rsidP="007D46FD">
            <w:pPr>
              <w:bidi/>
              <w:rPr>
                <w:rtl/>
              </w:rPr>
            </w:pPr>
            <w:r w:rsidRPr="007D46FD">
              <w:rPr>
                <w:rFonts w:hint="cs"/>
                <w:rtl/>
              </w:rPr>
              <w:t>مُرَكَّبٌ</w:t>
            </w:r>
          </w:p>
        </w:tc>
        <w:tc>
          <w:tcPr>
            <w:tcW w:w="5224" w:type="dxa"/>
            <w:vAlign w:val="center"/>
          </w:tcPr>
          <w:p w14:paraId="06CF74C5" w14:textId="77777777" w:rsidR="00393433" w:rsidRPr="007D46FD" w:rsidRDefault="00393433" w:rsidP="007D46FD">
            <w:pPr>
              <w:bidi/>
              <w:rPr>
                <w:rtl/>
              </w:rPr>
            </w:pPr>
            <w:r w:rsidRPr="007D46FD">
              <w:rPr>
                <w:rFonts w:hint="cs"/>
                <w:rtl/>
              </w:rPr>
              <w:t>كَمَالُ</w:t>
            </w:r>
            <w:r w:rsidRPr="007D46FD">
              <w:rPr>
                <w:rtl/>
              </w:rPr>
              <w:t xml:space="preserve"> </w:t>
            </w:r>
            <w:r w:rsidRPr="007D46FD">
              <w:rPr>
                <w:rFonts w:hint="cs"/>
                <w:rtl/>
              </w:rPr>
              <w:t>الِاعْتِمَادِ</w:t>
            </w:r>
            <w:r w:rsidRPr="007D46FD">
              <w:rPr>
                <w:rtl/>
              </w:rPr>
              <w:t xml:space="preserve"> </w:t>
            </w:r>
            <w:r w:rsidRPr="007D46FD">
              <w:rPr>
                <w:rFonts w:hint="cs"/>
                <w:rtl/>
              </w:rPr>
              <w:t>عَلَى</w:t>
            </w:r>
            <w:r w:rsidRPr="007D46FD">
              <w:rPr>
                <w:rtl/>
              </w:rPr>
              <w:t xml:space="preserve"> </w:t>
            </w:r>
            <w:r w:rsidRPr="007D46FD">
              <w:rPr>
                <w:rFonts w:hint="cs"/>
                <w:rtl/>
              </w:rPr>
              <w:t>اللَّهِ</w:t>
            </w:r>
          </w:p>
        </w:tc>
      </w:tr>
    </w:tbl>
    <w:p w14:paraId="3337C752" w14:textId="10D6098B" w:rsidR="00393433" w:rsidRPr="007D46FD" w:rsidRDefault="00393433" w:rsidP="007D46FD">
      <w:pPr>
        <w:bidi/>
        <w:rPr>
          <w:rFonts w:cs="KFGQPC Uthman Taha Naskh"/>
          <w:bCs/>
          <w:rtl/>
          <w:lang w:bidi="dv-MV"/>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Utheemu">
    <w:panose1 w:val="02000506050000020000"/>
    <w:charset w:val="00"/>
    <w:family w:val="auto"/>
    <w:pitch w:val="variable"/>
    <w:sig w:usb0="8000202F" w:usb1="8000200A" w:usb2="000001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font>
  <w:font w:name="Scheherazade New">
    <w:altName w:val="Arial"/>
    <w:panose1 w:val="01000600020000020003"/>
    <w:charset w:val="00"/>
    <w:family w:val="auto"/>
    <w:pitch w:val="variable"/>
    <w:sig w:usb0="800020EF" w:usb1="D200214B" w:usb2="08000028" w:usb3="00000000" w:csb0="00000041" w:csb1="00000000"/>
  </w:font>
  <w:font w:name="Noto Naskh Arabic">
    <w:altName w:val="Arial"/>
    <w:panose1 w:val="00000000000000000000"/>
    <w:charset w:val="00"/>
    <w:family w:val="auto"/>
    <w:pitch w:val="variable"/>
    <w:sig w:usb0="A000206F" w:usb1="8200204A" w:usb2="00000008" w:usb3="00000000" w:csb0="000000D3" w:csb1="00000000"/>
  </w:font>
  <w:font w:name="MV Boli">
    <w:panose1 w:val="02000500030200090000"/>
    <w:charset w:val="00"/>
    <w:family w:val="auto"/>
    <w:pitch w:val="variable"/>
    <w:sig w:usb0="00000003" w:usb1="00000000" w:usb2="00000100" w:usb3="00000000" w:csb0="00000001" w:csb1="00000000"/>
  </w:font>
  <w:font w:name="AGA Arabesque">
    <w:charset w:val="02"/>
    <w:family w:val="auto"/>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KFGQPC Arabic Symbols 01">
    <w:charset w:val="02"/>
    <w:family w:val="auto"/>
    <w:pitch w:val="variable"/>
    <w:sig w:usb0="00000000" w:usb1="10000000" w:usb2="00000000" w:usb3="00000000" w:csb0="80000000" w:csb1="00000000"/>
  </w:font>
  <w:font w:name="AK Rasmee">
    <w:panose1 w:val="02000500000000020004"/>
    <w:charset w:val="00"/>
    <w:family w:val="auto"/>
    <w:pitch w:val="variable"/>
    <w:sig w:usb0="00000003" w:usb1="00000000" w:usb2="00000100" w:usb3="00000000" w:csb0="00000001" w:csb1="00000000"/>
  </w:font>
  <w:font w:name="Utheemu-Randoo">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A Thuluth">
    <w:panose1 w:val="00000000000000000000"/>
    <w:charset w:val="00"/>
    <w:family w:val="auto"/>
    <w:pitch w:val="variable"/>
    <w:sig w:usb0="80002003" w:usb1="90000048" w:usb2="00000008" w:usb3="00000000" w:csb0="0000004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8253" w14:textId="7CAF268C" w:rsidR="001C09CB" w:rsidRPr="0077282A" w:rsidRDefault="009D6859" w:rsidP="0077282A">
    <w:pPr>
      <w:pStyle w:val="Footer"/>
      <w:rPr>
        <w:lang w:bidi="dv-MV"/>
      </w:rPr>
    </w:pPr>
    <w:r w:rsidRPr="00C94B4E">
      <w:rPr>
        <w:rFonts w:ascii="Segoe UI Symbol" w:hAnsi="Segoe UI Symbol" w:cs="Segoe UI Symbol"/>
        <w:noProof/>
        <w:color w:val="17365D" w:themeColor="text2" w:themeShade="BF"/>
      </w:rPr>
      <mc:AlternateContent>
        <mc:Choice Requires="wps">
          <w:drawing>
            <wp:anchor distT="0" distB="0" distL="114300" distR="114300" simplePos="0" relativeHeight="251661312" behindDoc="0" locked="0" layoutInCell="1" allowOverlap="1" wp14:anchorId="21DCA211" wp14:editId="6786B118">
              <wp:simplePos x="0" y="0"/>
              <wp:positionH relativeFrom="column">
                <wp:posOffset>2989948</wp:posOffset>
              </wp:positionH>
              <wp:positionV relativeFrom="paragraph">
                <wp:posOffset>-314442</wp:posOffset>
              </wp:positionV>
              <wp:extent cx="498264" cy="272415"/>
              <wp:effectExtent l="0" t="0" r="0" b="0"/>
              <wp:wrapNone/>
              <wp:docPr id="1357944652" name="Text Box 4"/>
              <wp:cNvGraphicFramePr/>
              <a:graphic xmlns:a="http://schemas.openxmlformats.org/drawingml/2006/main">
                <a:graphicData uri="http://schemas.microsoft.com/office/word/2010/wordprocessingShape">
                  <wps:wsp>
                    <wps:cNvSpPr txBox="1"/>
                    <wps:spPr>
                      <a:xfrm>
                        <a:off x="0" y="0"/>
                        <a:ext cx="498264" cy="272415"/>
                      </a:xfrm>
                      <a:prstGeom prst="rect">
                        <a:avLst/>
                      </a:prstGeom>
                      <a:noFill/>
                      <a:ln w="6350">
                        <a:noFill/>
                      </a:ln>
                    </wps:spPr>
                    <wps:txbx>
                      <w:txbxContent>
                        <w:bookmarkStart w:id="0" w:name="_Hlk216990852"/>
                        <w:bookmarkEnd w:id="0"/>
                        <w:p w14:paraId="21F958B2" w14:textId="17E0A264" w:rsidR="0077282A" w:rsidRPr="00580D33" w:rsidRDefault="0077282A" w:rsidP="009D6859">
                          <w:pPr>
                            <w:jc w:val="center"/>
                            <w:rPr>
                              <w:color w:val="002060"/>
                            </w:rPr>
                          </w:pPr>
                          <w:r w:rsidRPr="00580D33">
                            <w:rPr>
                              <w:color w:val="002060"/>
                            </w:rPr>
                            <w:fldChar w:fldCharType="begin"/>
                          </w:r>
                          <w:r w:rsidRPr="00580D33">
                            <w:rPr>
                              <w:color w:val="002060"/>
                            </w:rPr>
                            <w:instrText>PAGE</w:instrText>
                          </w:r>
                          <w:r w:rsidRPr="00580D33">
                            <w:rPr>
                              <w:color w:val="002060"/>
                            </w:rPr>
                            <w:fldChar w:fldCharType="separate"/>
                          </w:r>
                          <w:r w:rsidRPr="00580D33">
                            <w:rPr>
                              <w:color w:val="002060"/>
                            </w:rPr>
                            <w:t>3</w:t>
                          </w:r>
                          <w:r w:rsidRPr="00580D33">
                            <w:rPr>
                              <w:color w:val="00206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CA211" id="_x0000_t202" coordsize="21600,21600" o:spt="202" path="m,l,21600r21600,l21600,xe">
              <v:stroke joinstyle="miter"/>
              <v:path gradientshapeok="t" o:connecttype="rect"/>
            </v:shapetype>
            <v:shape id="Text Box 4" o:spid="_x0000_s1026" type="#_x0000_t202" style="position:absolute;margin-left:235.45pt;margin-top:-24.75pt;width:39.2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" filled="f" stroked="f" strokeweight=".5pt">
              <v:textbox>
                <w:txbxContent>
                  <w:bookmarkStart w:id="1" w:name="_Hlk216990852"/>
                  <w:bookmarkEnd w:id="1"/>
                  <w:p w14:paraId="21F958B2" w14:textId="17E0A264" w:rsidR="0077282A" w:rsidRPr="00580D33" w:rsidRDefault="0077282A" w:rsidP="009D6859">
                    <w:pPr>
                      <w:jc w:val="center"/>
                      <w:rPr>
                        <w:color w:val="002060"/>
                      </w:rPr>
                    </w:pPr>
                    <w:r w:rsidRPr="00580D33">
                      <w:rPr>
                        <w:color w:val="002060"/>
                      </w:rPr>
                      <w:fldChar w:fldCharType="begin"/>
                    </w:r>
                    <w:r w:rsidRPr="00580D33">
                      <w:rPr>
                        <w:color w:val="002060"/>
                      </w:rPr>
                      <w:instrText>PAGE</w:instrText>
                    </w:r>
                    <w:r w:rsidRPr="00580D33">
                      <w:rPr>
                        <w:color w:val="002060"/>
                      </w:rPr>
                      <w:fldChar w:fldCharType="separate"/>
                    </w:r>
                    <w:r w:rsidRPr="00580D33">
                      <w:rPr>
                        <w:color w:val="002060"/>
                      </w:rPr>
                      <w:t>3</w:t>
                    </w:r>
                    <w:r w:rsidRPr="00580D33">
                      <w:rPr>
                        <w:color w:val="002060"/>
                      </w:rPr>
                      <w:fldChar w:fldCharType="end"/>
                    </w:r>
                  </w:p>
                </w:txbxContent>
              </v:textbox>
            </v:shape>
          </w:pict>
        </mc:Fallback>
      </mc:AlternateContent>
    </w:r>
    <w:r w:rsidR="00DE510E" w:rsidRPr="00C94B4E">
      <w:rPr>
        <w:rFonts w:ascii="Segoe UI Symbol" w:hAnsi="Segoe UI Symbol" w:cs="Segoe UI Symbol"/>
        <w:noProof/>
        <w:color w:val="17365D" w:themeColor="text2" w:themeShade="BF"/>
      </w:rPr>
      <mc:AlternateContent>
        <mc:Choice Requires="wps">
          <w:drawing>
            <wp:anchor distT="0" distB="0" distL="114300" distR="114300" simplePos="0" relativeHeight="251662336" behindDoc="0" locked="0" layoutInCell="1" allowOverlap="1" wp14:anchorId="2C9CA40C" wp14:editId="388397DB">
              <wp:simplePos x="0" y="0"/>
              <wp:positionH relativeFrom="column">
                <wp:posOffset>2888971</wp:posOffset>
              </wp:positionH>
              <wp:positionV relativeFrom="paragraph">
                <wp:posOffset>-382270</wp:posOffset>
              </wp:positionV>
              <wp:extent cx="241935" cy="395605"/>
              <wp:effectExtent l="0" t="0" r="0" b="4445"/>
              <wp:wrapNone/>
              <wp:docPr id="1048212160" name="Text Box 4"/>
              <wp:cNvGraphicFramePr/>
              <a:graphic xmlns:a="http://schemas.openxmlformats.org/drawingml/2006/main">
                <a:graphicData uri="http://schemas.microsoft.com/office/word/2010/wordprocessingShape">
                  <wps:wsp>
                    <wps:cNvSpPr txBox="1"/>
                    <wps:spPr>
                      <a:xfrm>
                        <a:off x="0" y="0"/>
                        <a:ext cx="241935" cy="395605"/>
                      </a:xfrm>
                      <a:prstGeom prst="rect">
                        <a:avLst/>
                      </a:prstGeom>
                      <a:noFill/>
                      <a:ln w="6350">
                        <a:noFill/>
                      </a:ln>
                    </wps:spPr>
                    <wps:txbx>
                      <w:txbxContent>
                        <w:p w14:paraId="32E8A471" w14:textId="7AB4CAB7" w:rsidR="0077282A" w:rsidRPr="00580D33" w:rsidRDefault="00DE510E" w:rsidP="0077282A">
                          <w:pPr>
                            <w:jc w:val="center"/>
                            <w:rPr>
                              <w:color w:val="002060"/>
                            </w:rPr>
                          </w:pPr>
                          <w:r>
                            <w:rPr>
                              <w:rFonts w:ascii="Segoe UI Symbol" w:hAnsi="Segoe UI Symbol" w:cs="MV Boli" w:hint="cs"/>
                              <w:color w:val="002060"/>
                              <w:sz w:val="44"/>
                              <w:szCs w:val="40"/>
                              <w:lang w:bidi="dv-MV"/>
                            </w:rPr>
                            <w:sym w:font="AGA Arabesque" w:char="F02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A40C" id="_x0000_s1027" type="#_x0000_t202" style="position:absolute;margin-left:227.5pt;margin-top:-30.1pt;width:19.05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5wGAIAADI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" filled="f" stroked="f" strokeweight=".5pt">
              <v:textbox>
                <w:txbxContent>
                  <w:p w14:paraId="32E8A471" w14:textId="7AB4CAB7" w:rsidR="0077282A" w:rsidRPr="00580D33" w:rsidRDefault="00DE510E" w:rsidP="0077282A">
                    <w:pPr>
                      <w:jc w:val="center"/>
                      <w:rPr>
                        <w:color w:val="002060"/>
                      </w:rPr>
                    </w:pPr>
                    <w:r>
                      <w:rPr>
                        <w:rFonts w:ascii="Segoe UI Symbol" w:hAnsi="Segoe UI Symbol" w:cs="MV Boli" w:hint="cs"/>
                        <w:color w:val="002060"/>
                        <w:sz w:val="44"/>
                        <w:szCs w:val="40"/>
                        <w:lang w:bidi="dv-MV"/>
                      </w:rPr>
                      <w:sym w:font="AGA Arabesque" w:char="F028"/>
                    </w:r>
                  </w:p>
                </w:txbxContent>
              </v:textbox>
            </v:shape>
          </w:pict>
        </mc:Fallback>
      </mc:AlternateContent>
    </w:r>
    <w:r w:rsidR="00DE510E" w:rsidRPr="00C94B4E">
      <w:rPr>
        <w:rFonts w:ascii="Segoe UI Symbol" w:hAnsi="Segoe UI Symbol" w:cs="Segoe UI Symbol"/>
        <w:noProof/>
        <w:color w:val="17365D" w:themeColor="text2" w:themeShade="BF"/>
      </w:rPr>
      <mc:AlternateContent>
        <mc:Choice Requires="wps">
          <w:drawing>
            <wp:anchor distT="0" distB="0" distL="114300" distR="114300" simplePos="0" relativeHeight="251663360" behindDoc="0" locked="0" layoutInCell="1" allowOverlap="1" wp14:anchorId="3EE7A603" wp14:editId="2555502C">
              <wp:simplePos x="0" y="0"/>
              <wp:positionH relativeFrom="column">
                <wp:posOffset>3283585</wp:posOffset>
              </wp:positionH>
              <wp:positionV relativeFrom="paragraph">
                <wp:posOffset>-382270</wp:posOffset>
              </wp:positionV>
              <wp:extent cx="267970" cy="395605"/>
              <wp:effectExtent l="0" t="0" r="0" b="4445"/>
              <wp:wrapNone/>
              <wp:docPr id="1448751521" name="Text Box 4"/>
              <wp:cNvGraphicFramePr/>
              <a:graphic xmlns:a="http://schemas.openxmlformats.org/drawingml/2006/main">
                <a:graphicData uri="http://schemas.microsoft.com/office/word/2010/wordprocessingShape">
                  <wps:wsp>
                    <wps:cNvSpPr txBox="1"/>
                    <wps:spPr>
                      <a:xfrm>
                        <a:off x="0" y="0"/>
                        <a:ext cx="267970" cy="395605"/>
                      </a:xfrm>
                      <a:prstGeom prst="rect">
                        <a:avLst/>
                      </a:prstGeom>
                      <a:noFill/>
                      <a:ln w="6350">
                        <a:noFill/>
                      </a:ln>
                    </wps:spPr>
                    <wps:txbx>
                      <w:txbxContent>
                        <w:p w14:paraId="5A48B8DC" w14:textId="2D0C825B" w:rsidR="0077282A" w:rsidRPr="00580D33" w:rsidRDefault="00DE510E" w:rsidP="0077282A">
                          <w:pPr>
                            <w:jc w:val="center"/>
                            <w:rPr>
                              <w:color w:val="002060"/>
                            </w:rPr>
                          </w:pPr>
                          <w:r>
                            <w:rPr>
                              <w:rFonts w:ascii="Segoe UI Symbol" w:hAnsi="Segoe UI Symbol" w:cs="MV Boli" w:hint="cs"/>
                              <w:color w:val="002060"/>
                              <w:sz w:val="44"/>
                              <w:szCs w:val="40"/>
                              <w:lang w:bidi="dv-MV"/>
                            </w:rPr>
                            <w:sym w:font="AGA Arabesque" w:char="F02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603" id="_x0000_s1028" type="#_x0000_t202" style="position:absolute;margin-left:258.55pt;margin-top:-30.1pt;width:21.1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gNGgIAADI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" filled="f" stroked="f" strokeweight=".5pt">
              <v:textbox>
                <w:txbxContent>
                  <w:p w14:paraId="5A48B8DC" w14:textId="2D0C825B" w:rsidR="0077282A" w:rsidRPr="00580D33" w:rsidRDefault="00DE510E" w:rsidP="0077282A">
                    <w:pPr>
                      <w:jc w:val="center"/>
                      <w:rPr>
                        <w:color w:val="002060"/>
                      </w:rPr>
                    </w:pPr>
                    <w:r>
                      <w:rPr>
                        <w:rFonts w:ascii="Segoe UI Symbol" w:hAnsi="Segoe UI Symbol" w:cs="MV Boli" w:hint="cs"/>
                        <w:color w:val="002060"/>
                        <w:sz w:val="44"/>
                        <w:szCs w:val="40"/>
                        <w:lang w:bidi="dv-MV"/>
                      </w:rPr>
                      <w:sym w:font="AGA Arabesque" w:char="F029"/>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A3B14" w14:textId="77777777" w:rsidR="0042073C" w:rsidRDefault="0042073C">
      <w:pPr>
        <w:spacing w:after="0" w:line="240" w:lineRule="auto"/>
      </w:pPr>
      <w:r>
        <w:separator/>
      </w:r>
    </w:p>
  </w:footnote>
  <w:footnote w:type="continuationSeparator" w:id="0">
    <w:p w14:paraId="5C4D8D2F" w14:textId="77777777" w:rsidR="0042073C" w:rsidRDefault="00420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CF40" w14:textId="2EB81F91" w:rsidR="0092015B" w:rsidRPr="0092015B" w:rsidRDefault="00035A42" w:rsidP="0092015B">
    <w:pPr>
      <w:pStyle w:val="Header"/>
      <w:jc w:val="center"/>
      <w:rPr>
        <w:rFonts w:cs="MV Boli"/>
        <w:color w:val="DBE5F1" w:themeColor="accent1" w:themeTint="33"/>
        <w:u w:val="single"/>
        <w:lang w:bidi="dv-MV"/>
      </w:rPr>
    </w:pPr>
    <w:r w:rsidRPr="00021634">
      <w:rPr>
        <w:noProof/>
        <w:color w:val="DBE5F1" w:themeColor="accent1" w:themeTint="33"/>
        <w:u w:val="single"/>
      </w:rPr>
      <w:drawing>
        <wp:inline distT="0" distB="0" distL="0" distR="0" wp14:anchorId="5DC88315" wp14:editId="7059AE71">
          <wp:extent cx="1304925" cy="276225"/>
          <wp:effectExtent l="0" t="0" r="0" b="0"/>
          <wp:docPr id="390415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78832"/>
                  <a:stretch>
                    <a:fillRect/>
                  </a:stretch>
                </pic:blipFill>
                <pic:spPr bwMode="auto">
                  <a:xfrm>
                    <a:off x="0" y="0"/>
                    <a:ext cx="1304925" cy="2762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294D" w14:textId="6AFC5AF3" w:rsidR="002529B7" w:rsidRDefault="001953B9" w:rsidP="00035A42">
    <w:pPr>
      <w:pStyle w:val="Header"/>
      <w:tabs>
        <w:tab w:val="center" w:pos="4320"/>
        <w:tab w:val="left" w:pos="5910"/>
      </w:tabs>
      <w:rPr>
        <w:rFonts w:cs="MV Boli"/>
        <w:rtl/>
        <w:lang w:bidi="dv-MV"/>
      </w:rPr>
    </w:pPr>
    <w:r>
      <w:rPr>
        <w:noProof/>
      </w:rPr>
      <mc:AlternateContent>
        <mc:Choice Requires="wps">
          <w:drawing>
            <wp:anchor distT="0" distB="0" distL="114300" distR="114300" simplePos="0" relativeHeight="251659264" behindDoc="0" locked="0" layoutInCell="1" allowOverlap="1" wp14:anchorId="6E3A11D6" wp14:editId="43E5E319">
              <wp:simplePos x="0" y="0"/>
              <wp:positionH relativeFrom="column">
                <wp:posOffset>-23009</wp:posOffset>
              </wp:positionH>
              <wp:positionV relativeFrom="paragraph">
                <wp:posOffset>1240971</wp:posOffset>
              </wp:positionV>
              <wp:extent cx="6377049" cy="0"/>
              <wp:effectExtent l="0" t="0" r="0" b="0"/>
              <wp:wrapNone/>
              <wp:docPr id="806983992" name="Straight Connector 1"/>
              <wp:cNvGraphicFramePr/>
              <a:graphic xmlns:a="http://schemas.openxmlformats.org/drawingml/2006/main">
                <a:graphicData uri="http://schemas.microsoft.com/office/word/2010/wordprocessingShape">
                  <wps:wsp>
                    <wps:cNvCnPr/>
                    <wps:spPr>
                      <a:xfrm>
                        <a:off x="0" y="0"/>
                        <a:ext cx="6377049" cy="0"/>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57FB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7.7pt" to="500.3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" strokecolor="#795d9b [3047]"/>
          </w:pict>
        </mc:Fallback>
      </mc:AlternateContent>
    </w:r>
    <w:r w:rsidR="00035A42">
      <w:tab/>
    </w:r>
    <w:r w:rsidR="00035A42">
      <w:tab/>
    </w:r>
    <w:r w:rsidR="008537D8">
      <w:rPr>
        <w:noProof/>
      </w:rPr>
      <w:drawing>
        <wp:inline distT="0" distB="0" distL="0" distR="0" wp14:anchorId="33D24E04" wp14:editId="1F04C383">
          <wp:extent cx="1323975" cy="1323975"/>
          <wp:effectExtent l="0" t="0" r="0" b="0"/>
          <wp:docPr id="1971087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039947E" w14:textId="77777777" w:rsidR="0092015B" w:rsidRPr="0092015B" w:rsidRDefault="0092015B" w:rsidP="00035A42">
    <w:pPr>
      <w:pStyle w:val="Header"/>
      <w:tabs>
        <w:tab w:val="center" w:pos="4320"/>
        <w:tab w:val="left" w:pos="5910"/>
      </w:tabs>
      <w:rPr>
        <w:rFonts w:cs="MV Boli"/>
        <w:lang w:bidi="dv-M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0D71F8"/>
    <w:multiLevelType w:val="hybridMultilevel"/>
    <w:tmpl w:val="2090A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52458"/>
    <w:multiLevelType w:val="multilevel"/>
    <w:tmpl w:val="1AF6C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8744F5"/>
    <w:multiLevelType w:val="hybridMultilevel"/>
    <w:tmpl w:val="6F22FD6E"/>
    <w:lvl w:ilvl="0" w:tplc="177099F6">
      <w:numFmt w:val="bullet"/>
      <w:lvlText w:val="-"/>
      <w:lvlJc w:val="left"/>
      <w:pPr>
        <w:ind w:left="435" w:hanging="36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A1BE2"/>
    <w:multiLevelType w:val="hybridMultilevel"/>
    <w:tmpl w:val="B0CC026C"/>
    <w:lvl w:ilvl="0" w:tplc="A0461C0E">
      <w:numFmt w:val="bullet"/>
      <w:lvlText w:val="-"/>
      <w:lvlJc w:val="left"/>
      <w:pPr>
        <w:ind w:left="720" w:hanging="36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B363A"/>
    <w:multiLevelType w:val="multilevel"/>
    <w:tmpl w:val="12B4C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A0811"/>
    <w:multiLevelType w:val="hybridMultilevel"/>
    <w:tmpl w:val="65F8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32830"/>
    <w:multiLevelType w:val="hybridMultilevel"/>
    <w:tmpl w:val="B2DC5A20"/>
    <w:lvl w:ilvl="0" w:tplc="A0461C0E">
      <w:numFmt w:val="bullet"/>
      <w:lvlText w:val="-"/>
      <w:lvlJc w:val="left"/>
      <w:pPr>
        <w:ind w:left="720" w:hanging="36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13E1E"/>
    <w:multiLevelType w:val="multilevel"/>
    <w:tmpl w:val="A7481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E035E4"/>
    <w:multiLevelType w:val="multilevel"/>
    <w:tmpl w:val="36A83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6244DA"/>
    <w:multiLevelType w:val="multilevel"/>
    <w:tmpl w:val="4D16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BE00C8"/>
    <w:multiLevelType w:val="hybridMultilevel"/>
    <w:tmpl w:val="3AD45D48"/>
    <w:lvl w:ilvl="0" w:tplc="1EA89706">
      <w:numFmt w:val="bullet"/>
      <w:lvlText w:val="•"/>
      <w:lvlJc w:val="left"/>
      <w:pPr>
        <w:ind w:left="1080" w:hanging="72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A6A29"/>
    <w:multiLevelType w:val="hybridMultilevel"/>
    <w:tmpl w:val="04FA417C"/>
    <w:lvl w:ilvl="0" w:tplc="A0461C0E">
      <w:numFmt w:val="bullet"/>
      <w:lvlText w:val="-"/>
      <w:lvlJc w:val="left"/>
      <w:pPr>
        <w:ind w:left="720" w:hanging="36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F1496"/>
    <w:multiLevelType w:val="hybridMultilevel"/>
    <w:tmpl w:val="234A3F64"/>
    <w:lvl w:ilvl="0" w:tplc="177099F6">
      <w:numFmt w:val="bullet"/>
      <w:lvlText w:val="-"/>
      <w:lvlJc w:val="left"/>
      <w:pPr>
        <w:ind w:left="435" w:hanging="360"/>
      </w:pPr>
      <w:rPr>
        <w:rFonts w:ascii="MV Utheemu" w:eastAsiaTheme="minorEastAsia" w:hAnsi="MV Utheemu" w:cs="MV Utheemu"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15:restartNumberingAfterBreak="0">
    <w:nsid w:val="6BE920F0"/>
    <w:multiLevelType w:val="hybridMultilevel"/>
    <w:tmpl w:val="485C5D92"/>
    <w:lvl w:ilvl="0" w:tplc="973A2D54">
      <w:numFmt w:val="bullet"/>
      <w:lvlText w:val="•"/>
      <w:lvlJc w:val="left"/>
      <w:pPr>
        <w:ind w:left="1080" w:hanging="720"/>
      </w:pPr>
      <w:rPr>
        <w:rFonts w:ascii="MV Utheemu" w:eastAsiaTheme="minorEastAsia" w:hAnsi="MV Utheemu" w:cs="MV Utheem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F05C6"/>
    <w:multiLevelType w:val="multilevel"/>
    <w:tmpl w:val="386E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3103538">
    <w:abstractNumId w:val="8"/>
  </w:num>
  <w:num w:numId="2" w16cid:durableId="1998655918">
    <w:abstractNumId w:val="6"/>
  </w:num>
  <w:num w:numId="3" w16cid:durableId="2078160930">
    <w:abstractNumId w:val="5"/>
  </w:num>
  <w:num w:numId="4" w16cid:durableId="756947218">
    <w:abstractNumId w:val="4"/>
  </w:num>
  <w:num w:numId="5" w16cid:durableId="227964719">
    <w:abstractNumId w:val="7"/>
  </w:num>
  <w:num w:numId="6" w16cid:durableId="555358032">
    <w:abstractNumId w:val="3"/>
  </w:num>
  <w:num w:numId="7" w16cid:durableId="1550071030">
    <w:abstractNumId w:val="2"/>
  </w:num>
  <w:num w:numId="8" w16cid:durableId="1472212482">
    <w:abstractNumId w:val="1"/>
  </w:num>
  <w:num w:numId="9" w16cid:durableId="435296483">
    <w:abstractNumId w:val="0"/>
  </w:num>
  <w:num w:numId="10" w16cid:durableId="421802121">
    <w:abstractNumId w:val="17"/>
  </w:num>
  <w:num w:numId="11" w16cid:durableId="1253776656">
    <w:abstractNumId w:val="10"/>
  </w:num>
  <w:num w:numId="12" w16cid:durableId="496189099">
    <w:abstractNumId w:val="16"/>
  </w:num>
  <w:num w:numId="13" w16cid:durableId="640308965">
    <w:abstractNumId w:val="15"/>
  </w:num>
  <w:num w:numId="14" w16cid:durableId="1905871796">
    <w:abstractNumId w:val="9"/>
  </w:num>
  <w:num w:numId="15" w16cid:durableId="496313219">
    <w:abstractNumId w:val="13"/>
  </w:num>
  <w:num w:numId="16" w16cid:durableId="2032762403">
    <w:abstractNumId w:val="18"/>
  </w:num>
  <w:num w:numId="17" w16cid:durableId="525220307">
    <w:abstractNumId w:val="12"/>
  </w:num>
  <w:num w:numId="18" w16cid:durableId="1670019797">
    <w:abstractNumId w:val="21"/>
  </w:num>
  <w:num w:numId="19" w16cid:durableId="251134832">
    <w:abstractNumId w:val="23"/>
  </w:num>
  <w:num w:numId="20" w16cid:durableId="462968604">
    <w:abstractNumId w:val="11"/>
  </w:num>
  <w:num w:numId="21" w16cid:durableId="632947970">
    <w:abstractNumId w:val="22"/>
  </w:num>
  <w:num w:numId="22" w16cid:durableId="66848381">
    <w:abstractNumId w:val="14"/>
  </w:num>
  <w:num w:numId="23" w16cid:durableId="1791506432">
    <w:abstractNumId w:val="19"/>
  </w:num>
  <w:num w:numId="24" w16cid:durableId="211716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55AF"/>
    <w:rsid w:val="00016228"/>
    <w:rsid w:val="000206F3"/>
    <w:rsid w:val="00021634"/>
    <w:rsid w:val="00024BD7"/>
    <w:rsid w:val="000255CF"/>
    <w:rsid w:val="00026E69"/>
    <w:rsid w:val="00034616"/>
    <w:rsid w:val="00035A42"/>
    <w:rsid w:val="00041E14"/>
    <w:rsid w:val="00042E4F"/>
    <w:rsid w:val="000516F5"/>
    <w:rsid w:val="000546B9"/>
    <w:rsid w:val="0006032A"/>
    <w:rsid w:val="0006063C"/>
    <w:rsid w:val="00065CCF"/>
    <w:rsid w:val="00071555"/>
    <w:rsid w:val="00074B01"/>
    <w:rsid w:val="00075028"/>
    <w:rsid w:val="00075B8A"/>
    <w:rsid w:val="00080DCC"/>
    <w:rsid w:val="00081366"/>
    <w:rsid w:val="00082570"/>
    <w:rsid w:val="000944B7"/>
    <w:rsid w:val="00097074"/>
    <w:rsid w:val="000A37C0"/>
    <w:rsid w:val="000A4E5D"/>
    <w:rsid w:val="000B3748"/>
    <w:rsid w:val="000B5182"/>
    <w:rsid w:val="000B60DB"/>
    <w:rsid w:val="000B7789"/>
    <w:rsid w:val="000C4A7A"/>
    <w:rsid w:val="000D2810"/>
    <w:rsid w:val="000D7165"/>
    <w:rsid w:val="000E0FFE"/>
    <w:rsid w:val="000E4489"/>
    <w:rsid w:val="000F327F"/>
    <w:rsid w:val="000F735A"/>
    <w:rsid w:val="00103163"/>
    <w:rsid w:val="00120DCD"/>
    <w:rsid w:val="001277D3"/>
    <w:rsid w:val="00141866"/>
    <w:rsid w:val="0015074B"/>
    <w:rsid w:val="001527EF"/>
    <w:rsid w:val="0015416B"/>
    <w:rsid w:val="0016349A"/>
    <w:rsid w:val="00163CBD"/>
    <w:rsid w:val="00172254"/>
    <w:rsid w:val="00187EC1"/>
    <w:rsid w:val="0019093A"/>
    <w:rsid w:val="001953B9"/>
    <w:rsid w:val="001A022F"/>
    <w:rsid w:val="001A66C7"/>
    <w:rsid w:val="001B1B25"/>
    <w:rsid w:val="001B23A3"/>
    <w:rsid w:val="001B524E"/>
    <w:rsid w:val="001B6C70"/>
    <w:rsid w:val="001C09CB"/>
    <w:rsid w:val="001C2085"/>
    <w:rsid w:val="001C4188"/>
    <w:rsid w:val="001C531A"/>
    <w:rsid w:val="001C6678"/>
    <w:rsid w:val="001C6F68"/>
    <w:rsid w:val="001D0CB4"/>
    <w:rsid w:val="001D6CED"/>
    <w:rsid w:val="001E1C42"/>
    <w:rsid w:val="001E4105"/>
    <w:rsid w:val="001E6A07"/>
    <w:rsid w:val="001F1757"/>
    <w:rsid w:val="001F4EE0"/>
    <w:rsid w:val="001F4F9D"/>
    <w:rsid w:val="0020532E"/>
    <w:rsid w:val="00211D90"/>
    <w:rsid w:val="002203A5"/>
    <w:rsid w:val="0022169F"/>
    <w:rsid w:val="00227C97"/>
    <w:rsid w:val="00233AF2"/>
    <w:rsid w:val="00234FE9"/>
    <w:rsid w:val="00237281"/>
    <w:rsid w:val="00237791"/>
    <w:rsid w:val="002400D5"/>
    <w:rsid w:val="0024163B"/>
    <w:rsid w:val="00250808"/>
    <w:rsid w:val="0025257B"/>
    <w:rsid w:val="002529B7"/>
    <w:rsid w:val="002543B1"/>
    <w:rsid w:val="002547F4"/>
    <w:rsid w:val="00260B04"/>
    <w:rsid w:val="002740C8"/>
    <w:rsid w:val="0029639D"/>
    <w:rsid w:val="002B34BF"/>
    <w:rsid w:val="002B7ADE"/>
    <w:rsid w:val="002C2A2B"/>
    <w:rsid w:val="002D035F"/>
    <w:rsid w:val="002D5576"/>
    <w:rsid w:val="002E35BF"/>
    <w:rsid w:val="002E5E49"/>
    <w:rsid w:val="002E6084"/>
    <w:rsid w:val="002E644B"/>
    <w:rsid w:val="002F3530"/>
    <w:rsid w:val="002F4CCB"/>
    <w:rsid w:val="002F505D"/>
    <w:rsid w:val="00304FD7"/>
    <w:rsid w:val="00306735"/>
    <w:rsid w:val="00312319"/>
    <w:rsid w:val="00315227"/>
    <w:rsid w:val="0032062E"/>
    <w:rsid w:val="0032144D"/>
    <w:rsid w:val="00321967"/>
    <w:rsid w:val="00321A33"/>
    <w:rsid w:val="00326F90"/>
    <w:rsid w:val="0033043D"/>
    <w:rsid w:val="00337864"/>
    <w:rsid w:val="00340523"/>
    <w:rsid w:val="00347874"/>
    <w:rsid w:val="003532EC"/>
    <w:rsid w:val="003600D0"/>
    <w:rsid w:val="0036440E"/>
    <w:rsid w:val="003668BA"/>
    <w:rsid w:val="00371189"/>
    <w:rsid w:val="00375F0D"/>
    <w:rsid w:val="003907A9"/>
    <w:rsid w:val="00393433"/>
    <w:rsid w:val="00395523"/>
    <w:rsid w:val="00397AE0"/>
    <w:rsid w:val="003A3D25"/>
    <w:rsid w:val="003B22AD"/>
    <w:rsid w:val="003C086A"/>
    <w:rsid w:val="003C2DE9"/>
    <w:rsid w:val="003C573D"/>
    <w:rsid w:val="003D0859"/>
    <w:rsid w:val="003D12CA"/>
    <w:rsid w:val="003D74BE"/>
    <w:rsid w:val="003E14F4"/>
    <w:rsid w:val="003E664B"/>
    <w:rsid w:val="003F450E"/>
    <w:rsid w:val="003F7426"/>
    <w:rsid w:val="0040149D"/>
    <w:rsid w:val="004016F3"/>
    <w:rsid w:val="00402322"/>
    <w:rsid w:val="00402421"/>
    <w:rsid w:val="00406D76"/>
    <w:rsid w:val="0041136E"/>
    <w:rsid w:val="0041673D"/>
    <w:rsid w:val="0042073C"/>
    <w:rsid w:val="00425BB8"/>
    <w:rsid w:val="00427672"/>
    <w:rsid w:val="00433A75"/>
    <w:rsid w:val="0043721C"/>
    <w:rsid w:val="00441CD9"/>
    <w:rsid w:val="00451A33"/>
    <w:rsid w:val="0045208A"/>
    <w:rsid w:val="0045445B"/>
    <w:rsid w:val="004653B7"/>
    <w:rsid w:val="004662E1"/>
    <w:rsid w:val="0047378B"/>
    <w:rsid w:val="0047558B"/>
    <w:rsid w:val="0047576C"/>
    <w:rsid w:val="00477E1A"/>
    <w:rsid w:val="00481E43"/>
    <w:rsid w:val="004836EA"/>
    <w:rsid w:val="0048443C"/>
    <w:rsid w:val="004850DB"/>
    <w:rsid w:val="004A2262"/>
    <w:rsid w:val="004B0C27"/>
    <w:rsid w:val="004B27F6"/>
    <w:rsid w:val="004C30BB"/>
    <w:rsid w:val="004C315E"/>
    <w:rsid w:val="004E25FB"/>
    <w:rsid w:val="004F6304"/>
    <w:rsid w:val="0050153A"/>
    <w:rsid w:val="005029D2"/>
    <w:rsid w:val="00510A1A"/>
    <w:rsid w:val="005126C4"/>
    <w:rsid w:val="00520680"/>
    <w:rsid w:val="00521784"/>
    <w:rsid w:val="00523FC1"/>
    <w:rsid w:val="0054201F"/>
    <w:rsid w:val="00544504"/>
    <w:rsid w:val="0055088D"/>
    <w:rsid w:val="00552272"/>
    <w:rsid w:val="005550F3"/>
    <w:rsid w:val="00563521"/>
    <w:rsid w:val="00574984"/>
    <w:rsid w:val="00580D33"/>
    <w:rsid w:val="00580D6D"/>
    <w:rsid w:val="005824D8"/>
    <w:rsid w:val="00585FE5"/>
    <w:rsid w:val="005921CB"/>
    <w:rsid w:val="00592E56"/>
    <w:rsid w:val="005938DF"/>
    <w:rsid w:val="005A154C"/>
    <w:rsid w:val="005A59DF"/>
    <w:rsid w:val="005B633B"/>
    <w:rsid w:val="005B72A2"/>
    <w:rsid w:val="005B79EB"/>
    <w:rsid w:val="005B7CD5"/>
    <w:rsid w:val="005C043C"/>
    <w:rsid w:val="005C2DF1"/>
    <w:rsid w:val="005C6576"/>
    <w:rsid w:val="005D0F53"/>
    <w:rsid w:val="005D7EDC"/>
    <w:rsid w:val="005E2452"/>
    <w:rsid w:val="005E3A22"/>
    <w:rsid w:val="005E5267"/>
    <w:rsid w:val="005F359E"/>
    <w:rsid w:val="005F64AC"/>
    <w:rsid w:val="005F6E23"/>
    <w:rsid w:val="006064AA"/>
    <w:rsid w:val="00607A81"/>
    <w:rsid w:val="00613911"/>
    <w:rsid w:val="00614CB0"/>
    <w:rsid w:val="00615AEC"/>
    <w:rsid w:val="00617A6C"/>
    <w:rsid w:val="00627B90"/>
    <w:rsid w:val="00630957"/>
    <w:rsid w:val="00637D48"/>
    <w:rsid w:val="0064213B"/>
    <w:rsid w:val="00645FF0"/>
    <w:rsid w:val="00654A55"/>
    <w:rsid w:val="0066081F"/>
    <w:rsid w:val="006612A7"/>
    <w:rsid w:val="00661489"/>
    <w:rsid w:val="0067227E"/>
    <w:rsid w:val="00675F08"/>
    <w:rsid w:val="00677800"/>
    <w:rsid w:val="006853BF"/>
    <w:rsid w:val="006874C3"/>
    <w:rsid w:val="00694024"/>
    <w:rsid w:val="00697A9F"/>
    <w:rsid w:val="006A2E24"/>
    <w:rsid w:val="006C42BA"/>
    <w:rsid w:val="006C4E5F"/>
    <w:rsid w:val="006D4B6D"/>
    <w:rsid w:val="006D7A5F"/>
    <w:rsid w:val="006E0F07"/>
    <w:rsid w:val="006F19C4"/>
    <w:rsid w:val="00707258"/>
    <w:rsid w:val="00707EE9"/>
    <w:rsid w:val="00711133"/>
    <w:rsid w:val="0071147D"/>
    <w:rsid w:val="007211E7"/>
    <w:rsid w:val="007227F1"/>
    <w:rsid w:val="0072379F"/>
    <w:rsid w:val="0072429C"/>
    <w:rsid w:val="0072673A"/>
    <w:rsid w:val="00726EC5"/>
    <w:rsid w:val="00727E4D"/>
    <w:rsid w:val="00736AEB"/>
    <w:rsid w:val="007403EA"/>
    <w:rsid w:val="00747C62"/>
    <w:rsid w:val="007540B1"/>
    <w:rsid w:val="00754A6A"/>
    <w:rsid w:val="00754BDC"/>
    <w:rsid w:val="00762DF4"/>
    <w:rsid w:val="007676E5"/>
    <w:rsid w:val="00770256"/>
    <w:rsid w:val="00771030"/>
    <w:rsid w:val="0077282A"/>
    <w:rsid w:val="00776F07"/>
    <w:rsid w:val="00781C62"/>
    <w:rsid w:val="007907C2"/>
    <w:rsid w:val="00796AEC"/>
    <w:rsid w:val="007A0574"/>
    <w:rsid w:val="007A13D2"/>
    <w:rsid w:val="007A1F6A"/>
    <w:rsid w:val="007A37B7"/>
    <w:rsid w:val="007A4434"/>
    <w:rsid w:val="007D2990"/>
    <w:rsid w:val="007D2A0E"/>
    <w:rsid w:val="007D445B"/>
    <w:rsid w:val="007D46FD"/>
    <w:rsid w:val="007D6D1E"/>
    <w:rsid w:val="007D73B2"/>
    <w:rsid w:val="007F2CC9"/>
    <w:rsid w:val="00800F0C"/>
    <w:rsid w:val="008273BA"/>
    <w:rsid w:val="00832A24"/>
    <w:rsid w:val="00834A3B"/>
    <w:rsid w:val="008444B2"/>
    <w:rsid w:val="00846A55"/>
    <w:rsid w:val="00851335"/>
    <w:rsid w:val="008516B6"/>
    <w:rsid w:val="008537D8"/>
    <w:rsid w:val="008622A3"/>
    <w:rsid w:val="00862C0D"/>
    <w:rsid w:val="00864513"/>
    <w:rsid w:val="00864B26"/>
    <w:rsid w:val="0086538D"/>
    <w:rsid w:val="008679E6"/>
    <w:rsid w:val="0087074C"/>
    <w:rsid w:val="00873BD8"/>
    <w:rsid w:val="008754BD"/>
    <w:rsid w:val="00876329"/>
    <w:rsid w:val="00880091"/>
    <w:rsid w:val="00880196"/>
    <w:rsid w:val="00882738"/>
    <w:rsid w:val="008833C4"/>
    <w:rsid w:val="008850EE"/>
    <w:rsid w:val="00885C0D"/>
    <w:rsid w:val="00886B95"/>
    <w:rsid w:val="00887880"/>
    <w:rsid w:val="00896810"/>
    <w:rsid w:val="00896EED"/>
    <w:rsid w:val="008A639A"/>
    <w:rsid w:val="008A6F77"/>
    <w:rsid w:val="008B1D4E"/>
    <w:rsid w:val="008B7EC5"/>
    <w:rsid w:val="008C09A1"/>
    <w:rsid w:val="008C4DD3"/>
    <w:rsid w:val="008C5122"/>
    <w:rsid w:val="008C6093"/>
    <w:rsid w:val="008C6A25"/>
    <w:rsid w:val="008D482E"/>
    <w:rsid w:val="008D58E1"/>
    <w:rsid w:val="008D630D"/>
    <w:rsid w:val="008E2723"/>
    <w:rsid w:val="008E36D7"/>
    <w:rsid w:val="008F045F"/>
    <w:rsid w:val="008F2882"/>
    <w:rsid w:val="008F28FC"/>
    <w:rsid w:val="008F2B48"/>
    <w:rsid w:val="008F4BF0"/>
    <w:rsid w:val="008F681E"/>
    <w:rsid w:val="00904D21"/>
    <w:rsid w:val="00905AA0"/>
    <w:rsid w:val="00913F50"/>
    <w:rsid w:val="00917786"/>
    <w:rsid w:val="0092015B"/>
    <w:rsid w:val="00921509"/>
    <w:rsid w:val="009248A6"/>
    <w:rsid w:val="00924EC3"/>
    <w:rsid w:val="00934C39"/>
    <w:rsid w:val="009450E2"/>
    <w:rsid w:val="009500C7"/>
    <w:rsid w:val="00953BE3"/>
    <w:rsid w:val="00953D74"/>
    <w:rsid w:val="00955070"/>
    <w:rsid w:val="0095694A"/>
    <w:rsid w:val="00964700"/>
    <w:rsid w:val="0096650A"/>
    <w:rsid w:val="009724B5"/>
    <w:rsid w:val="00986E71"/>
    <w:rsid w:val="009A04C7"/>
    <w:rsid w:val="009A1B5F"/>
    <w:rsid w:val="009A2DD1"/>
    <w:rsid w:val="009B1B20"/>
    <w:rsid w:val="009B3BC5"/>
    <w:rsid w:val="009B56F8"/>
    <w:rsid w:val="009B6EC7"/>
    <w:rsid w:val="009C010A"/>
    <w:rsid w:val="009C08C2"/>
    <w:rsid w:val="009C08FA"/>
    <w:rsid w:val="009C1EEF"/>
    <w:rsid w:val="009C557C"/>
    <w:rsid w:val="009D2E99"/>
    <w:rsid w:val="009D6859"/>
    <w:rsid w:val="009D7265"/>
    <w:rsid w:val="009E072A"/>
    <w:rsid w:val="009E1C1D"/>
    <w:rsid w:val="009E1DE2"/>
    <w:rsid w:val="009E3BDE"/>
    <w:rsid w:val="009E3F8B"/>
    <w:rsid w:val="009E6F47"/>
    <w:rsid w:val="00A005D6"/>
    <w:rsid w:val="00A02697"/>
    <w:rsid w:val="00A22ED9"/>
    <w:rsid w:val="00A243AB"/>
    <w:rsid w:val="00A31393"/>
    <w:rsid w:val="00A35757"/>
    <w:rsid w:val="00A35EF2"/>
    <w:rsid w:val="00A54517"/>
    <w:rsid w:val="00A65C43"/>
    <w:rsid w:val="00A65C6A"/>
    <w:rsid w:val="00A664B9"/>
    <w:rsid w:val="00A72983"/>
    <w:rsid w:val="00A95CC3"/>
    <w:rsid w:val="00AA1747"/>
    <w:rsid w:val="00AA1D8D"/>
    <w:rsid w:val="00AC3CEF"/>
    <w:rsid w:val="00AC4C1A"/>
    <w:rsid w:val="00AC5381"/>
    <w:rsid w:val="00AD0ED2"/>
    <w:rsid w:val="00AF6991"/>
    <w:rsid w:val="00B11F63"/>
    <w:rsid w:val="00B1458E"/>
    <w:rsid w:val="00B20B32"/>
    <w:rsid w:val="00B31F3E"/>
    <w:rsid w:val="00B35C37"/>
    <w:rsid w:val="00B446BB"/>
    <w:rsid w:val="00B47730"/>
    <w:rsid w:val="00B515E4"/>
    <w:rsid w:val="00B5202E"/>
    <w:rsid w:val="00B6159B"/>
    <w:rsid w:val="00B63120"/>
    <w:rsid w:val="00B67453"/>
    <w:rsid w:val="00B725BE"/>
    <w:rsid w:val="00B754FE"/>
    <w:rsid w:val="00B8018B"/>
    <w:rsid w:val="00B8367F"/>
    <w:rsid w:val="00B90B37"/>
    <w:rsid w:val="00BA0C11"/>
    <w:rsid w:val="00BA4AD3"/>
    <w:rsid w:val="00BB75E9"/>
    <w:rsid w:val="00BB7D5F"/>
    <w:rsid w:val="00BC151B"/>
    <w:rsid w:val="00BC2F78"/>
    <w:rsid w:val="00BC645E"/>
    <w:rsid w:val="00BD0149"/>
    <w:rsid w:val="00BD4E26"/>
    <w:rsid w:val="00BF17AA"/>
    <w:rsid w:val="00BF56F7"/>
    <w:rsid w:val="00C0278B"/>
    <w:rsid w:val="00C07C0B"/>
    <w:rsid w:val="00C11883"/>
    <w:rsid w:val="00C13383"/>
    <w:rsid w:val="00C16A57"/>
    <w:rsid w:val="00C17B8E"/>
    <w:rsid w:val="00C31636"/>
    <w:rsid w:val="00C329A6"/>
    <w:rsid w:val="00C413F3"/>
    <w:rsid w:val="00C60097"/>
    <w:rsid w:val="00C62B9C"/>
    <w:rsid w:val="00C649A1"/>
    <w:rsid w:val="00C673D7"/>
    <w:rsid w:val="00C712F6"/>
    <w:rsid w:val="00C74051"/>
    <w:rsid w:val="00C74C2B"/>
    <w:rsid w:val="00C8300B"/>
    <w:rsid w:val="00C84F50"/>
    <w:rsid w:val="00C9199F"/>
    <w:rsid w:val="00C94B4E"/>
    <w:rsid w:val="00CA4445"/>
    <w:rsid w:val="00CA5C03"/>
    <w:rsid w:val="00CA61CD"/>
    <w:rsid w:val="00CA71DF"/>
    <w:rsid w:val="00CB0664"/>
    <w:rsid w:val="00CB6613"/>
    <w:rsid w:val="00CD015E"/>
    <w:rsid w:val="00CD28D8"/>
    <w:rsid w:val="00CD721A"/>
    <w:rsid w:val="00CE316D"/>
    <w:rsid w:val="00CF1F59"/>
    <w:rsid w:val="00CF329E"/>
    <w:rsid w:val="00CF493F"/>
    <w:rsid w:val="00CF4ADF"/>
    <w:rsid w:val="00CF4FD6"/>
    <w:rsid w:val="00D03A0C"/>
    <w:rsid w:val="00D1581F"/>
    <w:rsid w:val="00D22938"/>
    <w:rsid w:val="00D26DF1"/>
    <w:rsid w:val="00D3102F"/>
    <w:rsid w:val="00D35D9E"/>
    <w:rsid w:val="00D4483A"/>
    <w:rsid w:val="00D471C6"/>
    <w:rsid w:val="00D56B35"/>
    <w:rsid w:val="00D63D4E"/>
    <w:rsid w:val="00D67918"/>
    <w:rsid w:val="00D727C3"/>
    <w:rsid w:val="00D77731"/>
    <w:rsid w:val="00D806AF"/>
    <w:rsid w:val="00D82C1C"/>
    <w:rsid w:val="00D8642B"/>
    <w:rsid w:val="00D879AA"/>
    <w:rsid w:val="00D90218"/>
    <w:rsid w:val="00D923C7"/>
    <w:rsid w:val="00D95D04"/>
    <w:rsid w:val="00DA0ACF"/>
    <w:rsid w:val="00DA2B29"/>
    <w:rsid w:val="00DB1C28"/>
    <w:rsid w:val="00DB6F49"/>
    <w:rsid w:val="00DB7108"/>
    <w:rsid w:val="00DC203F"/>
    <w:rsid w:val="00DC2D5C"/>
    <w:rsid w:val="00DC3178"/>
    <w:rsid w:val="00DE510E"/>
    <w:rsid w:val="00DF14DB"/>
    <w:rsid w:val="00DF32BB"/>
    <w:rsid w:val="00E02447"/>
    <w:rsid w:val="00E02DD9"/>
    <w:rsid w:val="00E1581D"/>
    <w:rsid w:val="00E209B8"/>
    <w:rsid w:val="00E20A0C"/>
    <w:rsid w:val="00E22E20"/>
    <w:rsid w:val="00E272CD"/>
    <w:rsid w:val="00E304C7"/>
    <w:rsid w:val="00E31150"/>
    <w:rsid w:val="00E43302"/>
    <w:rsid w:val="00E43E36"/>
    <w:rsid w:val="00E452A4"/>
    <w:rsid w:val="00E525E4"/>
    <w:rsid w:val="00E5362B"/>
    <w:rsid w:val="00E60D88"/>
    <w:rsid w:val="00E61111"/>
    <w:rsid w:val="00E639B0"/>
    <w:rsid w:val="00E65A93"/>
    <w:rsid w:val="00E750C9"/>
    <w:rsid w:val="00E843DF"/>
    <w:rsid w:val="00EA22C9"/>
    <w:rsid w:val="00EB4898"/>
    <w:rsid w:val="00EB4DFC"/>
    <w:rsid w:val="00EB5DA2"/>
    <w:rsid w:val="00EC0C43"/>
    <w:rsid w:val="00EC3A92"/>
    <w:rsid w:val="00EC3E35"/>
    <w:rsid w:val="00EC52DC"/>
    <w:rsid w:val="00EE2BAD"/>
    <w:rsid w:val="00EE3FB1"/>
    <w:rsid w:val="00EE4A31"/>
    <w:rsid w:val="00EE585C"/>
    <w:rsid w:val="00EF1946"/>
    <w:rsid w:val="00EF386E"/>
    <w:rsid w:val="00F00FB3"/>
    <w:rsid w:val="00F03BAF"/>
    <w:rsid w:val="00F13A89"/>
    <w:rsid w:val="00F166D0"/>
    <w:rsid w:val="00F209F0"/>
    <w:rsid w:val="00F24C9C"/>
    <w:rsid w:val="00F3214E"/>
    <w:rsid w:val="00F344AA"/>
    <w:rsid w:val="00F43973"/>
    <w:rsid w:val="00F46D64"/>
    <w:rsid w:val="00F543C0"/>
    <w:rsid w:val="00F55FBC"/>
    <w:rsid w:val="00F62931"/>
    <w:rsid w:val="00F663AC"/>
    <w:rsid w:val="00F750DF"/>
    <w:rsid w:val="00F7762F"/>
    <w:rsid w:val="00F835F1"/>
    <w:rsid w:val="00F85C2A"/>
    <w:rsid w:val="00FA6537"/>
    <w:rsid w:val="00FA6DB2"/>
    <w:rsid w:val="00FB1BD3"/>
    <w:rsid w:val="00FB60E9"/>
    <w:rsid w:val="00FC195C"/>
    <w:rsid w:val="00FC20A8"/>
    <w:rsid w:val="00FC4224"/>
    <w:rsid w:val="00FC693F"/>
    <w:rsid w:val="00FD2BB0"/>
    <w:rsid w:val="00FD5DCD"/>
    <w:rsid w:val="00FE3D54"/>
    <w:rsid w:val="00FF76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CCEC92"/>
  <w14:defaultImageDpi w14:val="300"/>
  <w15:docId w15:val="{AF075238-7BE9-4287-8FA4-33DD4584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DB1C28"/>
    <w:pPr>
      <w:spacing w:after="0" w:line="240" w:lineRule="auto"/>
    </w:pPr>
    <w:rPr>
      <w:rFonts w:ascii="KFGQPC Uthman Taha Naskh" w:eastAsia="KFGQPC Uthman Taha Naskh" w:hAnsi="KFGQPC Uthman Taha Naskh" w:cs="KFGQPC Uthman Taha Naskh"/>
      <w:bCs/>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unhideWhenUsed/>
    <w:rsid w:val="002529B7"/>
    <w:pPr>
      <w:spacing w:after="0" w:line="240" w:lineRule="auto"/>
    </w:pPr>
    <w:rPr>
      <w:sz w:val="20"/>
      <w:szCs w:val="20"/>
    </w:rPr>
  </w:style>
  <w:style w:type="character" w:customStyle="1" w:styleId="EndnoteTextChar">
    <w:name w:val="Endnote Text Char"/>
    <w:basedOn w:val="DefaultParagraphFont"/>
    <w:link w:val="EndnoteText"/>
    <w:uiPriority w:val="99"/>
    <w:rsid w:val="002529B7"/>
    <w:rPr>
      <w:rFonts w:ascii="Times New Roman" w:hAnsi="Times New Roman"/>
      <w:sz w:val="20"/>
      <w:szCs w:val="20"/>
    </w:rPr>
  </w:style>
  <w:style w:type="character" w:styleId="EndnoteReference">
    <w:name w:val="endnote reference"/>
    <w:basedOn w:val="DefaultParagraphFont"/>
    <w:uiPriority w:val="99"/>
    <w:semiHidden/>
    <w:unhideWhenUsed/>
    <w:rsid w:val="002529B7"/>
    <w:rPr>
      <w:vertAlign w:val="superscript"/>
    </w:rPr>
  </w:style>
  <w:style w:type="character" w:styleId="Hyperlink">
    <w:name w:val="Hyperlink"/>
    <w:basedOn w:val="DefaultParagraphFont"/>
    <w:uiPriority w:val="99"/>
    <w:unhideWhenUsed/>
    <w:rsid w:val="002529B7"/>
    <w:rPr>
      <w:color w:val="0000FF" w:themeColor="hyperlink"/>
      <w:u w:val="single"/>
    </w:rPr>
  </w:style>
  <w:style w:type="character" w:styleId="UnresolvedMention">
    <w:name w:val="Unresolved Mention"/>
    <w:basedOn w:val="DefaultParagraphFont"/>
    <w:uiPriority w:val="99"/>
    <w:semiHidden/>
    <w:unhideWhenUsed/>
    <w:rsid w:val="002529B7"/>
    <w:rPr>
      <w:color w:val="605E5C"/>
      <w:shd w:val="clear" w:color="auto" w:fill="E1DFDD"/>
    </w:rPr>
  </w:style>
  <w:style w:type="paragraph" w:styleId="NormalWeb">
    <w:name w:val="Normal (Web)"/>
    <w:basedOn w:val="Normal"/>
    <w:uiPriority w:val="99"/>
    <w:semiHidden/>
    <w:unhideWhenUsed/>
    <w:rsid w:val="001C4188"/>
    <w:rPr>
      <w:rFonts w:cs="Times New Roman"/>
      <w:szCs w:val="24"/>
    </w:rPr>
  </w:style>
  <w:style w:type="table" w:customStyle="1" w:styleId="Style1">
    <w:name w:val="Style1"/>
    <w:basedOn w:val="TableNormal"/>
    <w:uiPriority w:val="99"/>
    <w:rsid w:val="00DB1C28"/>
    <w:pPr>
      <w:spacing w:after="0" w:line="240" w:lineRule="auto"/>
    </w:pPr>
    <w:rPr>
      <w:rFonts w:ascii="KFGQPC Uthman Taha Naskh" w:hAnsi="KFGQPC Uthman Taha Naskh"/>
      <w:sz w:val="36"/>
    </w:rPr>
    <w:tblPr/>
  </w:style>
  <w:style w:type="paragraph" w:customStyle="1" w:styleId="Fakearial">
    <w:name w:val="Fake arial"/>
    <w:basedOn w:val="Normal"/>
    <w:link w:val="FakearialChar"/>
    <w:qFormat/>
    <w:rsid w:val="007D46FD"/>
    <w:pPr>
      <w:bidi/>
      <w:spacing w:after="0" w:line="240" w:lineRule="auto"/>
    </w:pPr>
    <w:rPr>
      <w:rFonts w:ascii="Arial" w:eastAsia="KFGQPC Uthman Taha Naskh" w:hAnsi="Arial" w:cs="Arial"/>
      <w:b/>
      <w:bCs/>
      <w:sz w:val="36"/>
      <w:szCs w:val="36"/>
    </w:rPr>
  </w:style>
  <w:style w:type="character" w:customStyle="1" w:styleId="FakearialChar">
    <w:name w:val="Fake arial Char"/>
    <w:basedOn w:val="DefaultParagraphFont"/>
    <w:link w:val="Fakearial"/>
    <w:rsid w:val="007D46FD"/>
    <w:rPr>
      <w:rFonts w:ascii="Arial" w:eastAsia="KFGQPC Uthman Taha Naskh" w:hAnsi="Arial" w:cs="Arial"/>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60185">
      <w:bodyDiv w:val="1"/>
      <w:marLeft w:val="0"/>
      <w:marRight w:val="0"/>
      <w:marTop w:val="0"/>
      <w:marBottom w:val="0"/>
      <w:divBdr>
        <w:top w:val="none" w:sz="0" w:space="0" w:color="auto"/>
        <w:left w:val="none" w:sz="0" w:space="0" w:color="auto"/>
        <w:bottom w:val="none" w:sz="0" w:space="0" w:color="auto"/>
        <w:right w:val="none" w:sz="0" w:space="0" w:color="auto"/>
      </w:divBdr>
    </w:div>
    <w:div w:id="179904067">
      <w:bodyDiv w:val="1"/>
      <w:marLeft w:val="0"/>
      <w:marRight w:val="0"/>
      <w:marTop w:val="0"/>
      <w:marBottom w:val="0"/>
      <w:divBdr>
        <w:top w:val="none" w:sz="0" w:space="0" w:color="auto"/>
        <w:left w:val="none" w:sz="0" w:space="0" w:color="auto"/>
        <w:bottom w:val="none" w:sz="0" w:space="0" w:color="auto"/>
        <w:right w:val="none" w:sz="0" w:space="0" w:color="auto"/>
      </w:divBdr>
    </w:div>
    <w:div w:id="227571929">
      <w:bodyDiv w:val="1"/>
      <w:marLeft w:val="0"/>
      <w:marRight w:val="0"/>
      <w:marTop w:val="0"/>
      <w:marBottom w:val="0"/>
      <w:divBdr>
        <w:top w:val="none" w:sz="0" w:space="0" w:color="auto"/>
        <w:left w:val="none" w:sz="0" w:space="0" w:color="auto"/>
        <w:bottom w:val="none" w:sz="0" w:space="0" w:color="auto"/>
        <w:right w:val="none" w:sz="0" w:space="0" w:color="auto"/>
      </w:divBdr>
    </w:div>
    <w:div w:id="303434323">
      <w:bodyDiv w:val="1"/>
      <w:marLeft w:val="0"/>
      <w:marRight w:val="0"/>
      <w:marTop w:val="0"/>
      <w:marBottom w:val="0"/>
      <w:divBdr>
        <w:top w:val="none" w:sz="0" w:space="0" w:color="auto"/>
        <w:left w:val="none" w:sz="0" w:space="0" w:color="auto"/>
        <w:bottom w:val="none" w:sz="0" w:space="0" w:color="auto"/>
        <w:right w:val="none" w:sz="0" w:space="0" w:color="auto"/>
      </w:divBdr>
    </w:div>
    <w:div w:id="317391175">
      <w:bodyDiv w:val="1"/>
      <w:marLeft w:val="0"/>
      <w:marRight w:val="0"/>
      <w:marTop w:val="0"/>
      <w:marBottom w:val="0"/>
      <w:divBdr>
        <w:top w:val="none" w:sz="0" w:space="0" w:color="auto"/>
        <w:left w:val="none" w:sz="0" w:space="0" w:color="auto"/>
        <w:bottom w:val="none" w:sz="0" w:space="0" w:color="auto"/>
        <w:right w:val="none" w:sz="0" w:space="0" w:color="auto"/>
      </w:divBdr>
    </w:div>
    <w:div w:id="401410001">
      <w:bodyDiv w:val="1"/>
      <w:marLeft w:val="0"/>
      <w:marRight w:val="0"/>
      <w:marTop w:val="0"/>
      <w:marBottom w:val="0"/>
      <w:divBdr>
        <w:top w:val="none" w:sz="0" w:space="0" w:color="auto"/>
        <w:left w:val="none" w:sz="0" w:space="0" w:color="auto"/>
        <w:bottom w:val="none" w:sz="0" w:space="0" w:color="auto"/>
        <w:right w:val="none" w:sz="0" w:space="0" w:color="auto"/>
      </w:divBdr>
    </w:div>
    <w:div w:id="420417975">
      <w:bodyDiv w:val="1"/>
      <w:marLeft w:val="0"/>
      <w:marRight w:val="0"/>
      <w:marTop w:val="0"/>
      <w:marBottom w:val="0"/>
      <w:divBdr>
        <w:top w:val="none" w:sz="0" w:space="0" w:color="auto"/>
        <w:left w:val="none" w:sz="0" w:space="0" w:color="auto"/>
        <w:bottom w:val="none" w:sz="0" w:space="0" w:color="auto"/>
        <w:right w:val="none" w:sz="0" w:space="0" w:color="auto"/>
      </w:divBdr>
    </w:div>
    <w:div w:id="448940320">
      <w:bodyDiv w:val="1"/>
      <w:marLeft w:val="0"/>
      <w:marRight w:val="0"/>
      <w:marTop w:val="0"/>
      <w:marBottom w:val="0"/>
      <w:divBdr>
        <w:top w:val="none" w:sz="0" w:space="0" w:color="auto"/>
        <w:left w:val="none" w:sz="0" w:space="0" w:color="auto"/>
        <w:bottom w:val="none" w:sz="0" w:space="0" w:color="auto"/>
        <w:right w:val="none" w:sz="0" w:space="0" w:color="auto"/>
      </w:divBdr>
    </w:div>
    <w:div w:id="526915309">
      <w:bodyDiv w:val="1"/>
      <w:marLeft w:val="0"/>
      <w:marRight w:val="0"/>
      <w:marTop w:val="0"/>
      <w:marBottom w:val="0"/>
      <w:divBdr>
        <w:top w:val="none" w:sz="0" w:space="0" w:color="auto"/>
        <w:left w:val="none" w:sz="0" w:space="0" w:color="auto"/>
        <w:bottom w:val="none" w:sz="0" w:space="0" w:color="auto"/>
        <w:right w:val="none" w:sz="0" w:space="0" w:color="auto"/>
      </w:divBdr>
    </w:div>
    <w:div w:id="535124628">
      <w:bodyDiv w:val="1"/>
      <w:marLeft w:val="0"/>
      <w:marRight w:val="0"/>
      <w:marTop w:val="0"/>
      <w:marBottom w:val="0"/>
      <w:divBdr>
        <w:top w:val="none" w:sz="0" w:space="0" w:color="auto"/>
        <w:left w:val="none" w:sz="0" w:space="0" w:color="auto"/>
        <w:bottom w:val="none" w:sz="0" w:space="0" w:color="auto"/>
        <w:right w:val="none" w:sz="0" w:space="0" w:color="auto"/>
      </w:divBdr>
    </w:div>
    <w:div w:id="700009799">
      <w:bodyDiv w:val="1"/>
      <w:marLeft w:val="0"/>
      <w:marRight w:val="0"/>
      <w:marTop w:val="0"/>
      <w:marBottom w:val="0"/>
      <w:divBdr>
        <w:top w:val="none" w:sz="0" w:space="0" w:color="auto"/>
        <w:left w:val="none" w:sz="0" w:space="0" w:color="auto"/>
        <w:bottom w:val="none" w:sz="0" w:space="0" w:color="auto"/>
        <w:right w:val="none" w:sz="0" w:space="0" w:color="auto"/>
      </w:divBdr>
    </w:div>
    <w:div w:id="752824756">
      <w:bodyDiv w:val="1"/>
      <w:marLeft w:val="0"/>
      <w:marRight w:val="0"/>
      <w:marTop w:val="0"/>
      <w:marBottom w:val="0"/>
      <w:divBdr>
        <w:top w:val="none" w:sz="0" w:space="0" w:color="auto"/>
        <w:left w:val="none" w:sz="0" w:space="0" w:color="auto"/>
        <w:bottom w:val="none" w:sz="0" w:space="0" w:color="auto"/>
        <w:right w:val="none" w:sz="0" w:space="0" w:color="auto"/>
      </w:divBdr>
    </w:div>
    <w:div w:id="822235330">
      <w:bodyDiv w:val="1"/>
      <w:marLeft w:val="0"/>
      <w:marRight w:val="0"/>
      <w:marTop w:val="0"/>
      <w:marBottom w:val="0"/>
      <w:divBdr>
        <w:top w:val="none" w:sz="0" w:space="0" w:color="auto"/>
        <w:left w:val="none" w:sz="0" w:space="0" w:color="auto"/>
        <w:bottom w:val="none" w:sz="0" w:space="0" w:color="auto"/>
        <w:right w:val="none" w:sz="0" w:space="0" w:color="auto"/>
      </w:divBdr>
    </w:div>
    <w:div w:id="855310991">
      <w:bodyDiv w:val="1"/>
      <w:marLeft w:val="0"/>
      <w:marRight w:val="0"/>
      <w:marTop w:val="0"/>
      <w:marBottom w:val="0"/>
      <w:divBdr>
        <w:top w:val="none" w:sz="0" w:space="0" w:color="auto"/>
        <w:left w:val="none" w:sz="0" w:space="0" w:color="auto"/>
        <w:bottom w:val="none" w:sz="0" w:space="0" w:color="auto"/>
        <w:right w:val="none" w:sz="0" w:space="0" w:color="auto"/>
      </w:divBdr>
    </w:div>
    <w:div w:id="870413809">
      <w:bodyDiv w:val="1"/>
      <w:marLeft w:val="0"/>
      <w:marRight w:val="0"/>
      <w:marTop w:val="0"/>
      <w:marBottom w:val="0"/>
      <w:divBdr>
        <w:top w:val="none" w:sz="0" w:space="0" w:color="auto"/>
        <w:left w:val="none" w:sz="0" w:space="0" w:color="auto"/>
        <w:bottom w:val="none" w:sz="0" w:space="0" w:color="auto"/>
        <w:right w:val="none" w:sz="0" w:space="0" w:color="auto"/>
      </w:divBdr>
    </w:div>
    <w:div w:id="874923284">
      <w:bodyDiv w:val="1"/>
      <w:marLeft w:val="0"/>
      <w:marRight w:val="0"/>
      <w:marTop w:val="0"/>
      <w:marBottom w:val="0"/>
      <w:divBdr>
        <w:top w:val="none" w:sz="0" w:space="0" w:color="auto"/>
        <w:left w:val="none" w:sz="0" w:space="0" w:color="auto"/>
        <w:bottom w:val="none" w:sz="0" w:space="0" w:color="auto"/>
        <w:right w:val="none" w:sz="0" w:space="0" w:color="auto"/>
      </w:divBdr>
    </w:div>
    <w:div w:id="886768971">
      <w:bodyDiv w:val="1"/>
      <w:marLeft w:val="0"/>
      <w:marRight w:val="0"/>
      <w:marTop w:val="0"/>
      <w:marBottom w:val="0"/>
      <w:divBdr>
        <w:top w:val="none" w:sz="0" w:space="0" w:color="auto"/>
        <w:left w:val="none" w:sz="0" w:space="0" w:color="auto"/>
        <w:bottom w:val="none" w:sz="0" w:space="0" w:color="auto"/>
        <w:right w:val="none" w:sz="0" w:space="0" w:color="auto"/>
      </w:divBdr>
    </w:div>
    <w:div w:id="1113554447">
      <w:bodyDiv w:val="1"/>
      <w:marLeft w:val="0"/>
      <w:marRight w:val="0"/>
      <w:marTop w:val="0"/>
      <w:marBottom w:val="0"/>
      <w:divBdr>
        <w:top w:val="none" w:sz="0" w:space="0" w:color="auto"/>
        <w:left w:val="none" w:sz="0" w:space="0" w:color="auto"/>
        <w:bottom w:val="none" w:sz="0" w:space="0" w:color="auto"/>
        <w:right w:val="none" w:sz="0" w:space="0" w:color="auto"/>
      </w:divBdr>
    </w:div>
    <w:div w:id="1194265312">
      <w:bodyDiv w:val="1"/>
      <w:marLeft w:val="0"/>
      <w:marRight w:val="0"/>
      <w:marTop w:val="0"/>
      <w:marBottom w:val="0"/>
      <w:divBdr>
        <w:top w:val="none" w:sz="0" w:space="0" w:color="auto"/>
        <w:left w:val="none" w:sz="0" w:space="0" w:color="auto"/>
        <w:bottom w:val="none" w:sz="0" w:space="0" w:color="auto"/>
        <w:right w:val="none" w:sz="0" w:space="0" w:color="auto"/>
      </w:divBdr>
    </w:div>
    <w:div w:id="1398478937">
      <w:bodyDiv w:val="1"/>
      <w:marLeft w:val="0"/>
      <w:marRight w:val="0"/>
      <w:marTop w:val="0"/>
      <w:marBottom w:val="0"/>
      <w:divBdr>
        <w:top w:val="none" w:sz="0" w:space="0" w:color="auto"/>
        <w:left w:val="none" w:sz="0" w:space="0" w:color="auto"/>
        <w:bottom w:val="none" w:sz="0" w:space="0" w:color="auto"/>
        <w:right w:val="none" w:sz="0" w:space="0" w:color="auto"/>
      </w:divBdr>
    </w:div>
    <w:div w:id="1465123519">
      <w:bodyDiv w:val="1"/>
      <w:marLeft w:val="0"/>
      <w:marRight w:val="0"/>
      <w:marTop w:val="0"/>
      <w:marBottom w:val="0"/>
      <w:divBdr>
        <w:top w:val="none" w:sz="0" w:space="0" w:color="auto"/>
        <w:left w:val="none" w:sz="0" w:space="0" w:color="auto"/>
        <w:bottom w:val="none" w:sz="0" w:space="0" w:color="auto"/>
        <w:right w:val="none" w:sz="0" w:space="0" w:color="auto"/>
      </w:divBdr>
    </w:div>
    <w:div w:id="1485467970">
      <w:bodyDiv w:val="1"/>
      <w:marLeft w:val="0"/>
      <w:marRight w:val="0"/>
      <w:marTop w:val="0"/>
      <w:marBottom w:val="0"/>
      <w:divBdr>
        <w:top w:val="none" w:sz="0" w:space="0" w:color="auto"/>
        <w:left w:val="none" w:sz="0" w:space="0" w:color="auto"/>
        <w:bottom w:val="none" w:sz="0" w:space="0" w:color="auto"/>
        <w:right w:val="none" w:sz="0" w:space="0" w:color="auto"/>
      </w:divBdr>
    </w:div>
    <w:div w:id="1582327338">
      <w:bodyDiv w:val="1"/>
      <w:marLeft w:val="0"/>
      <w:marRight w:val="0"/>
      <w:marTop w:val="0"/>
      <w:marBottom w:val="0"/>
      <w:divBdr>
        <w:top w:val="none" w:sz="0" w:space="0" w:color="auto"/>
        <w:left w:val="none" w:sz="0" w:space="0" w:color="auto"/>
        <w:bottom w:val="none" w:sz="0" w:space="0" w:color="auto"/>
        <w:right w:val="none" w:sz="0" w:space="0" w:color="auto"/>
      </w:divBdr>
    </w:div>
    <w:div w:id="1618220255">
      <w:bodyDiv w:val="1"/>
      <w:marLeft w:val="0"/>
      <w:marRight w:val="0"/>
      <w:marTop w:val="0"/>
      <w:marBottom w:val="0"/>
      <w:divBdr>
        <w:top w:val="none" w:sz="0" w:space="0" w:color="auto"/>
        <w:left w:val="none" w:sz="0" w:space="0" w:color="auto"/>
        <w:bottom w:val="none" w:sz="0" w:space="0" w:color="auto"/>
        <w:right w:val="none" w:sz="0" w:space="0" w:color="auto"/>
      </w:divBdr>
    </w:div>
    <w:div w:id="1624848912">
      <w:bodyDiv w:val="1"/>
      <w:marLeft w:val="0"/>
      <w:marRight w:val="0"/>
      <w:marTop w:val="0"/>
      <w:marBottom w:val="0"/>
      <w:divBdr>
        <w:top w:val="none" w:sz="0" w:space="0" w:color="auto"/>
        <w:left w:val="none" w:sz="0" w:space="0" w:color="auto"/>
        <w:bottom w:val="none" w:sz="0" w:space="0" w:color="auto"/>
        <w:right w:val="none" w:sz="0" w:space="0" w:color="auto"/>
      </w:divBdr>
    </w:div>
    <w:div w:id="1764909486">
      <w:bodyDiv w:val="1"/>
      <w:marLeft w:val="0"/>
      <w:marRight w:val="0"/>
      <w:marTop w:val="0"/>
      <w:marBottom w:val="0"/>
      <w:divBdr>
        <w:top w:val="none" w:sz="0" w:space="0" w:color="auto"/>
        <w:left w:val="none" w:sz="0" w:space="0" w:color="auto"/>
        <w:bottom w:val="none" w:sz="0" w:space="0" w:color="auto"/>
        <w:right w:val="none" w:sz="0" w:space="0" w:color="auto"/>
      </w:divBdr>
    </w:div>
    <w:div w:id="1792629843">
      <w:bodyDiv w:val="1"/>
      <w:marLeft w:val="0"/>
      <w:marRight w:val="0"/>
      <w:marTop w:val="0"/>
      <w:marBottom w:val="0"/>
      <w:divBdr>
        <w:top w:val="none" w:sz="0" w:space="0" w:color="auto"/>
        <w:left w:val="none" w:sz="0" w:space="0" w:color="auto"/>
        <w:bottom w:val="none" w:sz="0" w:space="0" w:color="auto"/>
        <w:right w:val="none" w:sz="0" w:space="0" w:color="auto"/>
      </w:divBdr>
    </w:div>
    <w:div w:id="1850295651">
      <w:bodyDiv w:val="1"/>
      <w:marLeft w:val="0"/>
      <w:marRight w:val="0"/>
      <w:marTop w:val="0"/>
      <w:marBottom w:val="0"/>
      <w:divBdr>
        <w:top w:val="none" w:sz="0" w:space="0" w:color="auto"/>
        <w:left w:val="none" w:sz="0" w:space="0" w:color="auto"/>
        <w:bottom w:val="none" w:sz="0" w:space="0" w:color="auto"/>
        <w:right w:val="none" w:sz="0" w:space="0" w:color="auto"/>
      </w:divBdr>
    </w:div>
    <w:div w:id="1865945454">
      <w:bodyDiv w:val="1"/>
      <w:marLeft w:val="0"/>
      <w:marRight w:val="0"/>
      <w:marTop w:val="0"/>
      <w:marBottom w:val="0"/>
      <w:divBdr>
        <w:top w:val="none" w:sz="0" w:space="0" w:color="auto"/>
        <w:left w:val="none" w:sz="0" w:space="0" w:color="auto"/>
        <w:bottom w:val="none" w:sz="0" w:space="0" w:color="auto"/>
        <w:right w:val="none" w:sz="0" w:space="0" w:color="auto"/>
      </w:divBdr>
    </w:div>
    <w:div w:id="1900091657">
      <w:bodyDiv w:val="1"/>
      <w:marLeft w:val="0"/>
      <w:marRight w:val="0"/>
      <w:marTop w:val="0"/>
      <w:marBottom w:val="0"/>
      <w:divBdr>
        <w:top w:val="none" w:sz="0" w:space="0" w:color="auto"/>
        <w:left w:val="none" w:sz="0" w:space="0" w:color="auto"/>
        <w:bottom w:val="none" w:sz="0" w:space="0" w:color="auto"/>
        <w:right w:val="none" w:sz="0" w:space="0" w:color="auto"/>
      </w:divBdr>
    </w:div>
    <w:div w:id="1907840999">
      <w:bodyDiv w:val="1"/>
      <w:marLeft w:val="0"/>
      <w:marRight w:val="0"/>
      <w:marTop w:val="0"/>
      <w:marBottom w:val="0"/>
      <w:divBdr>
        <w:top w:val="none" w:sz="0" w:space="0" w:color="auto"/>
        <w:left w:val="none" w:sz="0" w:space="0" w:color="auto"/>
        <w:bottom w:val="none" w:sz="0" w:space="0" w:color="auto"/>
        <w:right w:val="none" w:sz="0" w:space="0" w:color="auto"/>
      </w:divBdr>
    </w:div>
    <w:div w:id="1943493627">
      <w:bodyDiv w:val="1"/>
      <w:marLeft w:val="0"/>
      <w:marRight w:val="0"/>
      <w:marTop w:val="0"/>
      <w:marBottom w:val="0"/>
      <w:divBdr>
        <w:top w:val="none" w:sz="0" w:space="0" w:color="auto"/>
        <w:left w:val="none" w:sz="0" w:space="0" w:color="auto"/>
        <w:bottom w:val="none" w:sz="0" w:space="0" w:color="auto"/>
        <w:right w:val="none" w:sz="0" w:space="0" w:color="auto"/>
      </w:divBdr>
    </w:div>
    <w:div w:id="1975670209">
      <w:bodyDiv w:val="1"/>
      <w:marLeft w:val="0"/>
      <w:marRight w:val="0"/>
      <w:marTop w:val="0"/>
      <w:marBottom w:val="0"/>
      <w:divBdr>
        <w:top w:val="none" w:sz="0" w:space="0" w:color="auto"/>
        <w:left w:val="none" w:sz="0" w:space="0" w:color="auto"/>
        <w:bottom w:val="none" w:sz="0" w:space="0" w:color="auto"/>
        <w:right w:val="none" w:sz="0" w:space="0" w:color="auto"/>
      </w:divBdr>
    </w:div>
    <w:div w:id="1986545196">
      <w:bodyDiv w:val="1"/>
      <w:marLeft w:val="0"/>
      <w:marRight w:val="0"/>
      <w:marTop w:val="0"/>
      <w:marBottom w:val="0"/>
      <w:divBdr>
        <w:top w:val="none" w:sz="0" w:space="0" w:color="auto"/>
        <w:left w:val="none" w:sz="0" w:space="0" w:color="auto"/>
        <w:bottom w:val="none" w:sz="0" w:space="0" w:color="auto"/>
        <w:right w:val="none" w:sz="0" w:space="0" w:color="auto"/>
      </w:divBdr>
    </w:div>
    <w:div w:id="2008946062">
      <w:bodyDiv w:val="1"/>
      <w:marLeft w:val="0"/>
      <w:marRight w:val="0"/>
      <w:marTop w:val="0"/>
      <w:marBottom w:val="0"/>
      <w:divBdr>
        <w:top w:val="none" w:sz="0" w:space="0" w:color="auto"/>
        <w:left w:val="none" w:sz="0" w:space="0" w:color="auto"/>
        <w:bottom w:val="none" w:sz="0" w:space="0" w:color="auto"/>
        <w:right w:val="none" w:sz="0" w:space="0" w:color="auto"/>
      </w:divBdr>
    </w:div>
    <w:div w:id="2062440789">
      <w:bodyDiv w:val="1"/>
      <w:marLeft w:val="0"/>
      <w:marRight w:val="0"/>
      <w:marTop w:val="0"/>
      <w:marBottom w:val="0"/>
      <w:divBdr>
        <w:top w:val="none" w:sz="0" w:space="0" w:color="auto"/>
        <w:left w:val="none" w:sz="0" w:space="0" w:color="auto"/>
        <w:bottom w:val="none" w:sz="0" w:space="0" w:color="auto"/>
        <w:right w:val="none" w:sz="0" w:space="0" w:color="auto"/>
      </w:divBdr>
    </w:div>
    <w:div w:id="2139106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ismailm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binbaz.org.sa/fatwas/45/%D8%AD%D9%83%D9%85-%D8%AA%D8%B9%D9%84%D9%8A%D9%82-%D8%A7%D9%84%D8%AA%D8%B9%D8%A7%D9%88%D9%8A%D8%B0-%D8%A7%D9%84%D8%AA%D9%8A-%D8%AA%D8%AD%D8%AA%D9%88%D9%8A-%D8%B9%D9%84%D9%89-%D8%A7%D9%8A%D8%A7%D8%AA-%D9%82%D8%B1%D8%A7%D9%86%D9%8A%D8%A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6621</TotalTime>
  <Pages>27</Pages>
  <Words>4998</Words>
  <Characters>28491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Ismail bin Rafeeq Muhammad</cp:lastModifiedBy>
  <cp:revision>191</cp:revision>
  <cp:lastPrinted>2026-01-23T22:39:00Z</cp:lastPrinted>
  <dcterms:created xsi:type="dcterms:W3CDTF">2025-06-24T17:24:00Z</dcterms:created>
  <dcterms:modified xsi:type="dcterms:W3CDTF">2026-01-26T20:25:00Z</dcterms:modified>
  <cp:category/>
</cp:coreProperties>
</file>